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DA9524" w14:textId="77777777" w:rsidR="00746986" w:rsidRPr="00746986" w:rsidRDefault="00746986" w:rsidP="00746986">
      <w:pPr>
        <w:spacing w:after="0"/>
        <w:ind w:left="120"/>
        <w:jc w:val="center"/>
        <w:rPr>
          <w:rFonts w:asciiTheme="minorHAnsi" w:eastAsiaTheme="minorEastAsia" w:hAnsiTheme="minorHAnsi"/>
          <w:sz w:val="22"/>
          <w:lang w:eastAsia="ru-RU"/>
        </w:rPr>
      </w:pPr>
    </w:p>
    <w:p w14:paraId="1F9842C6" w14:textId="37C81E0B" w:rsidR="00746986" w:rsidRPr="00746986" w:rsidRDefault="00600724" w:rsidP="00746986">
      <w:pPr>
        <w:spacing w:after="0"/>
        <w:ind w:left="120"/>
        <w:jc w:val="center"/>
        <w:rPr>
          <w:rFonts w:asciiTheme="minorHAnsi" w:eastAsiaTheme="minorEastAsia" w:hAnsiTheme="minorHAnsi"/>
          <w:sz w:val="22"/>
          <w:lang w:eastAsia="ru-RU"/>
        </w:rPr>
      </w:pPr>
      <w:r>
        <w:rPr>
          <w:rFonts w:asciiTheme="minorHAnsi" w:eastAsiaTheme="minorEastAsia" w:hAnsiTheme="minorHAnsi"/>
          <w:noProof/>
          <w:sz w:val="22"/>
          <w:lang w:eastAsia="ru-RU"/>
        </w:rPr>
        <w:drawing>
          <wp:inline distT="0" distB="0" distL="0" distR="0" wp14:anchorId="592540F3" wp14:editId="64FBFDC7">
            <wp:extent cx="6237846" cy="8828516"/>
            <wp:effectExtent l="0" t="0" r="0" b="0"/>
            <wp:docPr id="1" name="Рисунок 1" descr="C:\Users\Admin\Documents\Scanned Documents\родной татарский язы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одной татарский язык.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3624" cy="8836693"/>
                    </a:xfrm>
                    <a:prstGeom prst="rect">
                      <a:avLst/>
                    </a:prstGeom>
                    <a:noFill/>
                    <a:ln>
                      <a:noFill/>
                    </a:ln>
                  </pic:spPr>
                </pic:pic>
              </a:graphicData>
            </a:graphic>
          </wp:inline>
        </w:drawing>
      </w:r>
    </w:p>
    <w:p w14:paraId="300D575D" w14:textId="55B33AC9" w:rsidR="004D60EA" w:rsidRDefault="00AF56A5" w:rsidP="00AF56A5">
      <w:pPr>
        <w:spacing w:after="0" w:line="240" w:lineRule="auto"/>
        <w:ind w:firstLine="709"/>
        <w:jc w:val="center"/>
        <w:rPr>
          <w:rFonts w:eastAsia="Calibri" w:cs="Times New Roman"/>
          <w:b/>
          <w:szCs w:val="28"/>
        </w:rPr>
      </w:pPr>
      <w:bookmarkStart w:id="0" w:name="_GoBack"/>
      <w:bookmarkEnd w:id="0"/>
      <w:r>
        <w:rPr>
          <w:rFonts w:eastAsia="Calibri" w:cs="Times New Roman"/>
          <w:b/>
          <w:szCs w:val="28"/>
        </w:rPr>
        <w:lastRenderedPageBreak/>
        <w:t>Пояснительная записка</w:t>
      </w:r>
    </w:p>
    <w:p w14:paraId="57E3271B" w14:textId="77777777" w:rsidR="00AF56A5" w:rsidRPr="006204B6" w:rsidRDefault="00AF56A5" w:rsidP="00AF56A5">
      <w:pPr>
        <w:spacing w:after="0" w:line="240" w:lineRule="auto"/>
        <w:ind w:firstLine="709"/>
        <w:jc w:val="center"/>
        <w:rPr>
          <w:rFonts w:eastAsia="Calibri" w:cs="Times New Roman"/>
          <w:b/>
          <w:szCs w:val="28"/>
        </w:rPr>
      </w:pPr>
    </w:p>
    <w:p w14:paraId="681CCCA9" w14:textId="532AE84F" w:rsidR="00AF56A5" w:rsidRPr="00F1665B" w:rsidRDefault="00AF56A5" w:rsidP="00AF56A5">
      <w:pPr>
        <w:spacing w:after="0" w:line="240" w:lineRule="auto"/>
        <w:ind w:firstLine="709"/>
        <w:jc w:val="left"/>
        <w:rPr>
          <w:rFonts w:eastAsia="Calibri" w:cs="Times New Roman"/>
          <w:szCs w:val="28"/>
        </w:rPr>
      </w:pPr>
      <w:r>
        <w:rPr>
          <w:rFonts w:eastAsia="Calibri" w:cs="Times New Roman"/>
          <w:szCs w:val="28"/>
          <w:lang w:val="tt-RU"/>
        </w:rPr>
        <w:t>Р</w:t>
      </w:r>
      <w:r w:rsidRPr="00F1665B">
        <w:rPr>
          <w:rFonts w:eastAsia="Calibri" w:cs="Times New Roman"/>
          <w:szCs w:val="28"/>
        </w:rPr>
        <w:t>абочая программа по учебному предмету «Родной (</w:t>
      </w:r>
      <w:r>
        <w:rPr>
          <w:rFonts w:eastAsia="Calibri" w:cs="Times New Roman"/>
          <w:szCs w:val="28"/>
          <w:lang w:val="tt-RU"/>
        </w:rPr>
        <w:t>татарский</w:t>
      </w:r>
      <w:r w:rsidRPr="00F1665B">
        <w:rPr>
          <w:rFonts w:eastAsia="Calibri" w:cs="Times New Roman"/>
          <w:szCs w:val="28"/>
        </w:rPr>
        <w:t xml:space="preserve">) язык» (предметная область «Родной язык и литературное чтение </w:t>
      </w:r>
      <w:r>
        <w:rPr>
          <w:rFonts w:eastAsia="Calibri" w:cs="Times New Roman"/>
          <w:szCs w:val="28"/>
        </w:rPr>
        <w:br/>
      </w:r>
      <w:r w:rsidRPr="00F1665B">
        <w:rPr>
          <w:rFonts w:eastAsia="Calibri" w:cs="Times New Roman"/>
          <w:szCs w:val="28"/>
        </w:rPr>
        <w:t xml:space="preserve">на родном языке») (далее соответственно </w:t>
      </w:r>
      <w:r>
        <w:rPr>
          <w:rFonts w:eastAsia="Calibri" w:cs="Times New Roman"/>
          <w:szCs w:val="28"/>
        </w:rPr>
        <w:t>-</w:t>
      </w:r>
      <w:r w:rsidRPr="00F1665B">
        <w:rPr>
          <w:rFonts w:eastAsia="Calibri" w:cs="Times New Roman"/>
          <w:szCs w:val="28"/>
        </w:rPr>
        <w:t xml:space="preserve"> программа по родному (</w:t>
      </w:r>
      <w:r>
        <w:rPr>
          <w:rFonts w:eastAsia="Calibri" w:cs="Times New Roman"/>
          <w:szCs w:val="28"/>
          <w:lang w:val="tt-RU"/>
        </w:rPr>
        <w:t>татарскому</w:t>
      </w:r>
      <w:r w:rsidRPr="00F1665B">
        <w:rPr>
          <w:rFonts w:eastAsia="Calibri" w:cs="Times New Roman"/>
          <w:szCs w:val="28"/>
        </w:rPr>
        <w:t>) языку, родной (</w:t>
      </w:r>
      <w:r>
        <w:rPr>
          <w:rFonts w:eastAsia="Calibri" w:cs="Times New Roman"/>
          <w:szCs w:val="28"/>
          <w:lang w:val="tt-RU"/>
        </w:rPr>
        <w:t>татарский</w:t>
      </w:r>
      <w:r w:rsidRPr="00F1665B">
        <w:rPr>
          <w:rFonts w:eastAsia="Calibri" w:cs="Times New Roman"/>
          <w:szCs w:val="28"/>
        </w:rPr>
        <w:t xml:space="preserve">) язык, </w:t>
      </w:r>
      <w:r>
        <w:rPr>
          <w:rFonts w:eastAsia="Calibri" w:cs="Times New Roman"/>
          <w:szCs w:val="28"/>
          <w:lang w:val="tt-RU"/>
        </w:rPr>
        <w:t>татарский</w:t>
      </w:r>
      <w:r w:rsidRPr="00F1665B">
        <w:rPr>
          <w:rFonts w:eastAsia="Calibri" w:cs="Times New Roman"/>
          <w:szCs w:val="28"/>
        </w:rPr>
        <w:t xml:space="preserve"> язык) разработана </w:t>
      </w:r>
      <w:r w:rsidRPr="00F1665B">
        <w:rPr>
          <w:rFonts w:eastAsia="Times New Roman" w:cs="Times New Roman"/>
          <w:szCs w:val="28"/>
        </w:rPr>
        <w:t xml:space="preserve">для обучающихся, </w:t>
      </w:r>
      <w:r w:rsidRPr="00AF56A5">
        <w:rPr>
          <w:rFonts w:eastAsia="Times New Roman" w:cs="Times New Roman"/>
          <w:i/>
          <w:szCs w:val="28"/>
        </w:rPr>
        <w:t xml:space="preserve">слабо владеющих </w:t>
      </w:r>
      <w:r w:rsidRPr="00F1665B">
        <w:rPr>
          <w:rFonts w:eastAsia="Times New Roman" w:cs="Times New Roman"/>
          <w:szCs w:val="28"/>
        </w:rPr>
        <w:t>родным (</w:t>
      </w:r>
      <w:r>
        <w:rPr>
          <w:rFonts w:eastAsia="Times New Roman" w:cs="Times New Roman"/>
          <w:szCs w:val="28"/>
          <w:lang w:val="tt-RU"/>
        </w:rPr>
        <w:t>татарским</w:t>
      </w:r>
      <w:r w:rsidRPr="00F1665B">
        <w:rPr>
          <w:rFonts w:eastAsia="Times New Roman" w:cs="Times New Roman"/>
          <w:szCs w:val="28"/>
        </w:rPr>
        <w:t>) языком</w:t>
      </w:r>
      <w:r w:rsidRPr="00F1665B">
        <w:rPr>
          <w:rFonts w:eastAsia="Calibri" w:cs="Times New Roman"/>
          <w:szCs w:val="28"/>
        </w:rPr>
        <w:t>, и включает пояснительную записку, содержание обучения, планируемые результаты освоения программы по родному (</w:t>
      </w:r>
      <w:r>
        <w:rPr>
          <w:rFonts w:eastAsia="Calibri" w:cs="Times New Roman"/>
          <w:szCs w:val="28"/>
          <w:lang w:val="tt-RU"/>
        </w:rPr>
        <w:t>татарскому</w:t>
      </w:r>
      <w:r w:rsidRPr="00F1665B">
        <w:rPr>
          <w:rFonts w:eastAsia="Calibri" w:cs="Times New Roman"/>
          <w:szCs w:val="28"/>
        </w:rPr>
        <w:t>) языку.</w:t>
      </w:r>
    </w:p>
    <w:p w14:paraId="33E451DA" w14:textId="52A71A67" w:rsidR="00AF56A5" w:rsidRPr="00F1665B" w:rsidRDefault="00AF56A5" w:rsidP="00AF56A5">
      <w:pPr>
        <w:spacing w:after="0" w:line="240" w:lineRule="auto"/>
        <w:ind w:firstLine="709"/>
        <w:jc w:val="left"/>
        <w:rPr>
          <w:rFonts w:eastAsia="Calibri" w:cs="Times New Roman"/>
          <w:szCs w:val="28"/>
        </w:rPr>
      </w:pPr>
      <w:r w:rsidRPr="00F1665B">
        <w:rPr>
          <w:rFonts w:eastAsia="Calibri" w:cs="Times New Roman"/>
          <w:szCs w:val="28"/>
        </w:rPr>
        <w:t> Пояснительная записка отражает общие цели изучения родного (</w:t>
      </w:r>
      <w:r>
        <w:rPr>
          <w:rFonts w:eastAsia="Calibri" w:cs="Times New Roman"/>
          <w:szCs w:val="28"/>
          <w:lang w:val="tt-RU"/>
        </w:rPr>
        <w:t>татарского</w:t>
      </w:r>
      <w:r w:rsidRPr="00F1665B">
        <w:rPr>
          <w:rFonts w:eastAsia="Calibri" w:cs="Times New Roman"/>
          <w:szCs w:val="28"/>
        </w:rPr>
        <w:t>) языка, место в структуре учебного плана, а так</w:t>
      </w:r>
      <w:r>
        <w:rPr>
          <w:rFonts w:eastAsia="Calibri" w:cs="Times New Roman"/>
          <w:szCs w:val="28"/>
        </w:rPr>
        <w:t>же подходы к отбору содержания,</w:t>
      </w:r>
      <w:r>
        <w:rPr>
          <w:rFonts w:eastAsia="Calibri" w:cs="Times New Roman"/>
          <w:szCs w:val="28"/>
        </w:rPr>
        <w:br/>
      </w:r>
      <w:r w:rsidRPr="00F1665B">
        <w:rPr>
          <w:rFonts w:eastAsia="Calibri" w:cs="Times New Roman"/>
          <w:szCs w:val="28"/>
        </w:rPr>
        <w:t>к определению планируемых результатов.</w:t>
      </w:r>
    </w:p>
    <w:p w14:paraId="5924E598" w14:textId="1048A2A5" w:rsidR="00AF56A5" w:rsidRPr="00F1665B" w:rsidRDefault="00AF56A5" w:rsidP="00AF56A5">
      <w:pPr>
        <w:spacing w:after="0" w:line="240" w:lineRule="auto"/>
        <w:ind w:firstLine="709"/>
        <w:rPr>
          <w:rFonts w:eastAsia="Calibri" w:cs="Times New Roman"/>
          <w:szCs w:val="28"/>
        </w:rPr>
      </w:pPr>
      <w:r>
        <w:rPr>
          <w:rFonts w:eastAsia="Calibri" w:cs="Times New Roman"/>
          <w:szCs w:val="28"/>
        </w:rPr>
        <w:t> Содержание обучения раскрывает содержательные линии,</w:t>
      </w:r>
      <w:r>
        <w:rPr>
          <w:rFonts w:eastAsia="Calibri" w:cs="Times New Roman"/>
          <w:szCs w:val="28"/>
        </w:rPr>
        <w:br/>
      </w:r>
      <w:r w:rsidRPr="00F1665B">
        <w:rPr>
          <w:rFonts w:eastAsia="Calibri" w:cs="Times New Roman"/>
          <w:szCs w:val="28"/>
        </w:rPr>
        <w:t>которые предлагаются для обязательного изучения в каждом классе на уровне начального общего образования.</w:t>
      </w:r>
    </w:p>
    <w:p w14:paraId="7788EA68" w14:textId="015137DD"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Планируемые результаты освоения программы по родному (</w:t>
      </w:r>
      <w:r>
        <w:rPr>
          <w:rFonts w:eastAsia="Calibri" w:cs="Times New Roman"/>
          <w:szCs w:val="28"/>
          <w:lang w:val="tt-RU"/>
        </w:rPr>
        <w:t>татарскому</w:t>
      </w:r>
      <w:r w:rsidRPr="00F1665B">
        <w:rPr>
          <w:rFonts w:eastAsia="Calibri" w:cs="Times New Roman"/>
          <w:szCs w:val="28"/>
        </w:rPr>
        <w:t>)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A959117" w14:textId="3031B061" w:rsidR="00AF56A5" w:rsidRPr="00AF56A5" w:rsidRDefault="00AF56A5" w:rsidP="00AF56A5">
      <w:pPr>
        <w:spacing w:after="0" w:line="240" w:lineRule="auto"/>
        <w:ind w:firstLine="709"/>
        <w:jc w:val="center"/>
        <w:rPr>
          <w:rFonts w:eastAsia="Calibri" w:cs="Times New Roman"/>
          <w:b/>
          <w:szCs w:val="28"/>
        </w:rPr>
      </w:pPr>
      <w:r w:rsidRPr="00F1665B">
        <w:rPr>
          <w:rFonts w:eastAsia="Calibri" w:cs="Times New Roman"/>
          <w:szCs w:val="28"/>
        </w:rPr>
        <w:t> </w:t>
      </w:r>
      <w:r w:rsidRPr="00AF56A5">
        <w:rPr>
          <w:rFonts w:eastAsia="Calibri" w:cs="Times New Roman"/>
          <w:b/>
          <w:szCs w:val="28"/>
        </w:rPr>
        <w:t>Пояснительная записка.</w:t>
      </w:r>
    </w:p>
    <w:p w14:paraId="36EBFC31" w14:textId="25D3052F" w:rsidR="00AF56A5" w:rsidRDefault="00AF56A5" w:rsidP="00AF56A5">
      <w:pPr>
        <w:spacing w:after="0" w:line="240" w:lineRule="auto"/>
        <w:ind w:firstLine="709"/>
        <w:rPr>
          <w:rFonts w:eastAsia="Calibri" w:cs="Times New Roman"/>
          <w:szCs w:val="28"/>
          <w:lang w:val="tt-RU"/>
        </w:rPr>
      </w:pPr>
      <w:r w:rsidRPr="00F1665B">
        <w:rPr>
          <w:rFonts w:eastAsia="Calibri" w:cs="Times New Roman"/>
          <w:szCs w:val="28"/>
        </w:rPr>
        <w:t>Программа по родному (</w:t>
      </w:r>
      <w:r>
        <w:rPr>
          <w:rFonts w:eastAsia="Calibri" w:cs="Times New Roman"/>
          <w:szCs w:val="28"/>
          <w:lang w:val="tt-RU"/>
        </w:rPr>
        <w:t>татарскому</w:t>
      </w:r>
      <w:r w:rsidRPr="00F1665B">
        <w:rPr>
          <w:rFonts w:eastAsia="Calibri" w:cs="Times New Roman"/>
          <w:szCs w:val="28"/>
        </w:rPr>
        <w:t xml:space="preserve">) языку </w:t>
      </w:r>
      <w:r>
        <w:rPr>
          <w:rFonts w:eastAsia="Calibri" w:cs="Times New Roman"/>
          <w:szCs w:val="28"/>
        </w:rPr>
        <w:t>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r w:rsidRPr="00F1665B">
        <w:rPr>
          <w:rFonts w:eastAsia="Calibri" w:cs="Times New Roman"/>
          <w:szCs w:val="28"/>
        </w:rPr>
        <w:t>.</w:t>
      </w:r>
    </w:p>
    <w:p w14:paraId="1636BFAA" w14:textId="354CB6F7" w:rsidR="00AF56A5" w:rsidRDefault="00AF56A5" w:rsidP="00AF56A5">
      <w:pPr>
        <w:spacing w:after="0" w:line="240" w:lineRule="auto"/>
        <w:ind w:firstLine="709"/>
        <w:rPr>
          <w:rFonts w:eastAsia="Calibri" w:cs="Times New Roman"/>
          <w:szCs w:val="28"/>
          <w:lang w:val="tt-RU"/>
        </w:rPr>
      </w:pPr>
      <w:r w:rsidRPr="00481450">
        <w:rPr>
          <w:rFonts w:eastAsia="Calibri" w:cs="Times New Roman"/>
          <w:szCs w:val="28"/>
          <w:lang w:val="tt-RU"/>
        </w:rPr>
        <w:t xml:space="preserve">Выступая как родной, татарский язык является основой развития мышления, воображения, интеллектуальных и творческих способностей обучающихся; основой самореализации личности, развития способности </w:t>
      </w:r>
      <w:r>
        <w:rPr>
          <w:rFonts w:eastAsia="Calibri" w:cs="Times New Roman"/>
          <w:szCs w:val="28"/>
          <w:lang w:val="tt-RU"/>
        </w:rPr>
        <w:br/>
      </w:r>
      <w:r w:rsidRPr="00481450">
        <w:rPr>
          <w:rFonts w:eastAsia="Calibri" w:cs="Times New Roman"/>
          <w:szCs w:val="28"/>
          <w:lang w:val="tt-RU"/>
        </w:rPr>
        <w:t xml:space="preserve">к самостоятельному усвоению новых знаний и умений, включая организацию учебной деятельности. Татарский язык является средством приобщения к духовному богатству культуры и литературы народа, одним из каналов социализации личности. Будучи основой развития мышления, предмет «Родной (татарский) язык» неразрывно связан и с другими школьными предметами, особенно </w:t>
      </w:r>
      <w:r>
        <w:rPr>
          <w:rFonts w:eastAsia="Calibri" w:cs="Times New Roman"/>
          <w:szCs w:val="28"/>
          <w:lang w:val="tt-RU"/>
        </w:rPr>
        <w:t>-</w:t>
      </w:r>
      <w:r w:rsidRPr="00481450">
        <w:rPr>
          <w:rFonts w:eastAsia="Calibri" w:cs="Times New Roman"/>
          <w:szCs w:val="28"/>
          <w:lang w:val="tt-RU"/>
        </w:rPr>
        <w:t xml:space="preserve"> с предметом «Литературное чтение на родном (татарском) языке».</w:t>
      </w:r>
    </w:p>
    <w:p w14:paraId="4D63AAC2" w14:textId="23A3D99A" w:rsidR="00AF56A5" w:rsidRPr="00481450" w:rsidRDefault="00AF56A5" w:rsidP="00AF56A5">
      <w:pPr>
        <w:spacing w:after="0" w:line="240" w:lineRule="auto"/>
        <w:ind w:firstLine="709"/>
        <w:rPr>
          <w:rFonts w:eastAsia="Calibri" w:cs="Times New Roman"/>
          <w:szCs w:val="28"/>
          <w:lang w:val="tt-RU"/>
        </w:rPr>
      </w:pPr>
      <w:r w:rsidRPr="00481450">
        <w:rPr>
          <w:rFonts w:eastAsia="Calibri" w:cs="Times New Roman"/>
          <w:szCs w:val="28"/>
        </w:rPr>
        <w:t>В результате изучения курса родного</w:t>
      </w:r>
      <w:r>
        <w:rPr>
          <w:rFonts w:eastAsia="Calibri" w:cs="Times New Roman"/>
          <w:szCs w:val="28"/>
        </w:rPr>
        <w:t xml:space="preserve"> (татарского) языка обучающиеся</w:t>
      </w:r>
      <w:r>
        <w:rPr>
          <w:rFonts w:eastAsia="Calibri" w:cs="Times New Roman"/>
          <w:szCs w:val="28"/>
        </w:rPr>
        <w:br/>
      </w:r>
      <w:r w:rsidRPr="00481450">
        <w:rPr>
          <w:rFonts w:eastAsia="Calibri" w:cs="Times New Roman"/>
          <w:szCs w:val="28"/>
        </w:rPr>
        <w:t>при получении начального общего образования научатся осознавать и использовать татарский язык как средство общения, познания мира и усвоения культуры татарского народа.</w:t>
      </w:r>
    </w:p>
    <w:p w14:paraId="039AB1B1" w14:textId="4168166C" w:rsidR="00AF56A5" w:rsidRPr="00481450" w:rsidRDefault="00AF56A5" w:rsidP="00AF56A5">
      <w:pPr>
        <w:spacing w:after="0" w:line="240" w:lineRule="auto"/>
        <w:ind w:firstLine="709"/>
        <w:rPr>
          <w:rFonts w:eastAsia="Calibri" w:cs="Times New Roman"/>
          <w:szCs w:val="28"/>
          <w:lang w:val="tt-RU"/>
        </w:rPr>
      </w:pPr>
      <w:r w:rsidRPr="00481450">
        <w:rPr>
          <w:rFonts w:eastAsia="Calibri" w:cs="Times New Roman"/>
          <w:szCs w:val="28"/>
          <w:lang w:val="tt-RU"/>
        </w:rPr>
        <w:t>У обучающегося последовательно формируются эмоционально</w:t>
      </w:r>
      <w:r>
        <w:rPr>
          <w:rFonts w:eastAsia="Calibri" w:cs="Times New Roman"/>
          <w:szCs w:val="28"/>
          <w:lang w:val="tt-RU"/>
        </w:rPr>
        <w:t>-</w:t>
      </w:r>
      <w:r w:rsidRPr="00481450">
        <w:rPr>
          <w:rFonts w:eastAsia="Calibri" w:cs="Times New Roman"/>
          <w:szCs w:val="28"/>
          <w:lang w:val="tt-RU"/>
        </w:rPr>
        <w:t>ценностное отношение к родному языку, интере</w:t>
      </w:r>
      <w:r>
        <w:rPr>
          <w:rFonts w:eastAsia="Calibri" w:cs="Times New Roman"/>
          <w:szCs w:val="28"/>
          <w:lang w:val="tt-RU"/>
        </w:rPr>
        <w:t>с к его изучению, желание умело</w:t>
      </w:r>
      <w:r>
        <w:rPr>
          <w:rFonts w:eastAsia="Calibri" w:cs="Times New Roman"/>
          <w:szCs w:val="28"/>
          <w:lang w:val="tt-RU"/>
        </w:rPr>
        <w:br/>
      </w:r>
      <w:r w:rsidRPr="00481450">
        <w:rPr>
          <w:rFonts w:eastAsia="Calibri" w:cs="Times New Roman"/>
          <w:szCs w:val="28"/>
          <w:lang w:val="tt-RU"/>
        </w:rPr>
        <w:t xml:space="preserve">им пользоваться в разных ситуациях общения, правильно писать и читать, участвовать в диалоге, составлять несложные устные монологические </w:t>
      </w:r>
      <w:r w:rsidRPr="00481450">
        <w:rPr>
          <w:rFonts w:eastAsia="Calibri" w:cs="Times New Roman"/>
          <w:szCs w:val="28"/>
          <w:lang w:val="tt-RU"/>
        </w:rPr>
        <w:lastRenderedPageBreak/>
        <w:t xml:space="preserve">высказывания </w:t>
      </w:r>
      <w:r>
        <w:rPr>
          <w:rFonts w:eastAsia="Calibri" w:cs="Times New Roman"/>
          <w:szCs w:val="28"/>
          <w:lang w:val="tt-RU"/>
        </w:rPr>
        <w:br/>
      </w:r>
      <w:r w:rsidRPr="00481450">
        <w:rPr>
          <w:rFonts w:eastAsia="Calibri" w:cs="Times New Roman"/>
          <w:szCs w:val="28"/>
          <w:lang w:val="tt-RU"/>
        </w:rPr>
        <w:t>и письменные тексты. Через воспитание позитивного эмоционально</w:t>
      </w:r>
      <w:r>
        <w:rPr>
          <w:rFonts w:eastAsia="Calibri" w:cs="Times New Roman"/>
          <w:szCs w:val="28"/>
          <w:lang w:val="tt-RU"/>
        </w:rPr>
        <w:t>-</w:t>
      </w:r>
      <w:r w:rsidRPr="00481450">
        <w:rPr>
          <w:rFonts w:eastAsia="Calibri" w:cs="Times New Roman"/>
          <w:szCs w:val="28"/>
          <w:lang w:val="tt-RU"/>
        </w:rPr>
        <w:t>ценностного отношения к родному языку у обучающегося закладываются основы гражданской культуры личности.</w:t>
      </w:r>
    </w:p>
    <w:p w14:paraId="609F8547" w14:textId="6C6969BC" w:rsidR="00AF56A5" w:rsidRPr="00481450" w:rsidRDefault="00AF56A5" w:rsidP="00AF56A5">
      <w:pPr>
        <w:spacing w:after="0" w:line="240" w:lineRule="auto"/>
        <w:ind w:firstLine="709"/>
        <w:rPr>
          <w:rFonts w:eastAsia="Calibri" w:cs="Times New Roman"/>
          <w:szCs w:val="28"/>
          <w:highlight w:val="red"/>
          <w:lang w:val="tt-RU"/>
        </w:rPr>
      </w:pPr>
      <w:r>
        <w:rPr>
          <w:rFonts w:eastAsia="Calibri" w:cs="Times New Roman"/>
          <w:szCs w:val="28"/>
        </w:rPr>
        <w:t> </w:t>
      </w:r>
      <w:r w:rsidRPr="00F1665B">
        <w:rPr>
          <w:rFonts w:eastAsia="Calibri" w:cs="Times New Roman"/>
          <w:szCs w:val="28"/>
        </w:rPr>
        <w:t>В содержании программы по родному (</w:t>
      </w:r>
      <w:r>
        <w:rPr>
          <w:rFonts w:eastAsia="Calibri" w:cs="Times New Roman"/>
          <w:szCs w:val="28"/>
          <w:lang w:val="tt-RU"/>
        </w:rPr>
        <w:t>татарскому</w:t>
      </w:r>
      <w:r w:rsidRPr="00F1665B">
        <w:rPr>
          <w:rFonts w:eastAsia="Calibri" w:cs="Times New Roman"/>
          <w:szCs w:val="28"/>
        </w:rPr>
        <w:t xml:space="preserve">) языку выделяются следующие </w:t>
      </w:r>
      <w:r>
        <w:rPr>
          <w:rFonts w:eastAsia="Calibri" w:cs="Times New Roman"/>
          <w:szCs w:val="28"/>
        </w:rPr>
        <w:t>содержательные</w:t>
      </w:r>
      <w:r w:rsidRPr="00F1665B">
        <w:rPr>
          <w:rFonts w:eastAsia="Calibri" w:cs="Times New Roman"/>
          <w:szCs w:val="28"/>
        </w:rPr>
        <w:t xml:space="preserve"> линии: </w:t>
      </w:r>
      <w:r w:rsidRPr="00481450">
        <w:rPr>
          <w:rFonts w:eastAsia="Calibri" w:cs="Times New Roman"/>
          <w:szCs w:val="28"/>
        </w:rPr>
        <w:t xml:space="preserve">обучение грамоте, систематический курс </w:t>
      </w:r>
      <w:r>
        <w:rPr>
          <w:rFonts w:eastAsia="Calibri" w:cs="Times New Roman"/>
          <w:szCs w:val="28"/>
        </w:rPr>
        <w:br/>
      </w:r>
      <w:r w:rsidRPr="00481450">
        <w:rPr>
          <w:rFonts w:eastAsia="Calibri" w:cs="Times New Roman"/>
          <w:szCs w:val="28"/>
        </w:rPr>
        <w:t xml:space="preserve">и развитие речи. </w:t>
      </w:r>
    </w:p>
    <w:p w14:paraId="62C8D48D" w14:textId="4B309844" w:rsidR="00AF56A5" w:rsidRPr="00F1665B" w:rsidRDefault="00AF56A5" w:rsidP="00AF56A5">
      <w:pPr>
        <w:spacing w:after="0" w:line="240" w:lineRule="auto"/>
        <w:ind w:firstLine="709"/>
        <w:rPr>
          <w:rFonts w:eastAsia="Times New Roman" w:cs="Times New Roman"/>
          <w:szCs w:val="28"/>
        </w:rPr>
      </w:pPr>
      <w:r>
        <w:rPr>
          <w:rFonts w:eastAsia="Calibri" w:cs="Times New Roman"/>
          <w:szCs w:val="28"/>
        </w:rPr>
        <w:t> </w:t>
      </w:r>
      <w:r w:rsidRPr="00F1665B">
        <w:rPr>
          <w:rFonts w:eastAsia="Times New Roman" w:cs="Times New Roman"/>
          <w:szCs w:val="28"/>
        </w:rPr>
        <w:t>Изучение родного (</w:t>
      </w:r>
      <w:r>
        <w:rPr>
          <w:rFonts w:eastAsia="Times New Roman" w:cs="Times New Roman"/>
          <w:szCs w:val="28"/>
          <w:lang w:val="tt-RU"/>
        </w:rPr>
        <w:t>татарского</w:t>
      </w:r>
      <w:r w:rsidRPr="00F1665B">
        <w:rPr>
          <w:rFonts w:eastAsia="Times New Roman" w:cs="Times New Roman"/>
          <w:szCs w:val="28"/>
        </w:rPr>
        <w:t>) языка направлено на достижение следующих целей:</w:t>
      </w:r>
    </w:p>
    <w:p w14:paraId="4D8F044E" w14:textId="77777777" w:rsidR="00AF56A5" w:rsidRDefault="00AF56A5" w:rsidP="00AF56A5">
      <w:pPr>
        <w:spacing w:after="0" w:line="240" w:lineRule="auto"/>
        <w:ind w:firstLine="709"/>
        <w:rPr>
          <w:rFonts w:eastAsia="Times New Roman" w:cs="Times New Roman"/>
          <w:szCs w:val="28"/>
          <w:lang w:val="tt-RU"/>
        </w:rPr>
      </w:pPr>
      <w:r w:rsidRPr="006B5B73">
        <w:rPr>
          <w:rFonts w:eastAsia="Times New Roman" w:cs="Times New Roman"/>
          <w:szCs w:val="28"/>
          <w:lang w:val="tt-RU"/>
        </w:rPr>
        <w:t xml:space="preserve">развитие элементарной коммуникативной компетенции обучающихся </w:t>
      </w:r>
      <w:r>
        <w:rPr>
          <w:rFonts w:eastAsia="Times New Roman" w:cs="Times New Roman"/>
          <w:szCs w:val="28"/>
          <w:lang w:val="tt-RU"/>
        </w:rPr>
        <w:br/>
      </w:r>
      <w:r w:rsidRPr="006B5B73">
        <w:rPr>
          <w:rFonts w:eastAsia="Times New Roman" w:cs="Times New Roman"/>
          <w:szCs w:val="28"/>
          <w:lang w:val="tt-RU"/>
        </w:rPr>
        <w:t>на доступном уровне в основных видах речевой деятельности: слуша</w:t>
      </w:r>
      <w:r>
        <w:rPr>
          <w:rFonts w:eastAsia="Times New Roman" w:cs="Times New Roman"/>
          <w:szCs w:val="28"/>
          <w:lang w:val="tt-RU"/>
        </w:rPr>
        <w:t>ние, говорение, чтение и письмо;</w:t>
      </w:r>
    </w:p>
    <w:p w14:paraId="02A51170" w14:textId="77777777" w:rsidR="00AF56A5" w:rsidRPr="006B5B73" w:rsidRDefault="00AF56A5" w:rsidP="00AF56A5">
      <w:pPr>
        <w:spacing w:after="0" w:line="240" w:lineRule="auto"/>
        <w:ind w:firstLine="709"/>
        <w:rPr>
          <w:rFonts w:eastAsia="Times New Roman" w:cs="Times New Roman"/>
          <w:szCs w:val="28"/>
          <w:lang w:val="tt-RU"/>
        </w:rPr>
      </w:pPr>
      <w:r w:rsidRPr="006B5B73">
        <w:rPr>
          <w:rFonts w:eastAsia="Times New Roman" w:cs="Times New Roman"/>
          <w:szCs w:val="28"/>
          <w:lang w:val="tt-RU"/>
        </w:rPr>
        <w:t>воспитание и развитие личности, уважающей языковое наследие многонационального народа Российской Федерации.</w:t>
      </w:r>
    </w:p>
    <w:p w14:paraId="119A94C9" w14:textId="328711FE" w:rsidR="00AF56A5" w:rsidRPr="006B5B73" w:rsidRDefault="00AF56A5" w:rsidP="00AF56A5">
      <w:pPr>
        <w:spacing w:after="0" w:line="240" w:lineRule="auto"/>
        <w:ind w:firstLine="709"/>
        <w:rPr>
          <w:rFonts w:eastAsia="Calibri" w:cs="Times New Roman"/>
          <w:b/>
          <w:szCs w:val="28"/>
          <w:lang w:eastAsia="ru-RU"/>
        </w:rPr>
      </w:pPr>
      <w:r>
        <w:rPr>
          <w:szCs w:val="28"/>
        </w:rPr>
        <w:t>Достижение поставленных целей реализации программы по родному (татарскому) языку предусматривает решение следующих задач</w:t>
      </w:r>
      <w:r w:rsidRPr="00780E92">
        <w:rPr>
          <w:rFonts w:eastAsia="Calibri" w:cs="Times New Roman"/>
          <w:bCs/>
          <w:szCs w:val="28"/>
          <w:lang w:eastAsia="ru-RU"/>
        </w:rPr>
        <w:t>:</w:t>
      </w:r>
    </w:p>
    <w:p w14:paraId="724AA51B" w14:textId="77777777" w:rsidR="00AF56A5" w:rsidRPr="006B5B73" w:rsidRDefault="00AF56A5" w:rsidP="00AF56A5">
      <w:pPr>
        <w:spacing w:after="0" w:line="240" w:lineRule="auto"/>
        <w:ind w:firstLine="709"/>
        <w:rPr>
          <w:rFonts w:eastAsia="Times New Roman" w:cs="Times New Roman"/>
          <w:szCs w:val="28"/>
          <w:lang w:val="tt-RU"/>
        </w:rPr>
      </w:pPr>
      <w:r w:rsidRPr="006B5B73">
        <w:rPr>
          <w:rFonts w:eastAsia="Times New Roman" w:cs="Times New Roman"/>
          <w:szCs w:val="28"/>
          <w:lang w:val="tt-RU"/>
        </w:rPr>
        <w:t>развитие у обучающихся патриотических чувств по отношению к татарскому языку: любви и интереса к нему, осознания его красоты и эстетической ценности, гордости и уважения к родному языку;</w:t>
      </w:r>
    </w:p>
    <w:p w14:paraId="34ACF598" w14:textId="77777777" w:rsidR="00AF56A5" w:rsidRPr="006B5B73" w:rsidRDefault="00AF56A5" w:rsidP="00AF56A5">
      <w:pPr>
        <w:spacing w:after="0" w:line="240" w:lineRule="auto"/>
        <w:ind w:firstLine="709"/>
        <w:rPr>
          <w:rFonts w:eastAsia="Times New Roman" w:cs="Times New Roman"/>
          <w:szCs w:val="28"/>
          <w:lang w:val="tt-RU"/>
        </w:rPr>
      </w:pPr>
      <w:r w:rsidRPr="006B5B73">
        <w:rPr>
          <w:rFonts w:eastAsia="Times New Roman" w:cs="Times New Roman"/>
          <w:szCs w:val="28"/>
          <w:lang w:val="tt-RU"/>
        </w:rPr>
        <w:t xml:space="preserve">развитие у обучающихся диалогической и монологической устной </w:t>
      </w:r>
      <w:r>
        <w:rPr>
          <w:rFonts w:eastAsia="Times New Roman" w:cs="Times New Roman"/>
          <w:szCs w:val="28"/>
          <w:lang w:val="tt-RU"/>
        </w:rPr>
        <w:br/>
      </w:r>
      <w:r w:rsidRPr="006B5B73">
        <w:rPr>
          <w:rFonts w:eastAsia="Times New Roman" w:cs="Times New Roman"/>
          <w:szCs w:val="28"/>
          <w:lang w:val="tt-RU"/>
        </w:rPr>
        <w:t>и письменной речи, коммуникативных умений, нравственных и эстетических чувств, способности к творческой деятельности на татарском языке;</w:t>
      </w:r>
    </w:p>
    <w:p w14:paraId="6A569A90" w14:textId="77777777" w:rsidR="00AF56A5" w:rsidRPr="006B5B73" w:rsidRDefault="00AF56A5" w:rsidP="00AF56A5">
      <w:pPr>
        <w:spacing w:after="0" w:line="240" w:lineRule="auto"/>
        <w:ind w:firstLine="709"/>
        <w:rPr>
          <w:rFonts w:eastAsia="Times New Roman" w:cs="Times New Roman"/>
          <w:szCs w:val="28"/>
          <w:lang w:val="tt-RU"/>
        </w:rPr>
      </w:pPr>
      <w:r w:rsidRPr="006B5B73">
        <w:rPr>
          <w:rFonts w:eastAsia="Times New Roman" w:cs="Times New Roman"/>
          <w:szCs w:val="28"/>
          <w:lang w:val="tt-RU"/>
        </w:rPr>
        <w:t>формирование первоначальных знаний о системе и структуре родного (татарского) языка: фонетике, орфоэпии, графике, орфографии, лексике, морфемике, морфологии и синтаксисе;</w:t>
      </w:r>
    </w:p>
    <w:p w14:paraId="1774780E" w14:textId="77777777" w:rsidR="00AF56A5" w:rsidRPr="006B5B73" w:rsidRDefault="00AF56A5" w:rsidP="00AF56A5">
      <w:pPr>
        <w:spacing w:after="0" w:line="240" w:lineRule="auto"/>
        <w:ind w:firstLine="709"/>
        <w:rPr>
          <w:rFonts w:eastAsia="Times New Roman" w:cs="Times New Roman"/>
          <w:szCs w:val="28"/>
          <w:lang w:val="tt-RU"/>
        </w:rPr>
      </w:pPr>
      <w:r w:rsidRPr="006B5B73">
        <w:rPr>
          <w:rFonts w:eastAsia="Times New Roman" w:cs="Times New Roman"/>
          <w:szCs w:val="28"/>
          <w:lang w:val="tt-RU"/>
        </w:rPr>
        <w:t>формирование навыков культуры речи в зависимости от ситуации общения; умений составлять несложные письменные тексты-описания, тексты-повествования и рассуждения.</w:t>
      </w:r>
    </w:p>
    <w:p w14:paraId="6A2E8095" w14:textId="6C7E328C" w:rsidR="00AF56A5" w:rsidRPr="00AF56A5" w:rsidRDefault="00AF56A5" w:rsidP="00AF56A5">
      <w:pPr>
        <w:spacing w:after="0" w:line="240" w:lineRule="auto"/>
        <w:ind w:firstLine="709"/>
        <w:rPr>
          <w:rFonts w:eastAsia="Times New Roman" w:cs="Times New Roman"/>
          <w:b/>
          <w:i/>
          <w:szCs w:val="28"/>
        </w:rPr>
      </w:pPr>
      <w:r w:rsidRPr="00AF56A5">
        <w:rPr>
          <w:rFonts w:eastAsia="Times New Roman" w:cs="Times New Roman"/>
          <w:b/>
          <w:i/>
          <w:szCs w:val="28"/>
        </w:rPr>
        <w:t> Общее число часов, рекомендованных для изучения родного (</w:t>
      </w:r>
      <w:r w:rsidRPr="00AF56A5">
        <w:rPr>
          <w:rFonts w:eastAsia="Times New Roman" w:cs="Times New Roman"/>
          <w:b/>
          <w:i/>
          <w:szCs w:val="28"/>
          <w:lang w:val="tt-RU"/>
        </w:rPr>
        <w:t>татарского</w:t>
      </w:r>
      <w:r w:rsidRPr="00AF56A5">
        <w:rPr>
          <w:rFonts w:eastAsia="Times New Roman" w:cs="Times New Roman"/>
          <w:b/>
          <w:i/>
          <w:szCs w:val="28"/>
        </w:rPr>
        <w:t>) языка, - 2</w:t>
      </w:r>
      <w:r w:rsidRPr="00AF56A5">
        <w:rPr>
          <w:rFonts w:eastAsia="Times New Roman" w:cs="Times New Roman"/>
          <w:b/>
          <w:i/>
          <w:szCs w:val="28"/>
          <w:lang w:val="tt-RU"/>
        </w:rPr>
        <w:t>50</w:t>
      </w:r>
      <w:r w:rsidRPr="00AF56A5">
        <w:rPr>
          <w:rFonts w:eastAsia="Times New Roman" w:cs="Times New Roman"/>
          <w:b/>
          <w:i/>
          <w:szCs w:val="28"/>
        </w:rPr>
        <w:t xml:space="preserve"> час</w:t>
      </w:r>
      <w:r w:rsidRPr="00AF56A5">
        <w:rPr>
          <w:rFonts w:eastAsia="Times New Roman" w:cs="Times New Roman"/>
          <w:b/>
          <w:i/>
          <w:szCs w:val="28"/>
          <w:lang w:val="tt-RU"/>
        </w:rPr>
        <w:t>ов</w:t>
      </w:r>
      <w:r w:rsidRPr="00AF56A5">
        <w:rPr>
          <w:rFonts w:eastAsia="Times New Roman" w:cs="Times New Roman"/>
          <w:b/>
          <w:i/>
          <w:szCs w:val="28"/>
        </w:rPr>
        <w:t xml:space="preserve">: в 1 классе - </w:t>
      </w:r>
      <w:r w:rsidRPr="00AF56A5">
        <w:rPr>
          <w:rFonts w:eastAsia="Times New Roman" w:cs="Times New Roman"/>
          <w:b/>
          <w:i/>
          <w:szCs w:val="28"/>
          <w:lang w:val="tt-RU"/>
        </w:rPr>
        <w:t>46</w:t>
      </w:r>
      <w:r w:rsidRPr="00AF56A5">
        <w:rPr>
          <w:rFonts w:eastAsia="Times New Roman" w:cs="Times New Roman"/>
          <w:b/>
          <w:i/>
          <w:szCs w:val="28"/>
        </w:rPr>
        <w:t xml:space="preserve"> часов (1 час в неделю), во 2 классе - 68 часов (2 часа в неделю), в 3 классе - 68 часов (2 часа в неделю, 34 учебные недели), </w:t>
      </w:r>
      <w:r w:rsidRPr="00AF56A5">
        <w:rPr>
          <w:rFonts w:eastAsia="Times New Roman" w:cs="Times New Roman"/>
          <w:b/>
          <w:i/>
          <w:szCs w:val="28"/>
        </w:rPr>
        <w:br/>
        <w:t>в 4 классе - 68 часов (2 часа в неделю).</w:t>
      </w:r>
    </w:p>
    <w:p w14:paraId="1507C99F" w14:textId="7D16AC25" w:rsidR="00AF56A5" w:rsidRPr="00AF56A5" w:rsidRDefault="00AF56A5" w:rsidP="00AF56A5">
      <w:pPr>
        <w:spacing w:after="0" w:line="240" w:lineRule="auto"/>
        <w:ind w:firstLine="709"/>
        <w:jc w:val="center"/>
        <w:rPr>
          <w:rFonts w:eastAsia="Calibri" w:cs="Times New Roman"/>
          <w:b/>
          <w:i/>
          <w:szCs w:val="28"/>
        </w:rPr>
      </w:pPr>
      <w:r w:rsidRPr="00AF56A5">
        <w:rPr>
          <w:rFonts w:eastAsia="Calibri" w:cs="Times New Roman"/>
          <w:b/>
          <w:i/>
          <w:szCs w:val="28"/>
        </w:rPr>
        <w:t>Содержание обучения в 1 классе.</w:t>
      </w:r>
    </w:p>
    <w:p w14:paraId="66CE850B" w14:textId="2BC28CF4" w:rsidR="00AF56A5" w:rsidRDefault="00AF56A5" w:rsidP="00AF56A5">
      <w:pPr>
        <w:spacing w:after="0" w:line="240" w:lineRule="auto"/>
        <w:ind w:firstLine="709"/>
        <w:rPr>
          <w:rFonts w:eastAsia="Calibri" w:cs="Times New Roman"/>
          <w:color w:val="833C0B"/>
          <w:szCs w:val="28"/>
          <w:lang w:val="tt-RU"/>
        </w:rPr>
      </w:pPr>
      <w:r>
        <w:rPr>
          <w:rFonts w:eastAsia="Calibri" w:cs="Times New Roman"/>
          <w:szCs w:val="28"/>
          <w:lang w:val="tt-RU"/>
        </w:rPr>
        <w:t>1</w:t>
      </w:r>
      <w:r>
        <w:rPr>
          <w:rFonts w:eastAsia="Calibri" w:cs="Times New Roman"/>
          <w:szCs w:val="28"/>
        </w:rPr>
        <w:t>.</w:t>
      </w:r>
      <w:r w:rsidRPr="00F1665B">
        <w:rPr>
          <w:rFonts w:eastAsia="Calibri" w:cs="Times New Roman"/>
          <w:szCs w:val="28"/>
        </w:rPr>
        <w:t>Начальным этапом изучения родного (</w:t>
      </w:r>
      <w:r>
        <w:rPr>
          <w:rFonts w:eastAsia="Calibri" w:cs="Times New Roman"/>
          <w:szCs w:val="28"/>
          <w:lang w:val="tt-RU"/>
        </w:rPr>
        <w:t>татарского</w:t>
      </w:r>
      <w:r w:rsidRPr="00F1665B">
        <w:rPr>
          <w:rFonts w:eastAsia="Calibri" w:cs="Times New Roman"/>
          <w:szCs w:val="28"/>
        </w:rPr>
        <w:t>)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w:t>
      </w:r>
      <w:r>
        <w:rPr>
          <w:rFonts w:eastAsia="Calibri" w:cs="Times New Roman"/>
          <w:szCs w:val="28"/>
          <w:lang w:val="tt-RU"/>
        </w:rPr>
        <w:t>татарский</w:t>
      </w:r>
      <w:r w:rsidRPr="00F1665B">
        <w:rPr>
          <w:rFonts w:eastAsia="Calibri" w:cs="Times New Roman"/>
          <w:szCs w:val="28"/>
        </w:rPr>
        <w:t>) язык» и 1 час учебног</w:t>
      </w:r>
      <w:r>
        <w:rPr>
          <w:rFonts w:eastAsia="Calibri" w:cs="Times New Roman"/>
          <w:szCs w:val="28"/>
        </w:rPr>
        <w:t>о предмета «Литературное чтение</w:t>
      </w:r>
      <w:r>
        <w:rPr>
          <w:rFonts w:eastAsia="Calibri" w:cs="Times New Roman"/>
          <w:szCs w:val="28"/>
        </w:rPr>
        <w:br/>
      </w:r>
      <w:r w:rsidRPr="00F1665B">
        <w:rPr>
          <w:rFonts w:eastAsia="Calibri" w:cs="Times New Roman"/>
          <w:szCs w:val="28"/>
        </w:rPr>
        <w:t>на родном (</w:t>
      </w:r>
      <w:r>
        <w:rPr>
          <w:rFonts w:eastAsia="Calibri" w:cs="Times New Roman"/>
          <w:szCs w:val="28"/>
          <w:lang w:val="tt-RU"/>
        </w:rPr>
        <w:t>татарском</w:t>
      </w:r>
      <w:r w:rsidRPr="00F1665B">
        <w:rPr>
          <w:rFonts w:eastAsia="Calibri" w:cs="Times New Roman"/>
          <w:szCs w:val="28"/>
        </w:rPr>
        <w:t xml:space="preserve">) языке»). Продолжительность «Обучения грамоте» зависит </w:t>
      </w:r>
      <w:r>
        <w:rPr>
          <w:rFonts w:eastAsia="Calibri" w:cs="Times New Roman"/>
          <w:szCs w:val="28"/>
        </w:rPr>
        <w:br/>
      </w:r>
      <w:r w:rsidRPr="00F1665B">
        <w:rPr>
          <w:rFonts w:eastAsia="Calibri" w:cs="Times New Roman"/>
          <w:szCs w:val="28"/>
        </w:rPr>
        <w:t>от уровня подготовки обучающихся и может составлять до 23 учебных недель, соответственно, продолжительность изучения систематического курса в 1 классе может варьироваться до 10 недель</w:t>
      </w:r>
      <w:r w:rsidRPr="00F1665B">
        <w:rPr>
          <w:rFonts w:eastAsia="Calibri" w:cs="Times New Roman"/>
          <w:color w:val="833C0B"/>
          <w:szCs w:val="28"/>
        </w:rPr>
        <w:t>.</w:t>
      </w:r>
    </w:p>
    <w:p w14:paraId="1BD2DE40" w14:textId="6DE001A0" w:rsidR="00AF56A5" w:rsidRDefault="00AF56A5" w:rsidP="00AF56A5">
      <w:pPr>
        <w:spacing w:after="0" w:line="240" w:lineRule="auto"/>
        <w:ind w:firstLine="709"/>
        <w:rPr>
          <w:rFonts w:eastAsia="Calibri" w:cs="Times New Roman"/>
          <w:szCs w:val="28"/>
          <w:lang w:val="tt-RU"/>
        </w:rPr>
      </w:pPr>
      <w:r>
        <w:rPr>
          <w:rFonts w:eastAsia="Calibri" w:cs="Times New Roman"/>
          <w:szCs w:val="28"/>
        </w:rPr>
        <w:lastRenderedPageBreak/>
        <w:t>1.1. </w:t>
      </w:r>
      <w:r w:rsidRPr="00912700">
        <w:rPr>
          <w:rFonts w:eastAsia="Calibri" w:cs="Times New Roman"/>
          <w:szCs w:val="28"/>
        </w:rPr>
        <w:t>Развитие речи.</w:t>
      </w:r>
    </w:p>
    <w:p w14:paraId="03A4FC45" w14:textId="77777777" w:rsidR="00AF56A5" w:rsidRPr="00912700" w:rsidRDefault="00AF56A5" w:rsidP="00AF56A5">
      <w:pPr>
        <w:spacing w:after="0" w:line="240" w:lineRule="auto"/>
        <w:ind w:firstLine="709"/>
        <w:rPr>
          <w:rFonts w:eastAsia="Calibri" w:cs="Times New Roman"/>
          <w:szCs w:val="28"/>
        </w:rPr>
      </w:pPr>
      <w:r w:rsidRPr="00912700">
        <w:rPr>
          <w:rFonts w:eastAsia="Calibri" w:cs="Times New Roman"/>
          <w:szCs w:val="28"/>
        </w:rPr>
        <w:t xml:space="preserve">Понимание на слух аудиотекста, построенного на знакомом языковом материале и при самостоятельном чтении вслух. </w:t>
      </w:r>
    </w:p>
    <w:p w14:paraId="6B6E8D53" w14:textId="77777777" w:rsidR="00AF56A5" w:rsidRPr="00912700" w:rsidRDefault="00AF56A5" w:rsidP="00AF56A5">
      <w:pPr>
        <w:spacing w:after="0" w:line="240" w:lineRule="auto"/>
        <w:ind w:firstLine="709"/>
        <w:rPr>
          <w:rFonts w:eastAsia="Calibri" w:cs="Times New Roman"/>
          <w:szCs w:val="28"/>
          <w:lang w:val="tt-RU"/>
        </w:rPr>
      </w:pPr>
      <w:r w:rsidRPr="00912700">
        <w:rPr>
          <w:rFonts w:eastAsia="Calibri" w:cs="Times New Roman"/>
          <w:szCs w:val="28"/>
        </w:rPr>
        <w:t xml:space="preserve">Чтение по слогам слов и предложений. Участие в диалоге.  </w:t>
      </w:r>
    </w:p>
    <w:p w14:paraId="0B309414" w14:textId="0DF820B7" w:rsidR="00AF56A5" w:rsidRPr="00912700" w:rsidRDefault="00AF56A5" w:rsidP="00AF56A5">
      <w:pPr>
        <w:spacing w:after="0" w:line="240" w:lineRule="auto"/>
        <w:ind w:firstLine="709"/>
        <w:rPr>
          <w:rFonts w:eastAsia="Calibri" w:cs="Times New Roman"/>
          <w:szCs w:val="28"/>
          <w:lang w:val="tt-RU"/>
        </w:rPr>
      </w:pPr>
      <w:r>
        <w:rPr>
          <w:rFonts w:eastAsia="Calibri" w:cs="Times New Roman"/>
          <w:szCs w:val="28"/>
          <w:lang w:val="tt-RU"/>
        </w:rPr>
        <w:t>1.2. </w:t>
      </w:r>
      <w:r w:rsidRPr="00912700">
        <w:rPr>
          <w:rFonts w:eastAsia="Calibri" w:cs="Times New Roman"/>
          <w:bCs/>
          <w:szCs w:val="28"/>
        </w:rPr>
        <w:t>Фонетика</w:t>
      </w:r>
      <w:r>
        <w:rPr>
          <w:rFonts w:eastAsia="Calibri" w:cs="Times New Roman"/>
          <w:bCs/>
          <w:szCs w:val="28"/>
          <w:lang w:val="tt-RU"/>
        </w:rPr>
        <w:t>.</w:t>
      </w:r>
    </w:p>
    <w:p w14:paraId="61AD7E88" w14:textId="77777777" w:rsidR="00AF56A5" w:rsidRPr="00912700" w:rsidRDefault="00AF56A5" w:rsidP="00AF56A5">
      <w:pPr>
        <w:spacing w:after="0" w:line="240" w:lineRule="auto"/>
        <w:ind w:firstLine="709"/>
        <w:rPr>
          <w:rFonts w:eastAsia="Calibri" w:cs="Times New Roman"/>
          <w:szCs w:val="28"/>
        </w:rPr>
      </w:pPr>
      <w:r>
        <w:rPr>
          <w:rFonts w:eastAsia="Calibri" w:cs="Times New Roman"/>
          <w:bCs/>
          <w:szCs w:val="28"/>
        </w:rPr>
        <w:t xml:space="preserve">Буквы и звуки татарского алфавита (дополнительные 6 букв в татарском алфавите). </w:t>
      </w:r>
      <w:r w:rsidRPr="00912700">
        <w:rPr>
          <w:rFonts w:eastAsia="Calibri" w:cs="Times New Roman"/>
          <w:szCs w:val="28"/>
        </w:rPr>
        <w:t xml:space="preserve">Определение количества и последовательности звуков в слове. Различение гласных и согласных звуков, гласных </w:t>
      </w:r>
      <w:r>
        <w:rPr>
          <w:rFonts w:eastAsia="Calibri" w:cs="Times New Roman"/>
          <w:szCs w:val="28"/>
        </w:rPr>
        <w:t>-</w:t>
      </w:r>
      <w:r>
        <w:rPr>
          <w:rFonts w:eastAsia="Calibri" w:cs="Times New Roman"/>
          <w:szCs w:val="28"/>
          <w:lang w:val="tt-RU"/>
        </w:rPr>
        <w:t xml:space="preserve"> </w:t>
      </w:r>
      <w:r w:rsidRPr="00912700">
        <w:rPr>
          <w:rFonts w:eastAsia="Calibri" w:cs="Times New Roman"/>
          <w:szCs w:val="28"/>
        </w:rPr>
        <w:t>тв</w:t>
      </w:r>
      <w:r>
        <w:rPr>
          <w:rFonts w:eastAsia="Calibri" w:cs="Times New Roman"/>
          <w:szCs w:val="28"/>
        </w:rPr>
        <w:t>ёрдых и мягких,</w:t>
      </w:r>
      <w:r w:rsidRPr="00912700">
        <w:rPr>
          <w:rFonts w:eastAsia="Calibri" w:cs="Times New Roman"/>
          <w:szCs w:val="28"/>
        </w:rPr>
        <w:t xml:space="preserve"> согласных </w:t>
      </w:r>
      <w:r>
        <w:rPr>
          <w:rFonts w:eastAsia="Calibri" w:cs="Times New Roman"/>
          <w:szCs w:val="28"/>
        </w:rPr>
        <w:t>-</w:t>
      </w:r>
      <w:r w:rsidRPr="00912700">
        <w:rPr>
          <w:rFonts w:eastAsia="Calibri" w:cs="Times New Roman"/>
          <w:szCs w:val="28"/>
        </w:rPr>
        <w:t xml:space="preserve"> звонких и глухих, парных и непарных. Произношение и умение различать на слух </w:t>
      </w:r>
      <w:r>
        <w:rPr>
          <w:rFonts w:eastAsia="Calibri" w:cs="Times New Roman"/>
          <w:szCs w:val="28"/>
        </w:rPr>
        <w:t xml:space="preserve">специфичных </w:t>
      </w:r>
      <w:r w:rsidRPr="00912700">
        <w:rPr>
          <w:rFonts w:eastAsia="Calibri" w:cs="Times New Roman"/>
          <w:szCs w:val="28"/>
        </w:rPr>
        <w:t>гласны</w:t>
      </w:r>
      <w:r>
        <w:rPr>
          <w:rFonts w:eastAsia="Calibri" w:cs="Times New Roman"/>
          <w:szCs w:val="28"/>
        </w:rPr>
        <w:t>х</w:t>
      </w:r>
      <w:r w:rsidRPr="00912700">
        <w:rPr>
          <w:rFonts w:eastAsia="Calibri" w:cs="Times New Roman"/>
          <w:szCs w:val="28"/>
        </w:rPr>
        <w:t xml:space="preserve"> звук</w:t>
      </w:r>
      <w:r>
        <w:rPr>
          <w:rFonts w:eastAsia="Calibri" w:cs="Times New Roman"/>
          <w:szCs w:val="28"/>
        </w:rPr>
        <w:t>ов</w:t>
      </w:r>
      <w:r w:rsidRPr="00912700">
        <w:rPr>
          <w:rFonts w:eastAsia="Calibri" w:cs="Times New Roman"/>
          <w:szCs w:val="28"/>
        </w:rPr>
        <w:t xml:space="preserve"> татарского языка. Деление слов на слоги. Определение количества слогов. Слого</w:t>
      </w:r>
      <w:r>
        <w:rPr>
          <w:rFonts w:eastAsia="Calibri" w:cs="Times New Roman"/>
          <w:szCs w:val="28"/>
        </w:rPr>
        <w:t>-</w:t>
      </w:r>
      <w:r w:rsidRPr="00912700">
        <w:rPr>
          <w:rFonts w:eastAsia="Calibri" w:cs="Times New Roman"/>
          <w:szCs w:val="28"/>
        </w:rPr>
        <w:t>звуковой разбор слова.</w:t>
      </w:r>
    </w:p>
    <w:p w14:paraId="57DC1B3F" w14:textId="5BE992A4" w:rsidR="00AF56A5" w:rsidRPr="00912700" w:rsidRDefault="00AF56A5" w:rsidP="00AF56A5">
      <w:pPr>
        <w:spacing w:after="0" w:line="240" w:lineRule="auto"/>
        <w:ind w:firstLine="709"/>
        <w:rPr>
          <w:rFonts w:eastAsia="Calibri" w:cs="Times New Roman"/>
          <w:bCs/>
          <w:szCs w:val="28"/>
          <w:lang w:val="tt-RU"/>
        </w:rPr>
      </w:pPr>
      <w:r>
        <w:rPr>
          <w:rFonts w:eastAsia="Calibri" w:cs="Times New Roman"/>
          <w:bCs/>
          <w:szCs w:val="28"/>
          <w:lang w:val="tt-RU"/>
        </w:rPr>
        <w:t>1.3. </w:t>
      </w:r>
      <w:r w:rsidRPr="00912700">
        <w:rPr>
          <w:rFonts w:eastAsia="Calibri" w:cs="Times New Roman"/>
          <w:bCs/>
          <w:szCs w:val="28"/>
        </w:rPr>
        <w:t>Графика</w:t>
      </w:r>
      <w:r w:rsidRPr="00912700">
        <w:rPr>
          <w:rFonts w:eastAsia="Calibri" w:cs="Times New Roman"/>
          <w:bCs/>
          <w:szCs w:val="28"/>
          <w:lang w:val="tt-RU"/>
        </w:rPr>
        <w:t>.</w:t>
      </w:r>
    </w:p>
    <w:p w14:paraId="320E12AF" w14:textId="77777777" w:rsidR="00AF56A5" w:rsidRPr="00912700" w:rsidRDefault="00AF56A5" w:rsidP="00AF56A5">
      <w:pPr>
        <w:spacing w:after="0" w:line="240" w:lineRule="auto"/>
        <w:ind w:firstLine="709"/>
        <w:rPr>
          <w:rFonts w:eastAsia="Calibri" w:cs="Times New Roman"/>
          <w:szCs w:val="28"/>
        </w:rPr>
      </w:pPr>
      <w:r w:rsidRPr="00912700">
        <w:rPr>
          <w:rFonts w:eastAsia="Calibri" w:cs="Times New Roman"/>
          <w:bCs/>
          <w:szCs w:val="28"/>
        </w:rPr>
        <w:t xml:space="preserve">Различение звуков и букв: буква как знак звука. Овладение позиционным способом обозначения звуков буквами. </w:t>
      </w:r>
      <w:r w:rsidRPr="00912700">
        <w:rPr>
          <w:rFonts w:eastAsia="Calibri" w:cs="Times New Roman"/>
          <w:szCs w:val="28"/>
        </w:rPr>
        <w:t>Выработка связного и ритмичного написания букв. Правильное расположение букв и слов на строке. Основные элементы соединения букв в слове.</w:t>
      </w:r>
    </w:p>
    <w:p w14:paraId="60EF9266" w14:textId="77777777" w:rsidR="00AF56A5" w:rsidRPr="00912700" w:rsidRDefault="00AF56A5" w:rsidP="00AF56A5">
      <w:pPr>
        <w:spacing w:after="0" w:line="240" w:lineRule="auto"/>
        <w:ind w:firstLine="709"/>
        <w:rPr>
          <w:rFonts w:eastAsia="Calibri" w:cs="Times New Roman"/>
          <w:szCs w:val="28"/>
        </w:rPr>
      </w:pPr>
      <w:r w:rsidRPr="00912700">
        <w:rPr>
          <w:rFonts w:eastAsia="Calibri" w:cs="Times New Roman"/>
          <w:szCs w:val="28"/>
        </w:rPr>
        <w:t>Татарский алфавит.</w:t>
      </w:r>
    </w:p>
    <w:p w14:paraId="61D03030" w14:textId="772745D6" w:rsidR="00AF56A5" w:rsidRPr="00912700" w:rsidRDefault="00AF56A5" w:rsidP="00AF56A5">
      <w:pPr>
        <w:spacing w:after="0" w:line="240" w:lineRule="auto"/>
        <w:ind w:firstLine="709"/>
        <w:rPr>
          <w:rFonts w:eastAsia="Calibri" w:cs="Times New Roman"/>
          <w:bCs/>
          <w:szCs w:val="28"/>
          <w:lang w:val="tt-RU"/>
        </w:rPr>
      </w:pPr>
      <w:r>
        <w:rPr>
          <w:rFonts w:eastAsia="Calibri" w:cs="Times New Roman"/>
          <w:bCs/>
          <w:szCs w:val="28"/>
          <w:lang w:val="tt-RU"/>
        </w:rPr>
        <w:t>1.4. </w:t>
      </w:r>
      <w:r w:rsidRPr="00912700">
        <w:rPr>
          <w:rFonts w:eastAsia="Calibri" w:cs="Times New Roman"/>
          <w:bCs/>
          <w:szCs w:val="28"/>
        </w:rPr>
        <w:t>Чтение</w:t>
      </w:r>
      <w:r w:rsidRPr="00912700">
        <w:rPr>
          <w:rFonts w:eastAsia="Calibri" w:cs="Times New Roman"/>
          <w:bCs/>
          <w:szCs w:val="28"/>
          <w:lang w:val="tt-RU"/>
        </w:rPr>
        <w:t>.</w:t>
      </w:r>
    </w:p>
    <w:p w14:paraId="0AD5992D" w14:textId="77777777" w:rsidR="00AF56A5" w:rsidRPr="00912700" w:rsidRDefault="00AF56A5" w:rsidP="00AF56A5">
      <w:pPr>
        <w:spacing w:after="0" w:line="240" w:lineRule="auto"/>
        <w:ind w:firstLine="709"/>
        <w:rPr>
          <w:rFonts w:eastAsia="Calibri" w:cs="Times New Roman"/>
          <w:szCs w:val="28"/>
        </w:rPr>
      </w:pPr>
      <w:r w:rsidRPr="00912700">
        <w:rPr>
          <w:rFonts w:eastAsia="Calibri" w:cs="Times New Roman"/>
          <w:szCs w:val="28"/>
        </w:rPr>
        <w:t xml:space="preserve">Правила гигиены чтения. Правильное, осознанное, достаточно беглое </w:t>
      </w:r>
      <w:r>
        <w:rPr>
          <w:rFonts w:eastAsia="Calibri" w:cs="Times New Roman"/>
          <w:szCs w:val="28"/>
        </w:rPr>
        <w:br/>
      </w:r>
      <w:r w:rsidRPr="00912700">
        <w:rPr>
          <w:rFonts w:eastAsia="Calibri" w:cs="Times New Roman"/>
          <w:szCs w:val="28"/>
        </w:rPr>
        <w:t xml:space="preserve">и выразительное чтение текстов на татарском языке про себя и вслух. Выбор интонации, соответствующей строению предложений, а также тона, темпа, громкости, посредством которых </w:t>
      </w:r>
      <w:r w:rsidRPr="00912700">
        <w:rPr>
          <w:rFonts w:eastAsia="Calibri" w:cs="Times New Roman"/>
          <w:bCs/>
          <w:szCs w:val="28"/>
        </w:rPr>
        <w:t>обучающийся</w:t>
      </w:r>
      <w:r w:rsidRPr="00912700">
        <w:rPr>
          <w:rFonts w:eastAsia="Calibri" w:cs="Times New Roman"/>
          <w:szCs w:val="28"/>
        </w:rPr>
        <w:t xml:space="preserve"> выражает понимание смысла читаемого.</w:t>
      </w:r>
    </w:p>
    <w:p w14:paraId="3F6210DD" w14:textId="1E86D2E9" w:rsidR="00AF56A5" w:rsidRPr="00912700" w:rsidRDefault="00AF56A5" w:rsidP="00AF56A5">
      <w:pPr>
        <w:spacing w:after="0" w:line="240" w:lineRule="auto"/>
        <w:ind w:firstLine="709"/>
        <w:rPr>
          <w:rFonts w:eastAsia="Calibri" w:cs="Times New Roman"/>
          <w:bCs/>
          <w:szCs w:val="28"/>
          <w:lang w:val="tt-RU"/>
        </w:rPr>
      </w:pPr>
      <w:r>
        <w:rPr>
          <w:rFonts w:eastAsia="Calibri" w:cs="Times New Roman"/>
          <w:bCs/>
          <w:szCs w:val="28"/>
          <w:lang w:val="tt-RU"/>
        </w:rPr>
        <w:t>1.5. </w:t>
      </w:r>
      <w:r w:rsidRPr="00912700">
        <w:rPr>
          <w:rFonts w:eastAsia="Calibri" w:cs="Times New Roman"/>
          <w:bCs/>
          <w:szCs w:val="28"/>
        </w:rPr>
        <w:t>Письмо</w:t>
      </w:r>
      <w:r w:rsidRPr="00912700">
        <w:rPr>
          <w:rFonts w:eastAsia="Calibri" w:cs="Times New Roman"/>
          <w:bCs/>
          <w:szCs w:val="28"/>
          <w:lang w:val="tt-RU"/>
        </w:rPr>
        <w:t>.</w:t>
      </w:r>
    </w:p>
    <w:p w14:paraId="302DCCFF" w14:textId="77777777" w:rsidR="00AF56A5" w:rsidRDefault="00AF56A5" w:rsidP="00AF56A5">
      <w:pPr>
        <w:spacing w:after="0" w:line="240" w:lineRule="auto"/>
        <w:ind w:firstLine="709"/>
        <w:rPr>
          <w:rFonts w:eastAsia="Calibri" w:cs="Times New Roman"/>
          <w:szCs w:val="28"/>
        </w:rPr>
      </w:pPr>
      <w:r w:rsidRPr="00912700">
        <w:rPr>
          <w:rFonts w:eastAsia="Calibri" w:cs="Times New Roman"/>
          <w:szCs w:val="28"/>
        </w:rPr>
        <w:t xml:space="preserve">Правила гигиены письма. Записывание без искажений прописных букв </w:t>
      </w:r>
      <w:r>
        <w:rPr>
          <w:rFonts w:eastAsia="Calibri" w:cs="Times New Roman"/>
          <w:szCs w:val="28"/>
        </w:rPr>
        <w:br/>
      </w:r>
      <w:r w:rsidRPr="00912700">
        <w:rPr>
          <w:rFonts w:eastAsia="Calibri" w:cs="Times New Roman"/>
          <w:szCs w:val="28"/>
        </w:rPr>
        <w:t>в начале предложения и в именах собст</w:t>
      </w:r>
      <w:r>
        <w:rPr>
          <w:rFonts w:eastAsia="Calibri" w:cs="Times New Roman"/>
          <w:szCs w:val="28"/>
        </w:rPr>
        <w:t>венных. Записывание предложений</w:t>
      </w:r>
      <w:r>
        <w:rPr>
          <w:rFonts w:eastAsia="Calibri" w:cs="Times New Roman"/>
          <w:szCs w:val="28"/>
        </w:rPr>
        <w:br/>
      </w:r>
      <w:r w:rsidRPr="00912700">
        <w:rPr>
          <w:rFonts w:eastAsia="Calibri" w:cs="Times New Roman"/>
          <w:szCs w:val="28"/>
        </w:rPr>
        <w:t>после предварительного слого</w:t>
      </w:r>
      <w:r>
        <w:rPr>
          <w:rFonts w:eastAsia="Calibri" w:cs="Times New Roman"/>
          <w:szCs w:val="28"/>
        </w:rPr>
        <w:t>-</w:t>
      </w:r>
      <w:r w:rsidRPr="00912700">
        <w:rPr>
          <w:rFonts w:eastAsia="Calibri" w:cs="Times New Roman"/>
          <w:szCs w:val="28"/>
        </w:rPr>
        <w:t>звукового разбора каждого слова. Запис</w:t>
      </w:r>
      <w:r>
        <w:rPr>
          <w:rFonts w:eastAsia="Calibri" w:cs="Times New Roman"/>
          <w:szCs w:val="28"/>
        </w:rPr>
        <w:t>ывание</w:t>
      </w:r>
      <w:r w:rsidRPr="00912700">
        <w:rPr>
          <w:rFonts w:eastAsia="Calibri" w:cs="Times New Roman"/>
          <w:szCs w:val="28"/>
        </w:rPr>
        <w:t xml:space="preserve"> слов </w:t>
      </w:r>
      <w:r>
        <w:rPr>
          <w:rFonts w:eastAsia="Calibri" w:cs="Times New Roman"/>
          <w:szCs w:val="28"/>
        </w:rPr>
        <w:br/>
      </w:r>
      <w:r w:rsidRPr="00912700">
        <w:rPr>
          <w:rFonts w:eastAsia="Calibri" w:cs="Times New Roman"/>
          <w:szCs w:val="28"/>
        </w:rPr>
        <w:t xml:space="preserve">и предложений по памяти. </w:t>
      </w:r>
    </w:p>
    <w:p w14:paraId="681E1CE3" w14:textId="054A1DDF" w:rsidR="00AF56A5" w:rsidRPr="00AB3F2B" w:rsidRDefault="00AF56A5" w:rsidP="00AF56A5">
      <w:pPr>
        <w:widowControl w:val="0"/>
        <w:autoSpaceDE w:val="0"/>
        <w:autoSpaceDN w:val="0"/>
        <w:spacing w:after="0" w:line="240" w:lineRule="auto"/>
        <w:ind w:firstLine="709"/>
        <w:rPr>
          <w:rFonts w:eastAsia="Calibri" w:cs="Times New Roman"/>
          <w:szCs w:val="28"/>
        </w:rPr>
      </w:pPr>
      <w:r>
        <w:rPr>
          <w:rFonts w:eastAsia="Calibri" w:cs="Times New Roman"/>
          <w:szCs w:val="28"/>
        </w:rPr>
        <w:t>6. </w:t>
      </w:r>
      <w:r w:rsidRPr="00AB3F2B">
        <w:rPr>
          <w:rFonts w:eastAsia="Calibri" w:cs="Times New Roman"/>
          <w:szCs w:val="28"/>
        </w:rPr>
        <w:t xml:space="preserve">Орфография и пунктуация. </w:t>
      </w:r>
    </w:p>
    <w:p w14:paraId="664730E4" w14:textId="77777777" w:rsidR="00AF56A5" w:rsidRPr="00AB3F2B" w:rsidRDefault="00AF56A5" w:rsidP="00AF56A5">
      <w:pPr>
        <w:widowControl w:val="0"/>
        <w:autoSpaceDE w:val="0"/>
        <w:autoSpaceDN w:val="0"/>
        <w:spacing w:after="0" w:line="240" w:lineRule="auto"/>
        <w:ind w:firstLine="709"/>
        <w:rPr>
          <w:rFonts w:eastAsia="Calibri" w:cs="Times New Roman"/>
          <w:szCs w:val="28"/>
        </w:rPr>
      </w:pPr>
      <w:r>
        <w:rPr>
          <w:rFonts w:eastAsia="Calibri" w:cs="Times New Roman"/>
          <w:szCs w:val="28"/>
        </w:rPr>
        <w:t>Прописные</w:t>
      </w:r>
      <w:r w:rsidRPr="00AB3F2B">
        <w:rPr>
          <w:rFonts w:eastAsia="Calibri" w:cs="Times New Roman"/>
          <w:szCs w:val="28"/>
        </w:rPr>
        <w:t xml:space="preserve"> и строчные буквы. Знаки препинания в конце предложения.</w:t>
      </w:r>
    </w:p>
    <w:p w14:paraId="542B8167" w14:textId="757CA057" w:rsidR="00AF56A5" w:rsidRPr="008E3759" w:rsidRDefault="00AF56A5" w:rsidP="00AF56A5">
      <w:pPr>
        <w:spacing w:after="0" w:line="240" w:lineRule="auto"/>
        <w:ind w:firstLine="709"/>
        <w:rPr>
          <w:rFonts w:eastAsia="Calibri" w:cs="Times New Roman"/>
          <w:szCs w:val="28"/>
        </w:rPr>
      </w:pPr>
      <w:r w:rsidRPr="008E3759">
        <w:rPr>
          <w:rFonts w:eastAsia="Calibri" w:cs="Times New Roman"/>
          <w:szCs w:val="28"/>
        </w:rPr>
        <w:t>2. Систематический курс.</w:t>
      </w:r>
    </w:p>
    <w:p w14:paraId="24103FCF" w14:textId="77777777" w:rsidR="00AF56A5" w:rsidRPr="008E3759" w:rsidRDefault="00AF56A5" w:rsidP="00AF56A5">
      <w:pPr>
        <w:spacing w:after="0" w:line="240" w:lineRule="auto"/>
        <w:ind w:firstLine="709"/>
        <w:rPr>
          <w:rFonts w:eastAsia="Calibri" w:cs="Times New Roman"/>
          <w:szCs w:val="28"/>
        </w:rPr>
      </w:pPr>
      <w:r w:rsidRPr="008E3759">
        <w:rPr>
          <w:rFonts w:eastAsia="Calibri" w:cs="Times New Roman"/>
          <w:szCs w:val="28"/>
        </w:rPr>
        <w:t>6.2.1.</w:t>
      </w:r>
      <w:r>
        <w:rPr>
          <w:rFonts w:eastAsia="Calibri" w:cs="Times New Roman"/>
          <w:szCs w:val="28"/>
        </w:rPr>
        <w:t> </w:t>
      </w:r>
      <w:r w:rsidRPr="008E3759">
        <w:rPr>
          <w:rFonts w:eastAsia="Calibri" w:cs="Times New Roman"/>
          <w:szCs w:val="28"/>
        </w:rPr>
        <w:t>Общие сведения о языке.</w:t>
      </w:r>
    </w:p>
    <w:p w14:paraId="1E6CB78D" w14:textId="77777777" w:rsidR="00AF56A5" w:rsidRPr="008E3759" w:rsidRDefault="00AF56A5" w:rsidP="00AF56A5">
      <w:pPr>
        <w:spacing w:after="0" w:line="240" w:lineRule="auto"/>
        <w:ind w:firstLine="709"/>
        <w:rPr>
          <w:rFonts w:eastAsia="Calibri" w:cs="Times New Roman"/>
          <w:szCs w:val="28"/>
          <w:lang w:val="tt-RU"/>
        </w:rPr>
      </w:pPr>
      <w:r w:rsidRPr="008E3759">
        <w:rPr>
          <w:rFonts w:eastAsia="Calibri" w:cs="Times New Roman"/>
          <w:szCs w:val="28"/>
        </w:rPr>
        <w:t>Язык как основное средство человеческого общения.</w:t>
      </w:r>
      <w:r>
        <w:rPr>
          <w:rFonts w:eastAsia="Calibri" w:cs="Times New Roman"/>
          <w:szCs w:val="28"/>
          <w:lang w:val="tt-RU"/>
        </w:rPr>
        <w:t xml:space="preserve"> </w:t>
      </w:r>
      <w:r w:rsidRPr="008E3759">
        <w:rPr>
          <w:rFonts w:eastAsia="Calibri" w:cs="Times New Roman"/>
          <w:szCs w:val="28"/>
        </w:rPr>
        <w:t>Распознава</w:t>
      </w:r>
      <w:r>
        <w:rPr>
          <w:rFonts w:eastAsia="Calibri" w:cs="Times New Roman"/>
          <w:szCs w:val="28"/>
          <w:lang w:val="tt-RU"/>
        </w:rPr>
        <w:t>ние</w:t>
      </w:r>
      <w:r w:rsidRPr="008E3759">
        <w:rPr>
          <w:rFonts w:eastAsia="Calibri" w:cs="Times New Roman"/>
          <w:szCs w:val="28"/>
        </w:rPr>
        <w:t xml:space="preserve"> устн</w:t>
      </w:r>
      <w:r>
        <w:rPr>
          <w:rFonts w:eastAsia="Calibri" w:cs="Times New Roman"/>
          <w:szCs w:val="28"/>
          <w:lang w:val="tt-RU"/>
        </w:rPr>
        <w:t>ой</w:t>
      </w:r>
      <w:r w:rsidRPr="008E3759">
        <w:rPr>
          <w:rFonts w:eastAsia="Calibri" w:cs="Times New Roman"/>
          <w:szCs w:val="28"/>
        </w:rPr>
        <w:t xml:space="preserve"> </w:t>
      </w:r>
      <w:r>
        <w:rPr>
          <w:rFonts w:eastAsia="Calibri" w:cs="Times New Roman"/>
          <w:szCs w:val="28"/>
        </w:rPr>
        <w:br/>
      </w:r>
      <w:r w:rsidRPr="008E3759">
        <w:rPr>
          <w:rFonts w:eastAsia="Calibri" w:cs="Times New Roman"/>
          <w:szCs w:val="28"/>
        </w:rPr>
        <w:t>и письменн</w:t>
      </w:r>
      <w:r>
        <w:rPr>
          <w:rFonts w:eastAsia="Calibri" w:cs="Times New Roman"/>
          <w:szCs w:val="28"/>
          <w:lang w:val="tt-RU"/>
        </w:rPr>
        <w:t>ой</w:t>
      </w:r>
      <w:r>
        <w:rPr>
          <w:rFonts w:eastAsia="Calibri" w:cs="Times New Roman"/>
          <w:szCs w:val="28"/>
        </w:rPr>
        <w:t xml:space="preserve"> речи</w:t>
      </w:r>
      <w:r w:rsidRPr="008E3759">
        <w:rPr>
          <w:rFonts w:eastAsia="Calibri" w:cs="Times New Roman"/>
          <w:szCs w:val="28"/>
        </w:rPr>
        <w:t>.</w:t>
      </w:r>
    </w:p>
    <w:p w14:paraId="4BCA5D69" w14:textId="35742CDE" w:rsidR="00AF56A5" w:rsidRDefault="00AF56A5" w:rsidP="00AF56A5">
      <w:pPr>
        <w:spacing w:after="0" w:line="240" w:lineRule="auto"/>
        <w:ind w:firstLine="709"/>
        <w:rPr>
          <w:rFonts w:eastAsia="Calibri" w:cs="Times New Roman"/>
          <w:szCs w:val="28"/>
          <w:lang w:val="tt-RU"/>
        </w:rPr>
      </w:pPr>
      <w:r>
        <w:rPr>
          <w:rFonts w:eastAsia="Calibri" w:cs="Times New Roman"/>
          <w:szCs w:val="28"/>
        </w:rPr>
        <w:t>2.2. </w:t>
      </w:r>
      <w:r w:rsidRPr="008E3759">
        <w:rPr>
          <w:rFonts w:eastAsia="Calibri" w:cs="Times New Roman"/>
          <w:szCs w:val="28"/>
        </w:rPr>
        <w:t xml:space="preserve">Фонетика. </w:t>
      </w:r>
    </w:p>
    <w:p w14:paraId="2D6E6009" w14:textId="77777777" w:rsidR="00AF56A5" w:rsidRDefault="00AF56A5" w:rsidP="00AF56A5">
      <w:pPr>
        <w:spacing w:after="0" w:line="240" w:lineRule="auto"/>
        <w:ind w:firstLine="709"/>
        <w:rPr>
          <w:rFonts w:eastAsia="Calibri" w:cs="Times New Roman"/>
          <w:szCs w:val="28"/>
        </w:rPr>
      </w:pPr>
      <w:r w:rsidRPr="00AA4DE7">
        <w:rPr>
          <w:rFonts w:eastAsia="Calibri" w:cs="Times New Roman"/>
          <w:szCs w:val="28"/>
        </w:rPr>
        <w:t>Гласные и согласные звуки татарского языка. Тв</w:t>
      </w:r>
      <w:r>
        <w:rPr>
          <w:rFonts w:eastAsia="Calibri" w:cs="Times New Roman"/>
          <w:szCs w:val="28"/>
        </w:rPr>
        <w:t>ё</w:t>
      </w:r>
      <w:r w:rsidRPr="00AA4DE7">
        <w:rPr>
          <w:rFonts w:eastAsia="Calibri" w:cs="Times New Roman"/>
          <w:szCs w:val="28"/>
        </w:rPr>
        <w:t>рдые и мягкие гласные звуки. Звонкие и глухие согласные звуки. Специфичные звуки татарского языка [ә], [ө], [ү], [w], [ғ], [қ], [җ], [ң], [һ]. Звуковое значение букв е, ю, я.</w:t>
      </w:r>
    </w:p>
    <w:p w14:paraId="7E66F968" w14:textId="77777777" w:rsidR="00AF56A5" w:rsidRDefault="00AF56A5" w:rsidP="00AF56A5">
      <w:pPr>
        <w:spacing w:after="0" w:line="240" w:lineRule="auto"/>
        <w:ind w:firstLine="709"/>
        <w:rPr>
          <w:rFonts w:eastAsia="Calibri" w:cs="Times New Roman"/>
          <w:szCs w:val="28"/>
        </w:rPr>
      </w:pPr>
      <w:r w:rsidRPr="00AA4DE7">
        <w:rPr>
          <w:rFonts w:eastAsia="Calibri" w:cs="Times New Roman"/>
          <w:szCs w:val="28"/>
        </w:rPr>
        <w:t xml:space="preserve">Слог. Количество слогов в слове. </w:t>
      </w:r>
    </w:p>
    <w:p w14:paraId="4F7AF734" w14:textId="77777777" w:rsidR="00AF56A5" w:rsidRDefault="00AF56A5" w:rsidP="00AF56A5">
      <w:pPr>
        <w:spacing w:after="0" w:line="240" w:lineRule="auto"/>
        <w:ind w:firstLine="709"/>
        <w:rPr>
          <w:rFonts w:eastAsia="Calibri" w:cs="Times New Roman"/>
          <w:szCs w:val="28"/>
        </w:rPr>
      </w:pPr>
      <w:r w:rsidRPr="00F54C1C">
        <w:rPr>
          <w:rFonts w:eastAsia="Calibri" w:cs="Times New Roman"/>
          <w:szCs w:val="28"/>
        </w:rPr>
        <w:t xml:space="preserve">Ударение. </w:t>
      </w:r>
    </w:p>
    <w:p w14:paraId="3B6A5970" w14:textId="77777777" w:rsidR="00AF56A5" w:rsidRPr="00AA4DE7" w:rsidRDefault="00AF56A5" w:rsidP="00AF56A5">
      <w:pPr>
        <w:spacing w:after="0" w:line="240" w:lineRule="auto"/>
        <w:ind w:firstLine="709"/>
        <w:rPr>
          <w:rFonts w:eastAsia="Calibri" w:cs="Times New Roman"/>
          <w:szCs w:val="28"/>
          <w:lang w:val="tt-RU"/>
        </w:rPr>
      </w:pPr>
      <w:r w:rsidRPr="00AA4DE7">
        <w:rPr>
          <w:rFonts w:eastAsia="Calibri" w:cs="Times New Roman"/>
          <w:szCs w:val="28"/>
          <w:lang w:val="tt-RU"/>
        </w:rPr>
        <w:lastRenderedPageBreak/>
        <w:t xml:space="preserve">Татарский алфавит: правильное название букв, их последовательность. </w:t>
      </w:r>
    </w:p>
    <w:p w14:paraId="79F5E577" w14:textId="67F344F3" w:rsidR="00AF56A5" w:rsidRDefault="00AF56A5" w:rsidP="00AF56A5">
      <w:pPr>
        <w:spacing w:after="0" w:line="240" w:lineRule="auto"/>
        <w:ind w:firstLine="709"/>
        <w:rPr>
          <w:rFonts w:eastAsia="Calibri" w:cs="Times New Roman"/>
          <w:szCs w:val="28"/>
          <w:lang w:val="tt-RU"/>
        </w:rPr>
      </w:pPr>
      <w:r>
        <w:rPr>
          <w:rFonts w:eastAsia="Calibri" w:cs="Times New Roman"/>
          <w:szCs w:val="28"/>
        </w:rPr>
        <w:t>2.3. </w:t>
      </w:r>
      <w:r w:rsidRPr="008E3759">
        <w:rPr>
          <w:rFonts w:eastAsia="Calibri" w:cs="Times New Roman"/>
          <w:szCs w:val="28"/>
        </w:rPr>
        <w:t>Графика.</w:t>
      </w:r>
    </w:p>
    <w:p w14:paraId="697106E1" w14:textId="77777777" w:rsidR="00AF56A5" w:rsidRDefault="00AF56A5" w:rsidP="00AF56A5">
      <w:pPr>
        <w:spacing w:after="0" w:line="240" w:lineRule="auto"/>
        <w:ind w:firstLine="709"/>
        <w:rPr>
          <w:rFonts w:eastAsia="Calibri" w:cs="Times New Roman"/>
          <w:szCs w:val="28"/>
        </w:rPr>
      </w:pPr>
      <w:r w:rsidRPr="00AA4DE7">
        <w:rPr>
          <w:rFonts w:eastAsia="Calibri" w:cs="Times New Roman"/>
          <w:szCs w:val="28"/>
        </w:rPr>
        <w:t xml:space="preserve">Звук и буква. Различение звуков и букв. </w:t>
      </w:r>
      <w:r w:rsidRPr="008E3759">
        <w:rPr>
          <w:rFonts w:eastAsia="Calibri" w:cs="Times New Roman"/>
          <w:szCs w:val="28"/>
        </w:rPr>
        <w:t>Правильно</w:t>
      </w:r>
      <w:r>
        <w:rPr>
          <w:rFonts w:eastAsia="Calibri" w:cs="Times New Roman"/>
          <w:szCs w:val="28"/>
        </w:rPr>
        <w:t>е</w:t>
      </w:r>
      <w:r w:rsidRPr="008E3759">
        <w:rPr>
          <w:rFonts w:eastAsia="Calibri" w:cs="Times New Roman"/>
          <w:szCs w:val="28"/>
        </w:rPr>
        <w:t xml:space="preserve"> употребл</w:t>
      </w:r>
      <w:r>
        <w:rPr>
          <w:rFonts w:eastAsia="Calibri" w:cs="Times New Roman"/>
          <w:szCs w:val="28"/>
        </w:rPr>
        <w:t>ение при письме букв</w:t>
      </w:r>
      <w:r w:rsidRPr="008E3759">
        <w:rPr>
          <w:rFonts w:eastAsia="Calibri" w:cs="Times New Roman"/>
          <w:szCs w:val="28"/>
        </w:rPr>
        <w:t>, обозначающие специфичные звуки татарского языка.</w:t>
      </w:r>
    </w:p>
    <w:p w14:paraId="3021E14C" w14:textId="0B8E2429" w:rsidR="00AF56A5" w:rsidRDefault="00AF56A5" w:rsidP="00AF56A5">
      <w:pPr>
        <w:spacing w:after="0" w:line="240" w:lineRule="auto"/>
        <w:ind w:firstLine="709"/>
        <w:rPr>
          <w:rFonts w:eastAsia="Calibri" w:cs="Times New Roman"/>
          <w:szCs w:val="28"/>
          <w:lang w:val="tt-RU"/>
        </w:rPr>
      </w:pPr>
      <w:r>
        <w:rPr>
          <w:rFonts w:eastAsia="Calibri" w:cs="Times New Roman"/>
          <w:szCs w:val="28"/>
        </w:rPr>
        <w:t>2.4. </w:t>
      </w:r>
      <w:r w:rsidRPr="008E3759">
        <w:rPr>
          <w:rFonts w:eastAsia="Calibri" w:cs="Times New Roman"/>
          <w:szCs w:val="28"/>
        </w:rPr>
        <w:t>Орфоэпия.</w:t>
      </w:r>
    </w:p>
    <w:p w14:paraId="1ECCE83E" w14:textId="77777777" w:rsidR="00AF56A5" w:rsidRPr="008E3759" w:rsidRDefault="00AF56A5" w:rsidP="00AF56A5">
      <w:pPr>
        <w:spacing w:after="0" w:line="240" w:lineRule="auto"/>
        <w:ind w:firstLine="709"/>
        <w:rPr>
          <w:rFonts w:eastAsia="Calibri" w:cs="Times New Roman"/>
          <w:szCs w:val="28"/>
        </w:rPr>
      </w:pPr>
      <w:r w:rsidRPr="008E3759">
        <w:rPr>
          <w:rFonts w:eastAsia="Calibri" w:cs="Times New Roman"/>
          <w:szCs w:val="28"/>
        </w:rPr>
        <w:t>Правильно</w:t>
      </w:r>
      <w:r>
        <w:rPr>
          <w:rFonts w:eastAsia="Calibri" w:cs="Times New Roman"/>
          <w:szCs w:val="28"/>
        </w:rPr>
        <w:t>е</w:t>
      </w:r>
      <w:r w:rsidRPr="008E3759">
        <w:rPr>
          <w:rFonts w:eastAsia="Calibri" w:cs="Times New Roman"/>
          <w:szCs w:val="28"/>
        </w:rPr>
        <w:t xml:space="preserve"> </w:t>
      </w:r>
      <w:r>
        <w:rPr>
          <w:rFonts w:eastAsia="Calibri" w:cs="Times New Roman"/>
          <w:szCs w:val="28"/>
        </w:rPr>
        <w:t>произношение</w:t>
      </w:r>
      <w:r w:rsidRPr="008E3759">
        <w:rPr>
          <w:rFonts w:eastAsia="Calibri" w:cs="Times New Roman"/>
          <w:szCs w:val="28"/>
        </w:rPr>
        <w:t xml:space="preserve"> специфичны</w:t>
      </w:r>
      <w:r>
        <w:rPr>
          <w:rFonts w:eastAsia="Calibri" w:cs="Times New Roman"/>
          <w:szCs w:val="28"/>
        </w:rPr>
        <w:t>х</w:t>
      </w:r>
      <w:r w:rsidRPr="008E3759">
        <w:rPr>
          <w:rFonts w:eastAsia="Calibri" w:cs="Times New Roman"/>
          <w:szCs w:val="28"/>
        </w:rPr>
        <w:t xml:space="preserve"> </w:t>
      </w:r>
      <w:r w:rsidRPr="008E3759">
        <w:rPr>
          <w:rFonts w:eastAsia="Calibri" w:cs="Times New Roman"/>
          <w:szCs w:val="28"/>
          <w:lang w:val="tt-RU"/>
        </w:rPr>
        <w:t>гласны</w:t>
      </w:r>
      <w:r>
        <w:rPr>
          <w:rFonts w:eastAsia="Calibri" w:cs="Times New Roman"/>
          <w:szCs w:val="28"/>
          <w:lang w:val="tt-RU"/>
        </w:rPr>
        <w:t>х</w:t>
      </w:r>
      <w:r w:rsidRPr="008E3759">
        <w:rPr>
          <w:rFonts w:eastAsia="Calibri" w:cs="Times New Roman"/>
          <w:szCs w:val="28"/>
          <w:lang w:val="tt-RU"/>
        </w:rPr>
        <w:t xml:space="preserve"> </w:t>
      </w:r>
      <w:r w:rsidRPr="008E3759">
        <w:rPr>
          <w:rFonts w:eastAsia="Calibri" w:cs="Times New Roman"/>
          <w:szCs w:val="28"/>
        </w:rPr>
        <w:t>звук</w:t>
      </w:r>
      <w:r>
        <w:rPr>
          <w:rFonts w:eastAsia="Calibri" w:cs="Times New Roman"/>
          <w:szCs w:val="28"/>
        </w:rPr>
        <w:t>ов</w:t>
      </w:r>
      <w:r w:rsidRPr="008E3759">
        <w:rPr>
          <w:rFonts w:eastAsia="Calibri" w:cs="Times New Roman"/>
          <w:szCs w:val="28"/>
        </w:rPr>
        <w:t xml:space="preserve"> татарского языка [</w:t>
      </w:r>
      <w:r w:rsidRPr="008E3759">
        <w:rPr>
          <w:rFonts w:eastAsia="Calibri" w:cs="Times New Roman"/>
          <w:szCs w:val="28"/>
          <w:lang w:val="tt-RU"/>
        </w:rPr>
        <w:t>ә</w:t>
      </w:r>
      <w:r w:rsidRPr="008E3759">
        <w:rPr>
          <w:rFonts w:eastAsia="Calibri" w:cs="Times New Roman"/>
          <w:szCs w:val="28"/>
        </w:rPr>
        <w:t>], [</w:t>
      </w:r>
      <w:r w:rsidRPr="008E3759">
        <w:rPr>
          <w:rFonts w:eastAsia="Calibri" w:cs="Times New Roman"/>
          <w:szCs w:val="28"/>
          <w:lang w:val="tt-RU"/>
        </w:rPr>
        <w:t>ө</w:t>
      </w:r>
      <w:r w:rsidRPr="008E3759">
        <w:rPr>
          <w:rFonts w:eastAsia="Calibri" w:cs="Times New Roman"/>
          <w:szCs w:val="28"/>
        </w:rPr>
        <w:t>], [</w:t>
      </w:r>
      <w:r w:rsidRPr="008E3759">
        <w:rPr>
          <w:rFonts w:eastAsia="Calibri" w:cs="Times New Roman"/>
          <w:szCs w:val="28"/>
          <w:lang w:val="tt-RU"/>
        </w:rPr>
        <w:t>ү</w:t>
      </w:r>
      <w:r w:rsidRPr="008E3759">
        <w:rPr>
          <w:rFonts w:eastAsia="Calibri" w:cs="Times New Roman"/>
          <w:szCs w:val="28"/>
        </w:rPr>
        <w:t>].</w:t>
      </w:r>
    </w:p>
    <w:p w14:paraId="35F65EE0" w14:textId="77777777" w:rsidR="00AF56A5" w:rsidRPr="00F54C1C" w:rsidRDefault="00AF56A5" w:rsidP="00AF56A5">
      <w:pPr>
        <w:spacing w:after="0" w:line="240" w:lineRule="auto"/>
        <w:ind w:firstLine="709"/>
        <w:rPr>
          <w:rFonts w:eastAsia="Calibri" w:cs="Times New Roman"/>
          <w:szCs w:val="28"/>
          <w:lang w:val="tt-RU"/>
        </w:rPr>
      </w:pPr>
      <w:r w:rsidRPr="008E3759">
        <w:rPr>
          <w:rFonts w:eastAsia="Calibri" w:cs="Times New Roman"/>
          <w:szCs w:val="28"/>
        </w:rPr>
        <w:t>Правильно</w:t>
      </w:r>
      <w:r>
        <w:rPr>
          <w:rFonts w:eastAsia="Calibri" w:cs="Times New Roman"/>
          <w:szCs w:val="28"/>
        </w:rPr>
        <w:t>е</w:t>
      </w:r>
      <w:r w:rsidRPr="008E3759">
        <w:rPr>
          <w:rFonts w:eastAsia="Calibri" w:cs="Times New Roman"/>
          <w:szCs w:val="28"/>
        </w:rPr>
        <w:t xml:space="preserve"> </w:t>
      </w:r>
      <w:r>
        <w:rPr>
          <w:rFonts w:eastAsia="Calibri" w:cs="Times New Roman"/>
          <w:szCs w:val="28"/>
        </w:rPr>
        <w:t>произношение</w:t>
      </w:r>
      <w:r w:rsidRPr="008E3759">
        <w:rPr>
          <w:rFonts w:eastAsia="Calibri" w:cs="Times New Roman"/>
          <w:szCs w:val="28"/>
        </w:rPr>
        <w:t xml:space="preserve"> специфичны</w:t>
      </w:r>
      <w:r>
        <w:rPr>
          <w:rFonts w:eastAsia="Calibri" w:cs="Times New Roman"/>
          <w:szCs w:val="28"/>
        </w:rPr>
        <w:t>х</w:t>
      </w:r>
      <w:r w:rsidRPr="008E3759">
        <w:rPr>
          <w:rFonts w:eastAsia="Calibri" w:cs="Times New Roman"/>
          <w:szCs w:val="28"/>
        </w:rPr>
        <w:t xml:space="preserve"> </w:t>
      </w:r>
      <w:r w:rsidRPr="008E3759">
        <w:rPr>
          <w:rFonts w:eastAsia="Calibri" w:cs="Times New Roman"/>
          <w:szCs w:val="28"/>
          <w:lang w:val="tt-RU"/>
        </w:rPr>
        <w:t>согласны</w:t>
      </w:r>
      <w:r>
        <w:rPr>
          <w:rFonts w:eastAsia="Calibri" w:cs="Times New Roman"/>
          <w:szCs w:val="28"/>
          <w:lang w:val="tt-RU"/>
        </w:rPr>
        <w:t>х</w:t>
      </w:r>
      <w:r w:rsidRPr="008E3759">
        <w:rPr>
          <w:rFonts w:eastAsia="Calibri" w:cs="Times New Roman"/>
          <w:szCs w:val="28"/>
          <w:lang w:val="tt-RU"/>
        </w:rPr>
        <w:t xml:space="preserve"> </w:t>
      </w:r>
      <w:r w:rsidRPr="008E3759">
        <w:rPr>
          <w:rFonts w:eastAsia="Calibri" w:cs="Times New Roman"/>
          <w:szCs w:val="28"/>
        </w:rPr>
        <w:t>звук</w:t>
      </w:r>
      <w:r>
        <w:rPr>
          <w:rFonts w:eastAsia="Calibri" w:cs="Times New Roman"/>
          <w:szCs w:val="28"/>
        </w:rPr>
        <w:t>ов</w:t>
      </w:r>
      <w:r w:rsidRPr="008E3759">
        <w:rPr>
          <w:rFonts w:eastAsia="Calibri" w:cs="Times New Roman"/>
          <w:szCs w:val="28"/>
        </w:rPr>
        <w:t xml:space="preserve"> татарского языка [w], [ғ], [қ], [җ], [ң], [һ].</w:t>
      </w:r>
    </w:p>
    <w:p w14:paraId="47A294BC" w14:textId="23167176" w:rsidR="00AF56A5" w:rsidRDefault="00AF56A5" w:rsidP="00AF56A5">
      <w:pPr>
        <w:spacing w:after="0" w:line="240" w:lineRule="auto"/>
        <w:ind w:firstLine="709"/>
        <w:rPr>
          <w:rFonts w:eastAsia="Calibri" w:cs="Times New Roman"/>
          <w:szCs w:val="28"/>
          <w:lang w:val="tt-RU"/>
        </w:rPr>
      </w:pPr>
      <w:r>
        <w:rPr>
          <w:rFonts w:eastAsia="Calibri" w:cs="Times New Roman"/>
          <w:szCs w:val="28"/>
        </w:rPr>
        <w:t>2.5. </w:t>
      </w:r>
      <w:r w:rsidRPr="008E3759">
        <w:rPr>
          <w:rFonts w:eastAsia="Calibri" w:cs="Times New Roman"/>
          <w:szCs w:val="28"/>
        </w:rPr>
        <w:t>Лексика.</w:t>
      </w:r>
    </w:p>
    <w:p w14:paraId="4330D693" w14:textId="77777777" w:rsidR="00AF56A5" w:rsidRPr="00AA4DE7" w:rsidRDefault="00AF56A5" w:rsidP="00AF56A5">
      <w:pPr>
        <w:spacing w:after="0" w:line="240" w:lineRule="auto"/>
        <w:ind w:firstLine="709"/>
        <w:rPr>
          <w:rFonts w:eastAsia="Calibri" w:cs="Times New Roman"/>
          <w:szCs w:val="28"/>
        </w:rPr>
      </w:pPr>
      <w:r w:rsidRPr="00AA4DE7">
        <w:rPr>
          <w:rFonts w:eastAsia="Calibri" w:cs="Times New Roman"/>
          <w:szCs w:val="28"/>
          <w:lang w:val="tt-RU"/>
        </w:rPr>
        <w:t>Слово как едини</w:t>
      </w:r>
      <w:r w:rsidRPr="00AA4DE7">
        <w:rPr>
          <w:rFonts w:eastAsia="Calibri" w:cs="Times New Roman"/>
          <w:szCs w:val="28"/>
        </w:rPr>
        <w:t xml:space="preserve">ца языка. Слово как название предмета, признака предмета, действия предмета (ознакомление). </w:t>
      </w:r>
    </w:p>
    <w:p w14:paraId="43A49CEB" w14:textId="21121AD9" w:rsidR="00AF56A5" w:rsidRDefault="00AF56A5" w:rsidP="00AF56A5">
      <w:pPr>
        <w:spacing w:after="0" w:line="240" w:lineRule="auto"/>
        <w:ind w:firstLine="709"/>
        <w:rPr>
          <w:rFonts w:eastAsia="Calibri" w:cs="Times New Roman"/>
          <w:szCs w:val="28"/>
          <w:lang w:val="tt-RU"/>
        </w:rPr>
      </w:pPr>
      <w:r>
        <w:rPr>
          <w:rFonts w:eastAsia="Calibri" w:cs="Times New Roman"/>
          <w:szCs w:val="28"/>
        </w:rPr>
        <w:t>2.6. </w:t>
      </w:r>
      <w:r w:rsidRPr="008E3759">
        <w:rPr>
          <w:rFonts w:eastAsia="Calibri" w:cs="Times New Roman"/>
          <w:szCs w:val="28"/>
        </w:rPr>
        <w:t xml:space="preserve">Морфология. </w:t>
      </w:r>
    </w:p>
    <w:p w14:paraId="1D24C335" w14:textId="77777777" w:rsidR="00AF56A5" w:rsidRPr="008E3759" w:rsidRDefault="00AF56A5" w:rsidP="00AF56A5">
      <w:pPr>
        <w:spacing w:after="0" w:line="240" w:lineRule="auto"/>
        <w:ind w:firstLine="709"/>
        <w:rPr>
          <w:rFonts w:eastAsia="Calibri" w:cs="Times New Roman"/>
          <w:szCs w:val="28"/>
          <w:lang w:val="tt-RU"/>
        </w:rPr>
      </w:pPr>
      <w:r>
        <w:rPr>
          <w:rFonts w:eastAsia="Calibri" w:cs="Times New Roman"/>
          <w:szCs w:val="28"/>
        </w:rPr>
        <w:t>Умение различать</w:t>
      </w:r>
      <w:r w:rsidRPr="008E3759">
        <w:rPr>
          <w:rFonts w:eastAsia="Calibri" w:cs="Times New Roman"/>
          <w:szCs w:val="28"/>
        </w:rPr>
        <w:t xml:space="preserve"> слова, отвечающие на вопросы «</w:t>
      </w:r>
      <w:r>
        <w:rPr>
          <w:rFonts w:eastAsia="Calibri" w:cs="Times New Roman"/>
          <w:szCs w:val="28"/>
        </w:rPr>
        <w:t>к</w:t>
      </w:r>
      <w:r w:rsidRPr="008E3759">
        <w:rPr>
          <w:rFonts w:eastAsia="Calibri" w:cs="Times New Roman"/>
          <w:szCs w:val="28"/>
        </w:rPr>
        <w:t>ем?» («</w:t>
      </w:r>
      <w:r>
        <w:rPr>
          <w:rFonts w:eastAsia="Calibri" w:cs="Times New Roman"/>
          <w:szCs w:val="28"/>
        </w:rPr>
        <w:t>к</w:t>
      </w:r>
      <w:r w:rsidRPr="008E3759">
        <w:rPr>
          <w:rFonts w:eastAsia="Calibri" w:cs="Times New Roman"/>
          <w:szCs w:val="28"/>
        </w:rPr>
        <w:t>то?») и «</w:t>
      </w:r>
      <w:r>
        <w:rPr>
          <w:rFonts w:eastAsia="Calibri" w:cs="Times New Roman"/>
          <w:szCs w:val="28"/>
          <w:lang w:val="tt-RU"/>
        </w:rPr>
        <w:t>н</w:t>
      </w:r>
      <w:r w:rsidRPr="008E3759">
        <w:rPr>
          <w:rFonts w:eastAsia="Calibri" w:cs="Times New Roman"/>
          <w:szCs w:val="28"/>
          <w:lang w:val="tt-RU"/>
        </w:rPr>
        <w:t>әрсә</w:t>
      </w:r>
      <w:r w:rsidRPr="008E3759">
        <w:rPr>
          <w:rFonts w:eastAsia="Calibri" w:cs="Times New Roman"/>
          <w:szCs w:val="28"/>
        </w:rPr>
        <w:t>?» («</w:t>
      </w:r>
      <w:r>
        <w:rPr>
          <w:rFonts w:eastAsia="Calibri" w:cs="Times New Roman"/>
          <w:szCs w:val="28"/>
        </w:rPr>
        <w:t>ч</w:t>
      </w:r>
      <w:r w:rsidRPr="008E3759">
        <w:rPr>
          <w:rFonts w:eastAsia="Calibri" w:cs="Times New Roman"/>
          <w:szCs w:val="28"/>
        </w:rPr>
        <w:t>то</w:t>
      </w:r>
      <w:r w:rsidRPr="008E3759">
        <w:rPr>
          <w:rFonts w:eastAsia="Calibri" w:cs="Times New Roman"/>
          <w:szCs w:val="28"/>
          <w:lang w:val="tt-RU"/>
        </w:rPr>
        <w:t>?</w:t>
      </w:r>
      <w:r w:rsidRPr="008E3759">
        <w:rPr>
          <w:rFonts w:eastAsia="Calibri" w:cs="Times New Roman"/>
          <w:szCs w:val="28"/>
        </w:rPr>
        <w:t>»).</w:t>
      </w:r>
      <w:r>
        <w:rPr>
          <w:rFonts w:eastAsia="Calibri" w:cs="Times New Roman"/>
          <w:szCs w:val="28"/>
        </w:rPr>
        <w:t xml:space="preserve"> </w:t>
      </w:r>
    </w:p>
    <w:p w14:paraId="266187F2" w14:textId="2CE54C3C" w:rsidR="00AF56A5" w:rsidRDefault="00AF56A5" w:rsidP="00AF56A5">
      <w:pPr>
        <w:spacing w:after="0" w:line="240" w:lineRule="auto"/>
        <w:ind w:firstLine="709"/>
        <w:rPr>
          <w:rFonts w:eastAsia="Calibri" w:cs="Times New Roman"/>
          <w:szCs w:val="28"/>
          <w:lang w:val="tt-RU"/>
        </w:rPr>
      </w:pPr>
      <w:r>
        <w:rPr>
          <w:rFonts w:eastAsia="Calibri" w:cs="Times New Roman"/>
          <w:szCs w:val="28"/>
        </w:rPr>
        <w:t>2.7. </w:t>
      </w:r>
      <w:r w:rsidRPr="008E3759">
        <w:rPr>
          <w:rFonts w:eastAsia="Calibri" w:cs="Times New Roman"/>
          <w:szCs w:val="28"/>
        </w:rPr>
        <w:t xml:space="preserve">Синтаксис. </w:t>
      </w:r>
    </w:p>
    <w:p w14:paraId="06A91187" w14:textId="77777777" w:rsidR="00AF56A5" w:rsidRDefault="00AF56A5" w:rsidP="00AF56A5">
      <w:pPr>
        <w:spacing w:after="0" w:line="240" w:lineRule="auto"/>
        <w:ind w:firstLine="709"/>
        <w:rPr>
          <w:rFonts w:eastAsia="Calibri" w:cs="Times New Roman"/>
          <w:szCs w:val="28"/>
          <w:lang w:val="tt-RU"/>
        </w:rPr>
      </w:pPr>
      <w:r>
        <w:rPr>
          <w:rFonts w:eastAsia="Calibri" w:cs="Times New Roman"/>
          <w:szCs w:val="28"/>
          <w:lang w:val="tt-RU"/>
        </w:rPr>
        <w:t>С</w:t>
      </w:r>
      <w:r w:rsidRPr="008E3759">
        <w:rPr>
          <w:rFonts w:eastAsia="Calibri" w:cs="Times New Roman"/>
          <w:szCs w:val="28"/>
        </w:rPr>
        <w:t>лово, предложение и текст.</w:t>
      </w:r>
      <w:r w:rsidRPr="008E3759">
        <w:rPr>
          <w:rFonts w:eastAsia="Calibri" w:cs="Times New Roman"/>
          <w:szCs w:val="28"/>
          <w:lang w:val="tt-RU"/>
        </w:rPr>
        <w:t xml:space="preserve"> </w:t>
      </w:r>
    </w:p>
    <w:p w14:paraId="1F122DE1" w14:textId="38A52361" w:rsidR="00AF56A5" w:rsidRPr="008E3759" w:rsidRDefault="00AF56A5" w:rsidP="00AF56A5">
      <w:pPr>
        <w:spacing w:after="0" w:line="240" w:lineRule="auto"/>
        <w:ind w:firstLine="709"/>
        <w:rPr>
          <w:rFonts w:eastAsia="Calibri" w:cs="Times New Roman"/>
          <w:szCs w:val="28"/>
        </w:rPr>
      </w:pPr>
      <w:r w:rsidRPr="008E3759">
        <w:rPr>
          <w:rFonts w:eastAsia="Calibri" w:cs="Times New Roman"/>
          <w:szCs w:val="28"/>
        </w:rPr>
        <w:t>2.</w:t>
      </w:r>
      <w:r>
        <w:rPr>
          <w:rFonts w:eastAsia="Calibri" w:cs="Times New Roman"/>
          <w:szCs w:val="28"/>
          <w:lang w:val="tt-RU"/>
        </w:rPr>
        <w:t>8</w:t>
      </w:r>
      <w:r>
        <w:rPr>
          <w:rFonts w:eastAsia="Calibri" w:cs="Times New Roman"/>
          <w:szCs w:val="28"/>
        </w:rPr>
        <w:t>. </w:t>
      </w:r>
      <w:r w:rsidRPr="008E3759">
        <w:rPr>
          <w:rFonts w:eastAsia="Calibri" w:cs="Times New Roman"/>
          <w:szCs w:val="28"/>
        </w:rPr>
        <w:t>Орфография и пунктуация.</w:t>
      </w:r>
    </w:p>
    <w:p w14:paraId="1776CF4E" w14:textId="77777777" w:rsidR="00AF56A5" w:rsidRPr="008E3759" w:rsidRDefault="00AF56A5" w:rsidP="00AF56A5">
      <w:pPr>
        <w:spacing w:after="0" w:line="240" w:lineRule="auto"/>
        <w:ind w:firstLine="709"/>
        <w:rPr>
          <w:rFonts w:eastAsia="Calibri" w:cs="Times New Roman"/>
          <w:szCs w:val="28"/>
          <w:lang w:val="tt-RU"/>
        </w:rPr>
      </w:pPr>
      <w:r w:rsidRPr="008E3759">
        <w:rPr>
          <w:rFonts w:eastAsia="Calibri" w:cs="Times New Roman"/>
          <w:szCs w:val="28"/>
        </w:rPr>
        <w:t>Правильно</w:t>
      </w:r>
      <w:r>
        <w:rPr>
          <w:rFonts w:eastAsia="Calibri" w:cs="Times New Roman"/>
          <w:szCs w:val="28"/>
        </w:rPr>
        <w:t>е</w:t>
      </w:r>
      <w:r w:rsidRPr="008E3759">
        <w:rPr>
          <w:rFonts w:eastAsia="Calibri" w:cs="Times New Roman"/>
          <w:szCs w:val="28"/>
        </w:rPr>
        <w:t xml:space="preserve"> оформл</w:t>
      </w:r>
      <w:r>
        <w:rPr>
          <w:rFonts w:eastAsia="Calibri" w:cs="Times New Roman"/>
          <w:szCs w:val="28"/>
        </w:rPr>
        <w:t>ение</w:t>
      </w:r>
      <w:r w:rsidRPr="008E3759">
        <w:rPr>
          <w:rFonts w:eastAsia="Calibri" w:cs="Times New Roman"/>
          <w:szCs w:val="28"/>
        </w:rPr>
        <w:t xml:space="preserve"> предложени</w:t>
      </w:r>
      <w:r>
        <w:rPr>
          <w:rFonts w:eastAsia="Calibri" w:cs="Times New Roman"/>
          <w:szCs w:val="28"/>
        </w:rPr>
        <w:t>я на письме, выбор</w:t>
      </w:r>
      <w:r w:rsidRPr="008E3759">
        <w:rPr>
          <w:rFonts w:eastAsia="Calibri" w:cs="Times New Roman"/>
          <w:szCs w:val="28"/>
        </w:rPr>
        <w:t xml:space="preserve"> знак</w:t>
      </w:r>
      <w:r>
        <w:rPr>
          <w:rFonts w:eastAsia="Calibri" w:cs="Times New Roman"/>
          <w:szCs w:val="28"/>
        </w:rPr>
        <w:t>а</w:t>
      </w:r>
      <w:r w:rsidRPr="008E3759">
        <w:rPr>
          <w:rFonts w:eastAsia="Calibri" w:cs="Times New Roman"/>
          <w:szCs w:val="28"/>
        </w:rPr>
        <w:t xml:space="preserve"> конца предложения.</w:t>
      </w:r>
      <w:r w:rsidRPr="008E3759">
        <w:rPr>
          <w:rFonts w:eastAsia="Calibri" w:cs="Times New Roman"/>
          <w:szCs w:val="28"/>
          <w:lang w:val="tt-RU"/>
        </w:rPr>
        <w:t xml:space="preserve"> Использова</w:t>
      </w:r>
      <w:r>
        <w:rPr>
          <w:rFonts w:eastAsia="Calibri" w:cs="Times New Roman"/>
          <w:szCs w:val="28"/>
          <w:lang w:val="tt-RU"/>
        </w:rPr>
        <w:t>ние</w:t>
      </w:r>
      <w:r w:rsidRPr="008E3759">
        <w:rPr>
          <w:rFonts w:eastAsia="Calibri" w:cs="Times New Roman"/>
          <w:szCs w:val="28"/>
          <w:lang w:val="tt-RU"/>
        </w:rPr>
        <w:t xml:space="preserve"> прописн</w:t>
      </w:r>
      <w:r>
        <w:rPr>
          <w:rFonts w:eastAsia="Calibri" w:cs="Times New Roman"/>
          <w:szCs w:val="28"/>
          <w:lang w:val="tt-RU"/>
        </w:rPr>
        <w:t>ой</w:t>
      </w:r>
      <w:r w:rsidRPr="008E3759">
        <w:rPr>
          <w:rFonts w:eastAsia="Calibri" w:cs="Times New Roman"/>
          <w:szCs w:val="28"/>
          <w:lang w:val="tt-RU"/>
        </w:rPr>
        <w:t xml:space="preserve"> букв</w:t>
      </w:r>
      <w:r>
        <w:rPr>
          <w:rFonts w:eastAsia="Calibri" w:cs="Times New Roman"/>
          <w:szCs w:val="28"/>
          <w:lang w:val="tt-RU"/>
        </w:rPr>
        <w:t>ы</w:t>
      </w:r>
      <w:r w:rsidRPr="008E3759">
        <w:rPr>
          <w:rFonts w:eastAsia="Calibri" w:cs="Times New Roman"/>
          <w:szCs w:val="28"/>
          <w:lang w:val="tt-RU"/>
        </w:rPr>
        <w:t xml:space="preserve"> в начале предложения и в именах собственных (в именах и фамилиях людей, кличках животных).</w:t>
      </w:r>
    </w:p>
    <w:p w14:paraId="43FBB083" w14:textId="77777777" w:rsidR="00AF56A5" w:rsidRPr="008E3759" w:rsidRDefault="00AF56A5" w:rsidP="00AF56A5">
      <w:pPr>
        <w:spacing w:after="0" w:line="240" w:lineRule="auto"/>
        <w:ind w:firstLine="709"/>
        <w:rPr>
          <w:rFonts w:eastAsia="Calibri" w:cs="Times New Roman"/>
          <w:szCs w:val="28"/>
        </w:rPr>
      </w:pPr>
      <w:r w:rsidRPr="008E3759">
        <w:rPr>
          <w:rFonts w:eastAsia="Calibri" w:cs="Times New Roman"/>
          <w:szCs w:val="28"/>
        </w:rPr>
        <w:t>Примен</w:t>
      </w:r>
      <w:r>
        <w:rPr>
          <w:rFonts w:eastAsia="Calibri" w:cs="Times New Roman"/>
          <w:szCs w:val="28"/>
        </w:rPr>
        <w:t>ение</w:t>
      </w:r>
      <w:r w:rsidRPr="008E3759">
        <w:rPr>
          <w:rFonts w:eastAsia="Calibri" w:cs="Times New Roman"/>
          <w:szCs w:val="28"/>
        </w:rPr>
        <w:t xml:space="preserve"> изученны</w:t>
      </w:r>
      <w:r>
        <w:rPr>
          <w:rFonts w:eastAsia="Calibri" w:cs="Times New Roman"/>
          <w:szCs w:val="28"/>
        </w:rPr>
        <w:t>х правил</w:t>
      </w:r>
      <w:r w:rsidRPr="008E3759">
        <w:rPr>
          <w:rFonts w:eastAsia="Calibri" w:cs="Times New Roman"/>
          <w:szCs w:val="28"/>
        </w:rPr>
        <w:t xml:space="preserve"> правописания: раздельное написание слов </w:t>
      </w:r>
      <w:r>
        <w:rPr>
          <w:rFonts w:eastAsia="Calibri" w:cs="Times New Roman"/>
          <w:szCs w:val="28"/>
        </w:rPr>
        <w:br/>
      </w:r>
      <w:r w:rsidRPr="008E3759">
        <w:rPr>
          <w:rFonts w:eastAsia="Calibri" w:cs="Times New Roman"/>
          <w:szCs w:val="28"/>
        </w:rPr>
        <w:t>в предложении, перенос слов на следующую строку</w:t>
      </w:r>
      <w:r>
        <w:rPr>
          <w:rFonts w:eastAsia="Calibri" w:cs="Times New Roman"/>
          <w:szCs w:val="28"/>
        </w:rPr>
        <w:t xml:space="preserve">, </w:t>
      </w:r>
      <w:r>
        <w:rPr>
          <w:rFonts w:eastAsia="Calibri" w:cs="Times New Roman"/>
          <w:szCs w:val="28"/>
          <w:lang w:val="tt-RU"/>
        </w:rPr>
        <w:t>п</w:t>
      </w:r>
      <w:r w:rsidRPr="008E3759">
        <w:rPr>
          <w:rFonts w:eastAsia="Calibri" w:cs="Times New Roman"/>
          <w:szCs w:val="28"/>
          <w:lang w:val="tt-RU"/>
        </w:rPr>
        <w:t>еренос</w:t>
      </w:r>
      <w:r>
        <w:rPr>
          <w:rFonts w:eastAsia="Calibri" w:cs="Times New Roman"/>
          <w:szCs w:val="28"/>
          <w:lang w:val="tt-RU"/>
        </w:rPr>
        <w:t xml:space="preserve"> слов</w:t>
      </w:r>
      <w:r w:rsidRPr="008E3759">
        <w:rPr>
          <w:rFonts w:eastAsia="Calibri" w:cs="Times New Roman"/>
          <w:szCs w:val="28"/>
          <w:lang w:val="tt-RU"/>
        </w:rPr>
        <w:t xml:space="preserve"> с буквами ъ и ь </w:t>
      </w:r>
      <w:r>
        <w:rPr>
          <w:rFonts w:eastAsia="Calibri" w:cs="Times New Roman"/>
          <w:szCs w:val="28"/>
          <w:lang w:val="tt-RU"/>
        </w:rPr>
        <w:br/>
      </w:r>
      <w:r w:rsidRPr="008E3759">
        <w:rPr>
          <w:rFonts w:eastAsia="Calibri" w:cs="Times New Roman"/>
          <w:szCs w:val="28"/>
          <w:lang w:val="tt-RU"/>
        </w:rPr>
        <w:t>по слогам</w:t>
      </w:r>
      <w:r w:rsidRPr="008E3759">
        <w:rPr>
          <w:rFonts w:eastAsia="Calibri" w:cs="Times New Roman"/>
          <w:szCs w:val="28"/>
        </w:rPr>
        <w:t>.</w:t>
      </w:r>
    </w:p>
    <w:p w14:paraId="29AF6EE1" w14:textId="77777777" w:rsidR="00AF56A5" w:rsidRPr="00B47E11" w:rsidRDefault="00AF56A5" w:rsidP="00AF56A5">
      <w:pPr>
        <w:spacing w:after="0" w:line="240" w:lineRule="auto"/>
        <w:ind w:firstLine="709"/>
        <w:rPr>
          <w:rFonts w:eastAsia="Calibri" w:cs="Times New Roman"/>
          <w:szCs w:val="28"/>
        </w:rPr>
      </w:pPr>
      <w:r>
        <w:rPr>
          <w:rFonts w:eastAsia="Calibri" w:cs="Times New Roman"/>
          <w:szCs w:val="28"/>
        </w:rPr>
        <w:t>П</w:t>
      </w:r>
      <w:r w:rsidRPr="008E3759">
        <w:rPr>
          <w:rFonts w:eastAsia="Calibri" w:cs="Times New Roman"/>
          <w:szCs w:val="28"/>
        </w:rPr>
        <w:t>рисоедин</w:t>
      </w:r>
      <w:r>
        <w:rPr>
          <w:rFonts w:eastAsia="Calibri" w:cs="Times New Roman"/>
          <w:szCs w:val="28"/>
        </w:rPr>
        <w:t>ение</w:t>
      </w:r>
      <w:r w:rsidRPr="008E3759">
        <w:rPr>
          <w:rFonts w:eastAsia="Calibri" w:cs="Times New Roman"/>
          <w:szCs w:val="28"/>
        </w:rPr>
        <w:t xml:space="preserve"> к слову тв</w:t>
      </w:r>
      <w:r>
        <w:rPr>
          <w:rFonts w:eastAsia="Calibri" w:cs="Times New Roman"/>
          <w:szCs w:val="28"/>
        </w:rPr>
        <w:t>ё</w:t>
      </w:r>
      <w:r w:rsidRPr="008E3759">
        <w:rPr>
          <w:rFonts w:eastAsia="Calibri" w:cs="Times New Roman"/>
          <w:szCs w:val="28"/>
        </w:rPr>
        <w:t>рд</w:t>
      </w:r>
      <w:r>
        <w:rPr>
          <w:rFonts w:eastAsia="Calibri" w:cs="Times New Roman"/>
          <w:szCs w:val="28"/>
        </w:rPr>
        <w:t>ого</w:t>
      </w:r>
      <w:r w:rsidRPr="008E3759">
        <w:rPr>
          <w:rFonts w:eastAsia="Calibri" w:cs="Times New Roman"/>
          <w:szCs w:val="28"/>
        </w:rPr>
        <w:t xml:space="preserve"> или мягк</w:t>
      </w:r>
      <w:r>
        <w:rPr>
          <w:rFonts w:eastAsia="Calibri" w:cs="Times New Roman"/>
          <w:szCs w:val="28"/>
        </w:rPr>
        <w:t>ого</w:t>
      </w:r>
      <w:r w:rsidRPr="008E3759">
        <w:rPr>
          <w:rFonts w:eastAsia="Calibri" w:cs="Times New Roman"/>
          <w:szCs w:val="28"/>
        </w:rPr>
        <w:t xml:space="preserve"> вариант</w:t>
      </w:r>
      <w:r>
        <w:rPr>
          <w:rFonts w:eastAsia="Calibri" w:cs="Times New Roman"/>
          <w:szCs w:val="28"/>
        </w:rPr>
        <w:t>а</w:t>
      </w:r>
      <w:r w:rsidRPr="008E3759">
        <w:rPr>
          <w:rFonts w:eastAsia="Calibri" w:cs="Times New Roman"/>
          <w:szCs w:val="28"/>
        </w:rPr>
        <w:t xml:space="preserve"> аффиксов.</w:t>
      </w:r>
    </w:p>
    <w:p w14:paraId="4A3D66AF" w14:textId="3FC34CF2" w:rsidR="00AF56A5" w:rsidRDefault="00AF56A5" w:rsidP="00AF56A5">
      <w:pPr>
        <w:spacing w:after="0" w:line="240" w:lineRule="auto"/>
        <w:ind w:firstLine="709"/>
        <w:rPr>
          <w:rFonts w:eastAsia="Calibri" w:cs="Times New Roman"/>
          <w:szCs w:val="28"/>
          <w:lang w:val="tt-RU"/>
        </w:rPr>
      </w:pPr>
      <w:r>
        <w:rPr>
          <w:rFonts w:eastAsia="Calibri" w:cs="Times New Roman"/>
          <w:szCs w:val="28"/>
        </w:rPr>
        <w:t>3. </w:t>
      </w:r>
      <w:r w:rsidRPr="008E3759">
        <w:rPr>
          <w:rFonts w:eastAsia="Calibri" w:cs="Times New Roman"/>
          <w:szCs w:val="28"/>
        </w:rPr>
        <w:t>Развитие речи</w:t>
      </w:r>
      <w:r>
        <w:rPr>
          <w:rFonts w:eastAsia="Calibri" w:cs="Times New Roman"/>
          <w:szCs w:val="28"/>
          <w:lang w:val="tt-RU"/>
        </w:rPr>
        <w:t>.</w:t>
      </w:r>
    </w:p>
    <w:p w14:paraId="30992336" w14:textId="77777777" w:rsidR="00AF56A5" w:rsidRPr="000E439E" w:rsidRDefault="00AF56A5" w:rsidP="00AF56A5">
      <w:pPr>
        <w:spacing w:after="0" w:line="240" w:lineRule="auto"/>
        <w:ind w:firstLine="709"/>
        <w:rPr>
          <w:rFonts w:eastAsia="Calibri" w:cs="Times New Roman"/>
          <w:szCs w:val="28"/>
          <w:lang w:val="tt-RU"/>
        </w:rPr>
      </w:pPr>
      <w:r w:rsidRPr="00A7050E">
        <w:rPr>
          <w:rFonts w:eastAsia="Calibri" w:cs="Times New Roman"/>
          <w:szCs w:val="28"/>
        </w:rPr>
        <w:t>Соблюдение норм речевого этикета в ситуациях учебного и бытового общения. Ситуации устного общения (чтение диалогов по ролям, просмотр видеоматериалов, прослушивание аудиозапис</w:t>
      </w:r>
      <w:r>
        <w:rPr>
          <w:rFonts w:eastAsia="Calibri" w:cs="Times New Roman"/>
          <w:szCs w:val="28"/>
        </w:rPr>
        <w:t>ей</w:t>
      </w:r>
      <w:r w:rsidRPr="00A7050E">
        <w:rPr>
          <w:rFonts w:eastAsia="Calibri" w:cs="Times New Roman"/>
          <w:szCs w:val="28"/>
        </w:rPr>
        <w:t>).</w:t>
      </w:r>
    </w:p>
    <w:p w14:paraId="7DE8AE13" w14:textId="77777777" w:rsidR="00AF56A5" w:rsidRPr="00A7050E" w:rsidRDefault="00AF56A5" w:rsidP="00AF56A5">
      <w:pPr>
        <w:spacing w:after="0" w:line="240" w:lineRule="auto"/>
        <w:ind w:firstLine="709"/>
        <w:rPr>
          <w:rFonts w:eastAsia="Calibri" w:cs="Times New Roman"/>
          <w:szCs w:val="28"/>
        </w:rPr>
      </w:pPr>
      <w:r w:rsidRPr="00A7050E">
        <w:rPr>
          <w:rFonts w:eastAsia="Calibri" w:cs="Times New Roman"/>
          <w:szCs w:val="28"/>
        </w:rPr>
        <w:t>Составление небольших рассказов повествовательного характера по серии сюжетных картинок, на основе собственных игр, занятий.</w:t>
      </w:r>
    </w:p>
    <w:p w14:paraId="4E2A36C2" w14:textId="77777777" w:rsidR="00AF56A5" w:rsidRDefault="00AF56A5" w:rsidP="00AF56A5">
      <w:pPr>
        <w:spacing w:after="0" w:line="240" w:lineRule="auto"/>
        <w:ind w:firstLine="709"/>
        <w:jc w:val="center"/>
        <w:rPr>
          <w:rFonts w:eastAsia="Calibri" w:cs="Times New Roman"/>
          <w:szCs w:val="28"/>
        </w:rPr>
      </w:pPr>
    </w:p>
    <w:p w14:paraId="626AF879" w14:textId="00136464" w:rsidR="00AF56A5" w:rsidRDefault="00AF56A5" w:rsidP="00AF56A5">
      <w:pPr>
        <w:spacing w:after="0" w:line="240" w:lineRule="auto"/>
        <w:ind w:firstLine="709"/>
        <w:jc w:val="center"/>
        <w:rPr>
          <w:rFonts w:eastAsia="Calibri" w:cs="Times New Roman"/>
          <w:b/>
          <w:szCs w:val="28"/>
        </w:rPr>
      </w:pPr>
      <w:r w:rsidRPr="00F1665B">
        <w:rPr>
          <w:rFonts w:eastAsia="Calibri" w:cs="Times New Roman"/>
          <w:szCs w:val="28"/>
        </w:rPr>
        <w:t> </w:t>
      </w:r>
      <w:r w:rsidRPr="00AF56A5">
        <w:rPr>
          <w:rFonts w:eastAsia="Calibri" w:cs="Times New Roman"/>
          <w:b/>
          <w:szCs w:val="28"/>
        </w:rPr>
        <w:t>Содержание обучения во 2 классе</w:t>
      </w:r>
    </w:p>
    <w:p w14:paraId="02FF041C" w14:textId="77777777" w:rsidR="00AF56A5" w:rsidRPr="00AF56A5" w:rsidRDefault="00AF56A5" w:rsidP="00AF56A5">
      <w:pPr>
        <w:spacing w:after="0" w:line="240" w:lineRule="auto"/>
        <w:ind w:firstLine="709"/>
        <w:jc w:val="center"/>
        <w:rPr>
          <w:rFonts w:eastAsia="Calibri" w:cs="Times New Roman"/>
          <w:b/>
          <w:szCs w:val="28"/>
        </w:rPr>
      </w:pPr>
    </w:p>
    <w:p w14:paraId="3CCB379D" w14:textId="5E85E13D" w:rsidR="00AF56A5" w:rsidRDefault="00AF56A5" w:rsidP="00AF56A5">
      <w:pPr>
        <w:spacing w:after="0" w:line="240" w:lineRule="auto"/>
        <w:ind w:firstLine="709"/>
        <w:rPr>
          <w:rFonts w:eastAsia="Calibri" w:cs="Times New Roman"/>
          <w:szCs w:val="28"/>
        </w:rPr>
      </w:pPr>
      <w:r w:rsidRPr="00F1665B">
        <w:rPr>
          <w:rFonts w:eastAsia="Calibri" w:cs="Times New Roman"/>
          <w:szCs w:val="28"/>
        </w:rPr>
        <w:t>1. </w:t>
      </w:r>
      <w:r>
        <w:rPr>
          <w:rFonts w:eastAsia="Calibri" w:cs="Times New Roman"/>
          <w:szCs w:val="28"/>
        </w:rPr>
        <w:t>Систематический курс.</w:t>
      </w:r>
    </w:p>
    <w:p w14:paraId="5B214CF6" w14:textId="6D443CF7" w:rsidR="00AF56A5" w:rsidRDefault="00AF56A5" w:rsidP="00AF56A5">
      <w:pPr>
        <w:spacing w:after="0" w:line="240" w:lineRule="auto"/>
        <w:ind w:firstLine="709"/>
        <w:rPr>
          <w:rFonts w:eastAsia="Calibri" w:cs="Times New Roman"/>
          <w:szCs w:val="28"/>
        </w:rPr>
      </w:pPr>
      <w:r>
        <w:rPr>
          <w:rFonts w:eastAsia="Calibri" w:cs="Times New Roman"/>
          <w:szCs w:val="28"/>
        </w:rPr>
        <w:t>1.1. </w:t>
      </w:r>
      <w:r w:rsidRPr="00A7050E">
        <w:rPr>
          <w:rFonts w:eastAsia="Calibri" w:cs="Times New Roman"/>
          <w:szCs w:val="28"/>
        </w:rPr>
        <w:t>Фонетика, орфоэпия, графика.</w:t>
      </w:r>
    </w:p>
    <w:p w14:paraId="27926BC9" w14:textId="77777777" w:rsidR="00AF56A5" w:rsidRPr="00B26AEE" w:rsidRDefault="00AF56A5" w:rsidP="00AF56A5">
      <w:pPr>
        <w:spacing w:after="0" w:line="240" w:lineRule="auto"/>
        <w:ind w:firstLine="709"/>
        <w:rPr>
          <w:rFonts w:eastAsia="Calibri" w:cs="Times New Roman"/>
          <w:szCs w:val="28"/>
        </w:rPr>
      </w:pPr>
      <w:r w:rsidRPr="00B26AEE">
        <w:rPr>
          <w:rFonts w:eastAsia="Calibri" w:cs="Times New Roman"/>
          <w:szCs w:val="28"/>
        </w:rPr>
        <w:t>Различение звуков и букв. Система гласных звуков татарского яз</w:t>
      </w:r>
      <w:r>
        <w:rPr>
          <w:rFonts w:eastAsia="Calibri" w:cs="Times New Roman"/>
          <w:szCs w:val="28"/>
        </w:rPr>
        <w:t xml:space="preserve">ыка: специфичные гласные звуки. </w:t>
      </w:r>
      <w:r w:rsidRPr="00B26AEE">
        <w:rPr>
          <w:rFonts w:eastAsia="Calibri" w:cs="Times New Roman"/>
          <w:szCs w:val="28"/>
        </w:rPr>
        <w:t xml:space="preserve">Согласные звуки в татарском языке: специфичные согласные звуки [w], [ғ], [қ], [җ], [ң], [һ]. Краткая характеристика гласных </w:t>
      </w:r>
      <w:r>
        <w:rPr>
          <w:rFonts w:eastAsia="Calibri" w:cs="Times New Roman"/>
          <w:szCs w:val="28"/>
        </w:rPr>
        <w:br/>
      </w:r>
      <w:r w:rsidRPr="00B26AEE">
        <w:rPr>
          <w:rFonts w:eastAsia="Calibri" w:cs="Times New Roman"/>
          <w:szCs w:val="28"/>
        </w:rPr>
        <w:t xml:space="preserve">и согласных звуков: гласный </w:t>
      </w:r>
      <w:r>
        <w:rPr>
          <w:rFonts w:eastAsia="Calibri" w:cs="Times New Roman"/>
          <w:szCs w:val="28"/>
        </w:rPr>
        <w:t>-</w:t>
      </w:r>
      <w:r w:rsidRPr="00B26AEE">
        <w:rPr>
          <w:rFonts w:eastAsia="Calibri" w:cs="Times New Roman"/>
          <w:szCs w:val="28"/>
        </w:rPr>
        <w:t xml:space="preserve"> согласный; гласный </w:t>
      </w:r>
      <w:r>
        <w:rPr>
          <w:rFonts w:eastAsia="Calibri" w:cs="Times New Roman"/>
          <w:szCs w:val="28"/>
        </w:rPr>
        <w:t>-</w:t>
      </w:r>
      <w:r w:rsidRPr="00B26AEE">
        <w:rPr>
          <w:rFonts w:eastAsia="Calibri" w:cs="Times New Roman"/>
          <w:szCs w:val="28"/>
        </w:rPr>
        <w:t xml:space="preserve"> тв</w:t>
      </w:r>
      <w:r>
        <w:rPr>
          <w:rFonts w:eastAsia="Calibri" w:cs="Times New Roman"/>
          <w:szCs w:val="28"/>
        </w:rPr>
        <w:t>ё</w:t>
      </w:r>
      <w:r w:rsidRPr="00B26AEE">
        <w:rPr>
          <w:rFonts w:eastAsia="Calibri" w:cs="Times New Roman"/>
          <w:szCs w:val="28"/>
        </w:rPr>
        <w:t xml:space="preserve">рдый </w:t>
      </w:r>
      <w:r>
        <w:rPr>
          <w:rFonts w:eastAsia="Calibri" w:cs="Times New Roman"/>
          <w:szCs w:val="28"/>
        </w:rPr>
        <w:t>-</w:t>
      </w:r>
      <w:r w:rsidRPr="00B26AEE">
        <w:rPr>
          <w:rFonts w:eastAsia="Calibri" w:cs="Times New Roman"/>
          <w:szCs w:val="28"/>
        </w:rPr>
        <w:t xml:space="preserve"> мягкий; согласный звонкий </w:t>
      </w:r>
      <w:r>
        <w:rPr>
          <w:rFonts w:eastAsia="Calibri" w:cs="Times New Roman"/>
          <w:szCs w:val="28"/>
        </w:rPr>
        <w:t>-</w:t>
      </w:r>
      <w:r w:rsidRPr="00B26AEE">
        <w:rPr>
          <w:rFonts w:eastAsia="Calibri" w:cs="Times New Roman"/>
          <w:szCs w:val="28"/>
        </w:rPr>
        <w:t xml:space="preserve"> глухой, парный </w:t>
      </w:r>
      <w:r>
        <w:rPr>
          <w:rFonts w:eastAsia="Calibri" w:cs="Times New Roman"/>
          <w:szCs w:val="28"/>
        </w:rPr>
        <w:t>-</w:t>
      </w:r>
      <w:r w:rsidRPr="00B26AEE">
        <w:rPr>
          <w:rFonts w:eastAsia="Calibri" w:cs="Times New Roman"/>
          <w:szCs w:val="28"/>
        </w:rPr>
        <w:t xml:space="preserve"> непарный. </w:t>
      </w:r>
    </w:p>
    <w:p w14:paraId="373DBF82" w14:textId="77777777" w:rsidR="00AF56A5" w:rsidRPr="00B26AEE" w:rsidRDefault="00AF56A5" w:rsidP="00AF56A5">
      <w:pPr>
        <w:spacing w:after="0" w:line="240" w:lineRule="auto"/>
        <w:ind w:firstLine="709"/>
        <w:rPr>
          <w:rFonts w:eastAsia="Calibri" w:cs="Times New Roman"/>
          <w:szCs w:val="28"/>
        </w:rPr>
      </w:pPr>
      <w:r w:rsidRPr="00B26AEE">
        <w:rPr>
          <w:rFonts w:eastAsia="Calibri" w:cs="Times New Roman"/>
          <w:szCs w:val="28"/>
        </w:rPr>
        <w:lastRenderedPageBreak/>
        <w:t xml:space="preserve">Татарский алфавит. Правописание букв татарского алфавита. </w:t>
      </w:r>
    </w:p>
    <w:p w14:paraId="56E8AEA0" w14:textId="77777777" w:rsidR="00AF56A5" w:rsidRPr="00B26AEE" w:rsidRDefault="00AF56A5" w:rsidP="00AF56A5">
      <w:pPr>
        <w:spacing w:after="0" w:line="240" w:lineRule="auto"/>
        <w:ind w:firstLine="709"/>
        <w:rPr>
          <w:rFonts w:eastAsia="Calibri" w:cs="Times New Roman"/>
          <w:szCs w:val="28"/>
        </w:rPr>
      </w:pPr>
      <w:r w:rsidRPr="00B26AEE">
        <w:rPr>
          <w:rFonts w:eastAsia="Calibri" w:cs="Times New Roman"/>
          <w:szCs w:val="28"/>
        </w:rPr>
        <w:t xml:space="preserve">Соблюдение правильного ударения в словах. </w:t>
      </w:r>
    </w:p>
    <w:p w14:paraId="37800625" w14:textId="77777777" w:rsidR="00AF56A5" w:rsidRPr="00A7050E" w:rsidRDefault="00AF56A5" w:rsidP="00AF56A5">
      <w:pPr>
        <w:spacing w:after="0" w:line="240" w:lineRule="auto"/>
        <w:ind w:firstLine="709"/>
        <w:rPr>
          <w:rFonts w:eastAsia="Calibri" w:cs="Times New Roman"/>
          <w:szCs w:val="28"/>
        </w:rPr>
      </w:pPr>
      <w:r w:rsidRPr="00B26AEE">
        <w:rPr>
          <w:rFonts w:eastAsia="Calibri" w:cs="Times New Roman"/>
          <w:szCs w:val="28"/>
        </w:rPr>
        <w:t>Записывание слов в алфавитном порядке. Применени</w:t>
      </w:r>
      <w:r>
        <w:rPr>
          <w:rFonts w:eastAsia="Calibri" w:cs="Times New Roman"/>
          <w:szCs w:val="28"/>
        </w:rPr>
        <w:t>е изученных правил правописания</w:t>
      </w:r>
      <w:r w:rsidRPr="00B26AEE">
        <w:rPr>
          <w:rFonts w:eastAsia="Calibri" w:cs="Times New Roman"/>
          <w:szCs w:val="28"/>
        </w:rPr>
        <w:t xml:space="preserve">. </w:t>
      </w:r>
    </w:p>
    <w:p w14:paraId="457880FF" w14:textId="7A285FDD" w:rsidR="00AF56A5" w:rsidRDefault="00AF56A5" w:rsidP="00AF56A5">
      <w:pPr>
        <w:spacing w:after="0" w:line="240" w:lineRule="auto"/>
        <w:ind w:firstLine="709"/>
        <w:rPr>
          <w:rFonts w:eastAsia="Calibri" w:cs="Times New Roman"/>
          <w:szCs w:val="28"/>
        </w:rPr>
      </w:pPr>
      <w:r>
        <w:rPr>
          <w:rFonts w:eastAsia="Calibri" w:cs="Times New Roman"/>
          <w:szCs w:val="28"/>
        </w:rPr>
        <w:t>1.2. </w:t>
      </w:r>
      <w:r w:rsidRPr="00A7050E">
        <w:rPr>
          <w:rFonts w:eastAsia="Calibri" w:cs="Times New Roman"/>
          <w:szCs w:val="28"/>
        </w:rPr>
        <w:t>Лексика.</w:t>
      </w:r>
    </w:p>
    <w:p w14:paraId="3AF9A262" w14:textId="77777777" w:rsidR="00AF56A5" w:rsidRDefault="00AF56A5" w:rsidP="00AF56A5">
      <w:pPr>
        <w:spacing w:after="0" w:line="240" w:lineRule="auto"/>
        <w:ind w:firstLine="709"/>
        <w:rPr>
          <w:rFonts w:eastAsia="Calibri" w:cs="Times New Roman"/>
          <w:szCs w:val="28"/>
        </w:rPr>
      </w:pPr>
      <w:r w:rsidRPr="00B26AEE">
        <w:rPr>
          <w:rFonts w:eastAsia="Calibri" w:cs="Times New Roman"/>
          <w:szCs w:val="28"/>
        </w:rPr>
        <w:t xml:space="preserve">Слово, лексическое значение слова. </w:t>
      </w:r>
    </w:p>
    <w:p w14:paraId="15D76B16" w14:textId="77777777" w:rsidR="00AF56A5" w:rsidRDefault="00AF56A5" w:rsidP="00AF56A5">
      <w:pPr>
        <w:spacing w:after="0" w:line="240" w:lineRule="auto"/>
        <w:ind w:firstLine="709"/>
        <w:rPr>
          <w:rFonts w:eastAsia="Calibri" w:cs="Times New Roman"/>
          <w:szCs w:val="28"/>
        </w:rPr>
      </w:pPr>
      <w:r w:rsidRPr="00B26AEE">
        <w:rPr>
          <w:rFonts w:eastAsia="Calibri" w:cs="Times New Roman"/>
          <w:szCs w:val="28"/>
        </w:rPr>
        <w:t xml:space="preserve">Синонимы. Антонимы. </w:t>
      </w:r>
    </w:p>
    <w:p w14:paraId="0433EA89" w14:textId="303122D4" w:rsidR="00AF56A5" w:rsidRDefault="00AF56A5" w:rsidP="00AF56A5">
      <w:pPr>
        <w:spacing w:after="0" w:line="240" w:lineRule="auto"/>
        <w:ind w:firstLine="709"/>
        <w:rPr>
          <w:rFonts w:eastAsia="Calibri" w:cs="Times New Roman"/>
          <w:szCs w:val="28"/>
        </w:rPr>
      </w:pPr>
      <w:r>
        <w:rPr>
          <w:rFonts w:eastAsia="Calibri" w:cs="Times New Roman"/>
          <w:szCs w:val="28"/>
        </w:rPr>
        <w:t>1.3. </w:t>
      </w:r>
      <w:r w:rsidRPr="00A7050E">
        <w:rPr>
          <w:rFonts w:eastAsia="Calibri" w:cs="Times New Roman"/>
          <w:szCs w:val="28"/>
        </w:rPr>
        <w:t xml:space="preserve">Состав слова (морфемика). </w:t>
      </w:r>
    </w:p>
    <w:p w14:paraId="56B93E71" w14:textId="77777777" w:rsidR="00AF56A5" w:rsidRPr="00A7050E" w:rsidRDefault="00AF56A5" w:rsidP="00AF56A5">
      <w:pPr>
        <w:spacing w:after="0" w:line="240" w:lineRule="auto"/>
        <w:ind w:firstLine="709"/>
        <w:rPr>
          <w:rFonts w:eastAsia="Calibri" w:cs="Times New Roman"/>
          <w:szCs w:val="28"/>
        </w:rPr>
      </w:pPr>
      <w:r w:rsidRPr="00B26AEE">
        <w:rPr>
          <w:rFonts w:eastAsia="Calibri" w:cs="Times New Roman"/>
          <w:szCs w:val="28"/>
        </w:rPr>
        <w:t>Присоединение аффиксов к существительным.</w:t>
      </w:r>
    </w:p>
    <w:p w14:paraId="1B9D697E" w14:textId="1F7D5680" w:rsidR="00AF56A5" w:rsidRDefault="00AF56A5" w:rsidP="00AF56A5">
      <w:pPr>
        <w:spacing w:after="0" w:line="240" w:lineRule="auto"/>
        <w:ind w:firstLine="709"/>
        <w:rPr>
          <w:rFonts w:eastAsia="Calibri" w:cs="Times New Roman"/>
          <w:szCs w:val="28"/>
        </w:rPr>
      </w:pPr>
      <w:r>
        <w:rPr>
          <w:rFonts w:eastAsia="Calibri" w:cs="Times New Roman"/>
          <w:szCs w:val="28"/>
        </w:rPr>
        <w:t>1.4. </w:t>
      </w:r>
      <w:r w:rsidRPr="00A7050E">
        <w:rPr>
          <w:rFonts w:eastAsia="Calibri" w:cs="Times New Roman"/>
          <w:szCs w:val="28"/>
        </w:rPr>
        <w:t>Морфология.</w:t>
      </w:r>
    </w:p>
    <w:p w14:paraId="00E4C498" w14:textId="77777777" w:rsidR="00AF56A5" w:rsidRPr="00B26AEE" w:rsidRDefault="00AF56A5" w:rsidP="00AF56A5">
      <w:pPr>
        <w:spacing w:after="0" w:line="240" w:lineRule="auto"/>
        <w:ind w:firstLine="709"/>
        <w:rPr>
          <w:rFonts w:eastAsia="Calibri" w:cs="Times New Roman"/>
          <w:szCs w:val="28"/>
        </w:rPr>
      </w:pPr>
      <w:r w:rsidRPr="00B26AEE">
        <w:rPr>
          <w:rFonts w:eastAsia="Calibri" w:cs="Times New Roman"/>
          <w:szCs w:val="28"/>
        </w:rPr>
        <w:t>Самостоятельные части речи. Имя существите</w:t>
      </w:r>
      <w:r>
        <w:rPr>
          <w:rFonts w:eastAsia="Calibri" w:cs="Times New Roman"/>
          <w:szCs w:val="28"/>
        </w:rPr>
        <w:t xml:space="preserve">льное: общее значение, вопросы </w:t>
      </w:r>
      <w:r w:rsidRPr="00B26AEE">
        <w:rPr>
          <w:rFonts w:eastAsia="Calibri" w:cs="Times New Roman"/>
          <w:szCs w:val="28"/>
        </w:rPr>
        <w:t>«кем?»</w:t>
      </w:r>
      <w:r>
        <w:rPr>
          <w:rFonts w:eastAsia="Calibri" w:cs="Times New Roman"/>
          <w:szCs w:val="28"/>
        </w:rPr>
        <w:t xml:space="preserve"> («кто?»)</w:t>
      </w:r>
      <w:r w:rsidRPr="00B26AEE">
        <w:rPr>
          <w:rFonts w:eastAsia="Calibri" w:cs="Times New Roman"/>
          <w:szCs w:val="28"/>
        </w:rPr>
        <w:t>, «н</w:t>
      </w:r>
      <w:r w:rsidRPr="00B26AEE">
        <w:rPr>
          <w:rFonts w:eastAsia="Calibri" w:cs="Times New Roman"/>
          <w:szCs w:val="28"/>
          <w:lang w:val="tt-RU"/>
        </w:rPr>
        <w:t>әрсә</w:t>
      </w:r>
      <w:r w:rsidRPr="00B26AEE">
        <w:rPr>
          <w:rFonts w:eastAsia="Calibri" w:cs="Times New Roman"/>
          <w:szCs w:val="28"/>
        </w:rPr>
        <w:t>?»</w:t>
      </w:r>
      <w:r>
        <w:rPr>
          <w:rFonts w:eastAsia="Calibri" w:cs="Times New Roman"/>
          <w:szCs w:val="28"/>
        </w:rPr>
        <w:t xml:space="preserve"> («что?»</w:t>
      </w:r>
      <w:r w:rsidRPr="00B26AEE">
        <w:rPr>
          <w:rFonts w:eastAsia="Calibri" w:cs="Times New Roman"/>
          <w:szCs w:val="28"/>
        </w:rPr>
        <w:t xml:space="preserve">), </w:t>
      </w:r>
      <w:r>
        <w:rPr>
          <w:rFonts w:eastAsia="Calibri" w:cs="Times New Roman"/>
          <w:szCs w:val="28"/>
          <w:lang w:val="tt-RU"/>
        </w:rPr>
        <w:t>употребление в речи.</w:t>
      </w:r>
      <w:r w:rsidRPr="00B26AEE">
        <w:rPr>
          <w:rFonts w:eastAsia="Calibri" w:cs="Times New Roman"/>
          <w:szCs w:val="28"/>
          <w:lang w:val="tt-RU"/>
        </w:rPr>
        <w:t xml:space="preserve"> </w:t>
      </w:r>
      <w:r>
        <w:rPr>
          <w:rFonts w:eastAsia="Calibri" w:cs="Times New Roman"/>
          <w:szCs w:val="28"/>
        </w:rPr>
        <w:t>И</w:t>
      </w:r>
      <w:r w:rsidRPr="00B26AEE">
        <w:rPr>
          <w:rFonts w:eastAsia="Calibri" w:cs="Times New Roman"/>
          <w:szCs w:val="28"/>
        </w:rPr>
        <w:t xml:space="preserve">мена собственные </w:t>
      </w:r>
      <w:r>
        <w:rPr>
          <w:rFonts w:eastAsia="Calibri" w:cs="Times New Roman"/>
          <w:szCs w:val="28"/>
        </w:rPr>
        <w:br/>
      </w:r>
      <w:r w:rsidRPr="00B26AEE">
        <w:rPr>
          <w:rFonts w:eastAsia="Calibri" w:cs="Times New Roman"/>
          <w:szCs w:val="28"/>
        </w:rPr>
        <w:t>и нарицательные</w:t>
      </w:r>
      <w:r>
        <w:rPr>
          <w:rFonts w:eastAsia="Calibri" w:cs="Times New Roman"/>
          <w:szCs w:val="28"/>
        </w:rPr>
        <w:t>.</w:t>
      </w:r>
      <w:r w:rsidRPr="00B26AEE">
        <w:rPr>
          <w:rFonts w:eastAsia="Calibri" w:cs="Times New Roman"/>
          <w:szCs w:val="28"/>
        </w:rPr>
        <w:t xml:space="preserve"> </w:t>
      </w:r>
      <w:r>
        <w:rPr>
          <w:rFonts w:eastAsia="Calibri" w:cs="Times New Roman"/>
          <w:szCs w:val="28"/>
        </w:rPr>
        <w:t>Категория числа существительных</w:t>
      </w:r>
      <w:r w:rsidRPr="00B26AEE">
        <w:rPr>
          <w:rFonts w:eastAsia="Calibri" w:cs="Times New Roman"/>
          <w:szCs w:val="28"/>
        </w:rPr>
        <w:t>.</w:t>
      </w:r>
    </w:p>
    <w:p w14:paraId="6356A913" w14:textId="77777777" w:rsidR="00AF56A5" w:rsidRPr="00B26AEE" w:rsidRDefault="00AF56A5" w:rsidP="00AF56A5">
      <w:pPr>
        <w:spacing w:after="0" w:line="240" w:lineRule="auto"/>
        <w:ind w:firstLine="709"/>
        <w:rPr>
          <w:rFonts w:eastAsia="Calibri" w:cs="Times New Roman"/>
          <w:szCs w:val="28"/>
        </w:rPr>
      </w:pPr>
      <w:r w:rsidRPr="00B26AEE">
        <w:rPr>
          <w:rFonts w:eastAsia="Calibri" w:cs="Times New Roman"/>
          <w:szCs w:val="28"/>
        </w:rPr>
        <w:t>Имя прилагат</w:t>
      </w:r>
      <w:r>
        <w:rPr>
          <w:rFonts w:eastAsia="Calibri" w:cs="Times New Roman"/>
          <w:szCs w:val="28"/>
        </w:rPr>
        <w:t xml:space="preserve">ельное: общее значение, вопрос </w:t>
      </w:r>
      <w:r w:rsidRPr="00B26AEE">
        <w:rPr>
          <w:rFonts w:eastAsia="Calibri" w:cs="Times New Roman"/>
          <w:szCs w:val="28"/>
        </w:rPr>
        <w:t>«</w:t>
      </w:r>
      <w:r w:rsidRPr="00B26AEE">
        <w:rPr>
          <w:rFonts w:eastAsia="Calibri" w:cs="Times New Roman"/>
          <w:szCs w:val="28"/>
          <w:lang w:val="tt-RU"/>
        </w:rPr>
        <w:t>нинди</w:t>
      </w:r>
      <w:r w:rsidRPr="00B26AEE">
        <w:rPr>
          <w:rFonts w:eastAsia="Calibri" w:cs="Times New Roman"/>
          <w:szCs w:val="28"/>
        </w:rPr>
        <w:t>?»</w:t>
      </w:r>
      <w:r>
        <w:rPr>
          <w:rFonts w:eastAsia="Calibri" w:cs="Times New Roman"/>
          <w:szCs w:val="28"/>
        </w:rPr>
        <w:t xml:space="preserve"> («какой?»</w:t>
      </w:r>
      <w:r w:rsidRPr="00B26AEE">
        <w:rPr>
          <w:rFonts w:eastAsia="Calibri" w:cs="Times New Roman"/>
          <w:szCs w:val="28"/>
        </w:rPr>
        <w:t>),</w:t>
      </w:r>
      <w:r w:rsidRPr="00B26AEE">
        <w:rPr>
          <w:rFonts w:eastAsia="Calibri" w:cs="Times New Roman"/>
          <w:szCs w:val="28"/>
          <w:lang w:val="tt-RU"/>
        </w:rPr>
        <w:t xml:space="preserve"> употребление в речи</w:t>
      </w:r>
      <w:r w:rsidRPr="00B26AEE">
        <w:rPr>
          <w:rFonts w:eastAsia="Calibri" w:cs="Times New Roman"/>
          <w:szCs w:val="28"/>
        </w:rPr>
        <w:t xml:space="preserve">. </w:t>
      </w:r>
    </w:p>
    <w:p w14:paraId="0EA11E0A" w14:textId="77777777" w:rsidR="00AF56A5" w:rsidRPr="00B26AEE" w:rsidRDefault="00AF56A5" w:rsidP="00AF56A5">
      <w:pPr>
        <w:spacing w:after="0" w:line="240" w:lineRule="auto"/>
        <w:ind w:firstLine="709"/>
        <w:rPr>
          <w:rFonts w:eastAsia="Calibri" w:cs="Times New Roman"/>
          <w:szCs w:val="28"/>
          <w:lang w:val="tt-RU"/>
        </w:rPr>
      </w:pPr>
      <w:r>
        <w:rPr>
          <w:rFonts w:eastAsia="Calibri" w:cs="Times New Roman"/>
          <w:szCs w:val="28"/>
        </w:rPr>
        <w:t xml:space="preserve">Глагол: общее значение, вопрос </w:t>
      </w:r>
      <w:r w:rsidRPr="00B26AEE">
        <w:rPr>
          <w:rFonts w:eastAsia="Calibri" w:cs="Times New Roman"/>
          <w:szCs w:val="28"/>
        </w:rPr>
        <w:t>«</w:t>
      </w:r>
      <w:r w:rsidRPr="00B26AEE">
        <w:rPr>
          <w:rFonts w:eastAsia="Calibri" w:cs="Times New Roman"/>
          <w:szCs w:val="28"/>
          <w:lang w:val="tt-RU"/>
        </w:rPr>
        <w:t>нишли</w:t>
      </w:r>
      <w:r w:rsidRPr="00B26AEE">
        <w:rPr>
          <w:rFonts w:eastAsia="Calibri" w:cs="Times New Roman"/>
          <w:szCs w:val="28"/>
        </w:rPr>
        <w:t>?»</w:t>
      </w:r>
      <w:r>
        <w:rPr>
          <w:rFonts w:eastAsia="Calibri" w:cs="Times New Roman"/>
          <w:szCs w:val="28"/>
        </w:rPr>
        <w:t xml:space="preserve"> («что делает?»</w:t>
      </w:r>
      <w:r w:rsidRPr="00B26AEE">
        <w:rPr>
          <w:rFonts w:eastAsia="Calibri" w:cs="Times New Roman"/>
          <w:szCs w:val="28"/>
        </w:rPr>
        <w:t>),</w:t>
      </w:r>
      <w:r>
        <w:rPr>
          <w:rFonts w:eastAsia="Calibri" w:cs="Times New Roman"/>
          <w:szCs w:val="28"/>
          <w:lang w:val="tt-RU"/>
        </w:rPr>
        <w:t xml:space="preserve"> употребление в речи,</w:t>
      </w:r>
      <w:r w:rsidRPr="00B26AEE">
        <w:rPr>
          <w:rFonts w:eastAsia="Calibri" w:cs="Times New Roman"/>
          <w:szCs w:val="28"/>
          <w:lang w:val="tt-RU"/>
        </w:rPr>
        <w:t xml:space="preserve"> грамматические признаки </w:t>
      </w:r>
      <w:r>
        <w:rPr>
          <w:rFonts w:eastAsia="Calibri" w:cs="Times New Roman"/>
          <w:szCs w:val="28"/>
          <w:lang w:val="tt-RU"/>
        </w:rPr>
        <w:t>-</w:t>
      </w:r>
      <w:r w:rsidRPr="00B26AEE">
        <w:rPr>
          <w:rFonts w:eastAsia="Calibri" w:cs="Times New Roman"/>
          <w:szCs w:val="28"/>
          <w:lang w:val="tt-RU"/>
        </w:rPr>
        <w:t xml:space="preserve"> время, лицо, число</w:t>
      </w:r>
      <w:r>
        <w:rPr>
          <w:rFonts w:eastAsia="Calibri" w:cs="Times New Roman"/>
          <w:szCs w:val="28"/>
          <w:lang w:val="tt-RU"/>
        </w:rPr>
        <w:t>.</w:t>
      </w:r>
      <w:r w:rsidRPr="00B26AEE">
        <w:rPr>
          <w:rFonts w:eastAsia="Calibri" w:cs="Times New Roman"/>
          <w:szCs w:val="28"/>
          <w:lang w:val="tt-RU"/>
        </w:rPr>
        <w:t xml:space="preserve"> </w:t>
      </w:r>
      <w:r>
        <w:rPr>
          <w:rFonts w:eastAsia="Calibri" w:cs="Times New Roman"/>
          <w:szCs w:val="28"/>
        </w:rPr>
        <w:t>Н</w:t>
      </w:r>
      <w:r w:rsidRPr="00B26AEE">
        <w:rPr>
          <w:rFonts w:eastAsia="Calibri" w:cs="Times New Roman"/>
          <w:szCs w:val="28"/>
        </w:rPr>
        <w:t>астоящее время глагола изъявительного наклонения</w:t>
      </w:r>
      <w:r w:rsidRPr="00B26AEE">
        <w:rPr>
          <w:rFonts w:eastAsia="Calibri" w:cs="Times New Roman"/>
          <w:szCs w:val="28"/>
          <w:lang w:val="tt-RU"/>
        </w:rPr>
        <w:t xml:space="preserve">. </w:t>
      </w:r>
    </w:p>
    <w:p w14:paraId="560A264B" w14:textId="1B5DAE7C" w:rsidR="00AF56A5" w:rsidRDefault="00AF56A5" w:rsidP="00AF56A5">
      <w:pPr>
        <w:spacing w:after="0" w:line="240" w:lineRule="auto"/>
        <w:ind w:firstLine="709"/>
        <w:rPr>
          <w:rFonts w:eastAsia="Calibri" w:cs="Times New Roman"/>
          <w:szCs w:val="28"/>
        </w:rPr>
      </w:pPr>
      <w:r>
        <w:rPr>
          <w:rFonts w:eastAsia="Calibri" w:cs="Times New Roman"/>
          <w:szCs w:val="28"/>
        </w:rPr>
        <w:t>1.5. </w:t>
      </w:r>
      <w:r w:rsidRPr="00A7050E">
        <w:rPr>
          <w:rFonts w:eastAsia="Calibri" w:cs="Times New Roman"/>
          <w:szCs w:val="28"/>
        </w:rPr>
        <w:t xml:space="preserve">Синтаксис. </w:t>
      </w:r>
    </w:p>
    <w:p w14:paraId="5E6C0215" w14:textId="77777777" w:rsidR="00AF56A5" w:rsidRPr="00B26AEE" w:rsidRDefault="00AF56A5" w:rsidP="00AF56A5">
      <w:pPr>
        <w:spacing w:after="0" w:line="240" w:lineRule="auto"/>
        <w:ind w:firstLine="709"/>
        <w:rPr>
          <w:rFonts w:eastAsia="Calibri" w:cs="Times New Roman"/>
          <w:szCs w:val="28"/>
        </w:rPr>
      </w:pPr>
      <w:r w:rsidRPr="00B26AEE">
        <w:rPr>
          <w:rFonts w:eastAsia="Calibri" w:cs="Times New Roman"/>
          <w:szCs w:val="28"/>
        </w:rPr>
        <w:t xml:space="preserve">Слово и предложение. Составление предложения из заданных форм слов. </w:t>
      </w:r>
    </w:p>
    <w:p w14:paraId="7098BC9D" w14:textId="77777777" w:rsidR="00AF56A5" w:rsidRPr="00A7050E" w:rsidRDefault="00AF56A5" w:rsidP="00AF56A5">
      <w:pPr>
        <w:spacing w:after="0" w:line="240" w:lineRule="auto"/>
        <w:ind w:firstLine="709"/>
        <w:rPr>
          <w:rFonts w:eastAsia="Calibri" w:cs="Times New Roman"/>
          <w:szCs w:val="28"/>
        </w:rPr>
      </w:pPr>
      <w:r w:rsidRPr="00B26AEE">
        <w:rPr>
          <w:rFonts w:eastAsia="Calibri" w:cs="Times New Roman"/>
          <w:szCs w:val="28"/>
        </w:rPr>
        <w:t xml:space="preserve">Виды предложений по цели высказывания. </w:t>
      </w:r>
    </w:p>
    <w:p w14:paraId="2E88BCD6" w14:textId="74C432AE" w:rsidR="00AF56A5" w:rsidRDefault="00AF56A5" w:rsidP="00AF56A5">
      <w:pPr>
        <w:spacing w:after="0" w:line="240" w:lineRule="auto"/>
        <w:ind w:firstLine="709"/>
        <w:rPr>
          <w:rFonts w:eastAsia="Calibri" w:cs="Times New Roman"/>
          <w:szCs w:val="28"/>
        </w:rPr>
      </w:pPr>
      <w:r>
        <w:rPr>
          <w:rFonts w:eastAsia="Calibri" w:cs="Times New Roman"/>
          <w:szCs w:val="28"/>
        </w:rPr>
        <w:t>1.6. </w:t>
      </w:r>
      <w:r w:rsidRPr="00A7050E">
        <w:rPr>
          <w:rFonts w:eastAsia="Calibri" w:cs="Times New Roman"/>
          <w:szCs w:val="28"/>
        </w:rPr>
        <w:t xml:space="preserve">Орфография и пунктуация. </w:t>
      </w:r>
    </w:p>
    <w:p w14:paraId="4EC12380" w14:textId="77777777" w:rsidR="00AF56A5" w:rsidRPr="00351223" w:rsidRDefault="00AF56A5" w:rsidP="00AF56A5">
      <w:pPr>
        <w:spacing w:after="0" w:line="240" w:lineRule="auto"/>
        <w:ind w:firstLine="709"/>
        <w:rPr>
          <w:rFonts w:eastAsia="Calibri" w:cs="Times New Roman"/>
          <w:szCs w:val="28"/>
          <w:lang w:val="tt-RU"/>
        </w:rPr>
      </w:pPr>
      <w:r>
        <w:rPr>
          <w:rFonts w:eastAsia="Calibri" w:cs="Times New Roman"/>
          <w:szCs w:val="28"/>
          <w:lang w:val="tt-RU"/>
        </w:rPr>
        <w:t>Прописная</w:t>
      </w:r>
      <w:r w:rsidRPr="00B26AEE">
        <w:rPr>
          <w:rFonts w:eastAsia="Calibri" w:cs="Times New Roman"/>
          <w:szCs w:val="28"/>
          <w:lang w:val="tt-RU"/>
        </w:rPr>
        <w:t xml:space="preserve"> буква в начале предло</w:t>
      </w:r>
      <w:r>
        <w:rPr>
          <w:rFonts w:eastAsia="Calibri" w:cs="Times New Roman"/>
          <w:szCs w:val="28"/>
          <w:lang w:val="tt-RU"/>
        </w:rPr>
        <w:t>ж</w:t>
      </w:r>
      <w:r w:rsidRPr="00B26AEE">
        <w:rPr>
          <w:rFonts w:eastAsia="Calibri" w:cs="Times New Roman"/>
          <w:szCs w:val="28"/>
          <w:lang w:val="tt-RU"/>
        </w:rPr>
        <w:t xml:space="preserve">ения и в именах собственных. </w:t>
      </w:r>
      <w:r w:rsidRPr="00B26AEE">
        <w:rPr>
          <w:rFonts w:eastAsia="Calibri" w:cs="Times New Roman"/>
          <w:szCs w:val="28"/>
        </w:rPr>
        <w:t>Оформление предложения на письме, выбирая необходимые знаки препинания на конце предложения.</w:t>
      </w:r>
      <w:r w:rsidRPr="00B26AEE">
        <w:rPr>
          <w:rFonts w:eastAsia="Calibri" w:cs="Times New Roman"/>
          <w:szCs w:val="28"/>
          <w:lang w:val="tt-RU"/>
        </w:rPr>
        <w:t xml:space="preserve"> Перенос слов со строки на строку. </w:t>
      </w:r>
    </w:p>
    <w:p w14:paraId="627BC375" w14:textId="5B937434" w:rsidR="00AF56A5" w:rsidRPr="00A7050E" w:rsidRDefault="00AF56A5" w:rsidP="00AF56A5">
      <w:pPr>
        <w:spacing w:after="0" w:line="240" w:lineRule="auto"/>
        <w:ind w:firstLine="709"/>
        <w:rPr>
          <w:rFonts w:eastAsia="Calibri" w:cs="Times New Roman"/>
          <w:szCs w:val="28"/>
        </w:rPr>
      </w:pPr>
      <w:r>
        <w:rPr>
          <w:rFonts w:eastAsia="Calibri" w:cs="Times New Roman"/>
          <w:szCs w:val="28"/>
        </w:rPr>
        <w:t>2. </w:t>
      </w:r>
      <w:r w:rsidRPr="00A7050E">
        <w:rPr>
          <w:rFonts w:eastAsia="Calibri" w:cs="Times New Roman"/>
          <w:szCs w:val="28"/>
        </w:rPr>
        <w:t xml:space="preserve">Развитие речи. </w:t>
      </w:r>
    </w:p>
    <w:p w14:paraId="4106572A" w14:textId="4DB5CA7C" w:rsidR="00AF56A5" w:rsidRDefault="00AF56A5" w:rsidP="00AF56A5">
      <w:pPr>
        <w:spacing w:after="0" w:line="240" w:lineRule="auto"/>
        <w:ind w:firstLine="709"/>
        <w:rPr>
          <w:rFonts w:eastAsia="Calibri" w:cs="Times New Roman"/>
          <w:szCs w:val="28"/>
        </w:rPr>
      </w:pPr>
      <w:r w:rsidRPr="00B26AEE">
        <w:rPr>
          <w:rFonts w:eastAsia="Calibri" w:cs="Times New Roman"/>
          <w:szCs w:val="28"/>
        </w:rPr>
        <w:t xml:space="preserve">Работа с текстом: выразительное чтение текста вслух, </w:t>
      </w:r>
      <w:r>
        <w:rPr>
          <w:rFonts w:eastAsia="Calibri" w:cs="Times New Roman"/>
          <w:szCs w:val="28"/>
        </w:rPr>
        <w:t>с соблюдением</w:t>
      </w:r>
      <w:r w:rsidRPr="00B26AEE">
        <w:rPr>
          <w:rFonts w:eastAsia="Calibri" w:cs="Times New Roman"/>
          <w:szCs w:val="28"/>
        </w:rPr>
        <w:t xml:space="preserve"> правильн</w:t>
      </w:r>
      <w:r>
        <w:rPr>
          <w:rFonts w:eastAsia="Calibri" w:cs="Times New Roman"/>
          <w:szCs w:val="28"/>
        </w:rPr>
        <w:t>ой</w:t>
      </w:r>
      <w:r w:rsidRPr="00B26AEE">
        <w:rPr>
          <w:rFonts w:eastAsia="Calibri" w:cs="Times New Roman"/>
          <w:szCs w:val="28"/>
        </w:rPr>
        <w:t xml:space="preserve"> интонаци</w:t>
      </w:r>
      <w:r>
        <w:rPr>
          <w:rFonts w:eastAsia="Calibri" w:cs="Times New Roman"/>
          <w:szCs w:val="28"/>
        </w:rPr>
        <w:t>и.</w:t>
      </w:r>
      <w:r w:rsidRPr="00B26AEE">
        <w:rPr>
          <w:rFonts w:eastAsia="Calibri" w:cs="Times New Roman"/>
          <w:szCs w:val="28"/>
        </w:rPr>
        <w:t xml:space="preserve"> </w:t>
      </w:r>
      <w:r>
        <w:rPr>
          <w:rFonts w:eastAsia="Calibri" w:cs="Times New Roman"/>
          <w:szCs w:val="28"/>
        </w:rPr>
        <w:t>С</w:t>
      </w:r>
      <w:r w:rsidRPr="00B26AEE">
        <w:rPr>
          <w:rFonts w:eastAsia="Calibri" w:cs="Times New Roman"/>
          <w:szCs w:val="28"/>
        </w:rPr>
        <w:t xml:space="preserve">оставление предложений для решения определенной речевой задачи. </w:t>
      </w:r>
      <w:r w:rsidRPr="003E5B8A">
        <w:rPr>
          <w:rFonts w:eastAsia="Calibri" w:cs="Times New Roman"/>
          <w:szCs w:val="28"/>
        </w:rPr>
        <w:t>Составл</w:t>
      </w:r>
      <w:r>
        <w:rPr>
          <w:rFonts w:eastAsia="Calibri" w:cs="Times New Roman"/>
          <w:szCs w:val="28"/>
        </w:rPr>
        <w:t>ение</w:t>
      </w:r>
      <w:r w:rsidRPr="003E5B8A">
        <w:rPr>
          <w:rFonts w:eastAsia="Calibri" w:cs="Times New Roman"/>
          <w:szCs w:val="28"/>
        </w:rPr>
        <w:t xml:space="preserve"> текст</w:t>
      </w:r>
      <w:r>
        <w:rPr>
          <w:rFonts w:eastAsia="Calibri" w:cs="Times New Roman"/>
          <w:szCs w:val="28"/>
        </w:rPr>
        <w:t>а-</w:t>
      </w:r>
      <w:r w:rsidRPr="003E5B8A">
        <w:rPr>
          <w:rFonts w:eastAsia="Calibri" w:cs="Times New Roman"/>
          <w:szCs w:val="28"/>
        </w:rPr>
        <w:t>описани</w:t>
      </w:r>
      <w:r>
        <w:rPr>
          <w:rFonts w:eastAsia="Calibri" w:cs="Times New Roman"/>
          <w:szCs w:val="28"/>
        </w:rPr>
        <w:t>я по</w:t>
      </w:r>
      <w:r w:rsidRPr="003E5B8A">
        <w:rPr>
          <w:rFonts w:eastAsia="Calibri" w:cs="Times New Roman"/>
          <w:szCs w:val="28"/>
        </w:rPr>
        <w:t xml:space="preserve"> картин</w:t>
      </w:r>
      <w:r>
        <w:rPr>
          <w:rFonts w:eastAsia="Calibri" w:cs="Times New Roman"/>
          <w:szCs w:val="28"/>
        </w:rPr>
        <w:t>е</w:t>
      </w:r>
      <w:r w:rsidRPr="003E5B8A">
        <w:rPr>
          <w:rFonts w:eastAsia="Calibri" w:cs="Times New Roman"/>
          <w:szCs w:val="28"/>
        </w:rPr>
        <w:t>.</w:t>
      </w:r>
      <w:r>
        <w:rPr>
          <w:rFonts w:eastAsia="Calibri" w:cs="Times New Roman"/>
          <w:szCs w:val="28"/>
        </w:rPr>
        <w:t xml:space="preserve"> </w:t>
      </w:r>
      <w:r w:rsidRPr="00B26AEE">
        <w:rPr>
          <w:rFonts w:eastAsia="Calibri" w:cs="Times New Roman"/>
          <w:szCs w:val="28"/>
        </w:rPr>
        <w:t>Работа с аудиотекстом.</w:t>
      </w:r>
    </w:p>
    <w:p w14:paraId="5225D7B4" w14:textId="77777777" w:rsidR="00AF56A5" w:rsidRPr="00F1665B" w:rsidRDefault="00AF56A5" w:rsidP="00AF56A5">
      <w:pPr>
        <w:spacing w:after="0" w:line="240" w:lineRule="auto"/>
        <w:ind w:firstLine="709"/>
        <w:rPr>
          <w:rFonts w:eastAsia="Calibri" w:cs="Times New Roman"/>
          <w:szCs w:val="28"/>
        </w:rPr>
      </w:pPr>
    </w:p>
    <w:p w14:paraId="2B4AC32C" w14:textId="77552A7C" w:rsidR="00AF56A5" w:rsidRDefault="00AF56A5" w:rsidP="00AF56A5">
      <w:pPr>
        <w:spacing w:after="0" w:line="240" w:lineRule="auto"/>
        <w:ind w:firstLine="709"/>
        <w:jc w:val="center"/>
        <w:rPr>
          <w:rFonts w:eastAsia="Calibri" w:cs="Times New Roman"/>
          <w:szCs w:val="28"/>
        </w:rPr>
      </w:pPr>
      <w:r w:rsidRPr="00AF56A5">
        <w:rPr>
          <w:rFonts w:eastAsia="Calibri" w:cs="Times New Roman"/>
          <w:b/>
          <w:szCs w:val="28"/>
        </w:rPr>
        <w:t>Содержание обучения в 3 классе</w:t>
      </w:r>
    </w:p>
    <w:p w14:paraId="194BBB9A" w14:textId="77777777" w:rsidR="00AF56A5" w:rsidRPr="00F1665B" w:rsidRDefault="00AF56A5" w:rsidP="00AF56A5">
      <w:pPr>
        <w:spacing w:after="0" w:line="240" w:lineRule="auto"/>
        <w:ind w:firstLine="709"/>
        <w:jc w:val="center"/>
        <w:rPr>
          <w:rFonts w:eastAsia="Calibri" w:cs="Times New Roman"/>
          <w:szCs w:val="28"/>
        </w:rPr>
      </w:pPr>
    </w:p>
    <w:p w14:paraId="6E2E2B73" w14:textId="4B9BFB32" w:rsidR="00AF56A5" w:rsidRDefault="00AF56A5" w:rsidP="00AF56A5">
      <w:pPr>
        <w:spacing w:after="0" w:line="240" w:lineRule="auto"/>
        <w:ind w:firstLine="709"/>
        <w:rPr>
          <w:rFonts w:eastAsia="Calibri" w:cs="Times New Roman"/>
          <w:szCs w:val="28"/>
        </w:rPr>
      </w:pPr>
      <w:r w:rsidRPr="00A7050E">
        <w:rPr>
          <w:rFonts w:eastAsia="Calibri" w:cs="Times New Roman"/>
          <w:szCs w:val="28"/>
        </w:rPr>
        <w:t>1. </w:t>
      </w:r>
      <w:r>
        <w:rPr>
          <w:rFonts w:eastAsia="Calibri" w:cs="Times New Roman"/>
          <w:szCs w:val="28"/>
        </w:rPr>
        <w:t>Систематический курс.</w:t>
      </w:r>
    </w:p>
    <w:p w14:paraId="7C45CB04" w14:textId="7926D556" w:rsidR="00AF56A5" w:rsidRDefault="00AF56A5" w:rsidP="00AF56A5">
      <w:pPr>
        <w:spacing w:after="0" w:line="240" w:lineRule="auto"/>
        <w:ind w:firstLine="709"/>
        <w:rPr>
          <w:rFonts w:eastAsia="Calibri" w:cs="Times New Roman"/>
          <w:szCs w:val="28"/>
        </w:rPr>
      </w:pPr>
      <w:r>
        <w:rPr>
          <w:rFonts w:eastAsia="Calibri" w:cs="Times New Roman"/>
          <w:szCs w:val="28"/>
        </w:rPr>
        <w:t>1.1. </w:t>
      </w:r>
      <w:r w:rsidRPr="00A7050E">
        <w:rPr>
          <w:rFonts w:eastAsia="Calibri" w:cs="Times New Roman"/>
          <w:szCs w:val="28"/>
        </w:rPr>
        <w:t>Фонетика, орфоэпия, графика.</w:t>
      </w:r>
    </w:p>
    <w:p w14:paraId="1C8A5C8E" w14:textId="77777777" w:rsidR="00AF56A5" w:rsidRPr="00A7050E" w:rsidRDefault="00AF56A5" w:rsidP="00AF56A5">
      <w:pPr>
        <w:spacing w:after="0" w:line="240" w:lineRule="auto"/>
        <w:ind w:firstLine="709"/>
        <w:rPr>
          <w:rFonts w:eastAsia="Calibri" w:cs="Times New Roman"/>
          <w:szCs w:val="28"/>
        </w:rPr>
      </w:pPr>
      <w:r w:rsidRPr="003E5B8A">
        <w:rPr>
          <w:rFonts w:eastAsia="Calibri" w:cs="Times New Roman"/>
          <w:szCs w:val="28"/>
        </w:rPr>
        <w:t>Различение звука и буквы: буква как знак звука. Использова</w:t>
      </w:r>
      <w:r>
        <w:rPr>
          <w:rFonts w:eastAsia="Calibri" w:cs="Times New Roman"/>
          <w:szCs w:val="28"/>
        </w:rPr>
        <w:t>ние</w:t>
      </w:r>
      <w:r w:rsidRPr="003E5B8A">
        <w:rPr>
          <w:rFonts w:eastAsia="Calibri" w:cs="Times New Roman"/>
          <w:szCs w:val="28"/>
        </w:rPr>
        <w:t xml:space="preserve"> алфавит</w:t>
      </w:r>
      <w:r>
        <w:rPr>
          <w:rFonts w:eastAsia="Calibri" w:cs="Times New Roman"/>
          <w:szCs w:val="28"/>
        </w:rPr>
        <w:t>а</w:t>
      </w:r>
      <w:r>
        <w:rPr>
          <w:rFonts w:eastAsia="Calibri" w:cs="Times New Roman"/>
          <w:szCs w:val="28"/>
        </w:rPr>
        <w:br/>
      </w:r>
      <w:r w:rsidRPr="003E5B8A">
        <w:rPr>
          <w:rFonts w:eastAsia="Calibri" w:cs="Times New Roman"/>
          <w:szCs w:val="28"/>
        </w:rPr>
        <w:t>при работе со словарями, справочниками. Определ</w:t>
      </w:r>
      <w:r>
        <w:rPr>
          <w:rFonts w:eastAsia="Calibri" w:cs="Times New Roman"/>
          <w:szCs w:val="28"/>
        </w:rPr>
        <w:t>ение</w:t>
      </w:r>
      <w:r w:rsidRPr="003E5B8A">
        <w:rPr>
          <w:rFonts w:eastAsia="Calibri" w:cs="Times New Roman"/>
          <w:szCs w:val="28"/>
        </w:rPr>
        <w:t xml:space="preserve"> количеств</w:t>
      </w:r>
      <w:r>
        <w:rPr>
          <w:rFonts w:eastAsia="Calibri" w:cs="Times New Roman"/>
          <w:szCs w:val="28"/>
        </w:rPr>
        <w:t>а</w:t>
      </w:r>
      <w:r w:rsidRPr="003E5B8A">
        <w:rPr>
          <w:rFonts w:eastAsia="Calibri" w:cs="Times New Roman"/>
          <w:szCs w:val="28"/>
        </w:rPr>
        <w:t xml:space="preserve"> слогов в слове.</w:t>
      </w:r>
      <w:r>
        <w:rPr>
          <w:rFonts w:eastAsia="Calibri" w:cs="Times New Roman"/>
          <w:szCs w:val="28"/>
        </w:rPr>
        <w:t xml:space="preserve"> </w:t>
      </w:r>
      <w:r w:rsidRPr="003E5B8A">
        <w:rPr>
          <w:rFonts w:eastAsia="Calibri" w:cs="Times New Roman"/>
          <w:szCs w:val="28"/>
        </w:rPr>
        <w:t>Выдел</w:t>
      </w:r>
      <w:r>
        <w:rPr>
          <w:rFonts w:eastAsia="Calibri" w:cs="Times New Roman"/>
          <w:szCs w:val="28"/>
        </w:rPr>
        <w:t>ение</w:t>
      </w:r>
      <w:r w:rsidRPr="003E5B8A">
        <w:rPr>
          <w:rFonts w:eastAsia="Calibri" w:cs="Times New Roman"/>
          <w:szCs w:val="28"/>
        </w:rPr>
        <w:t xml:space="preserve"> в слове ударн</w:t>
      </w:r>
      <w:r>
        <w:rPr>
          <w:rFonts w:eastAsia="Calibri" w:cs="Times New Roman"/>
          <w:szCs w:val="28"/>
        </w:rPr>
        <w:t>ого</w:t>
      </w:r>
      <w:r w:rsidRPr="003E5B8A">
        <w:rPr>
          <w:rFonts w:eastAsia="Calibri" w:cs="Times New Roman"/>
          <w:szCs w:val="28"/>
        </w:rPr>
        <w:t xml:space="preserve"> слог</w:t>
      </w:r>
      <w:r>
        <w:rPr>
          <w:rFonts w:eastAsia="Calibri" w:cs="Times New Roman"/>
          <w:szCs w:val="28"/>
        </w:rPr>
        <w:t>а</w:t>
      </w:r>
      <w:r w:rsidRPr="003E5B8A">
        <w:rPr>
          <w:rFonts w:eastAsia="Calibri" w:cs="Times New Roman"/>
          <w:szCs w:val="28"/>
        </w:rPr>
        <w:t xml:space="preserve">. </w:t>
      </w:r>
    </w:p>
    <w:p w14:paraId="030D700F" w14:textId="287EEB8B" w:rsidR="00AF56A5" w:rsidRDefault="00AF56A5" w:rsidP="00AF56A5">
      <w:pPr>
        <w:spacing w:after="0" w:line="240" w:lineRule="auto"/>
        <w:ind w:firstLine="709"/>
        <w:rPr>
          <w:rFonts w:eastAsia="Calibri" w:cs="Times New Roman"/>
          <w:szCs w:val="28"/>
        </w:rPr>
      </w:pPr>
      <w:r>
        <w:rPr>
          <w:rFonts w:eastAsia="Calibri" w:cs="Times New Roman"/>
          <w:szCs w:val="28"/>
        </w:rPr>
        <w:t>1.2. </w:t>
      </w:r>
      <w:r w:rsidRPr="00A7050E">
        <w:rPr>
          <w:rFonts w:eastAsia="Calibri" w:cs="Times New Roman"/>
          <w:szCs w:val="28"/>
        </w:rPr>
        <w:t>Лексика.</w:t>
      </w:r>
    </w:p>
    <w:p w14:paraId="359092F7" w14:textId="77777777" w:rsidR="00AF56A5" w:rsidRPr="00AE28DA" w:rsidRDefault="00AF56A5" w:rsidP="00AF56A5">
      <w:pPr>
        <w:spacing w:after="0" w:line="240" w:lineRule="auto"/>
        <w:ind w:firstLine="709"/>
        <w:rPr>
          <w:rFonts w:eastAsia="Calibri" w:cs="Times New Roman"/>
          <w:szCs w:val="28"/>
        </w:rPr>
      </w:pPr>
      <w:r>
        <w:rPr>
          <w:rFonts w:eastAsia="Calibri" w:cs="Times New Roman"/>
          <w:szCs w:val="28"/>
        </w:rPr>
        <w:lastRenderedPageBreak/>
        <w:t>О</w:t>
      </w:r>
      <w:r w:rsidRPr="00AE28DA">
        <w:rPr>
          <w:rFonts w:eastAsia="Calibri" w:cs="Times New Roman"/>
          <w:szCs w:val="28"/>
        </w:rPr>
        <w:t>собенности слова как единицы лексического уровня языка.</w:t>
      </w:r>
      <w:r>
        <w:rPr>
          <w:rFonts w:eastAsia="Calibri" w:cs="Times New Roman"/>
          <w:szCs w:val="28"/>
        </w:rPr>
        <w:t xml:space="preserve"> </w:t>
      </w:r>
      <w:r w:rsidRPr="00AE28DA">
        <w:rPr>
          <w:rFonts w:eastAsia="Calibri" w:cs="Times New Roman"/>
          <w:szCs w:val="28"/>
        </w:rPr>
        <w:t>Наблюд</w:t>
      </w:r>
      <w:r>
        <w:rPr>
          <w:rFonts w:eastAsia="Calibri" w:cs="Times New Roman"/>
          <w:szCs w:val="28"/>
        </w:rPr>
        <w:t>ение</w:t>
      </w:r>
      <w:r w:rsidRPr="00AE28DA">
        <w:rPr>
          <w:rFonts w:eastAsia="Calibri" w:cs="Times New Roman"/>
          <w:szCs w:val="28"/>
        </w:rPr>
        <w:t xml:space="preserve"> </w:t>
      </w:r>
      <w:r>
        <w:rPr>
          <w:rFonts w:eastAsia="Calibri" w:cs="Times New Roman"/>
          <w:szCs w:val="28"/>
        </w:rPr>
        <w:br/>
      </w:r>
      <w:r w:rsidRPr="00AE28DA">
        <w:rPr>
          <w:rFonts w:eastAsia="Calibri" w:cs="Times New Roman"/>
          <w:szCs w:val="28"/>
        </w:rPr>
        <w:t>за употреблением синонимов, антонимов и омонимов в речи.</w:t>
      </w:r>
      <w:r>
        <w:rPr>
          <w:rFonts w:eastAsia="Calibri" w:cs="Times New Roman"/>
          <w:szCs w:val="28"/>
        </w:rPr>
        <w:t xml:space="preserve"> </w:t>
      </w:r>
    </w:p>
    <w:p w14:paraId="0662EB52" w14:textId="77777777" w:rsidR="00AF56A5" w:rsidRPr="00A7050E" w:rsidRDefault="00AF56A5" w:rsidP="00AF56A5">
      <w:pPr>
        <w:spacing w:after="0" w:line="240" w:lineRule="auto"/>
        <w:ind w:firstLine="709"/>
        <w:rPr>
          <w:rFonts w:eastAsia="Calibri" w:cs="Times New Roman"/>
          <w:szCs w:val="28"/>
        </w:rPr>
      </w:pPr>
      <w:r>
        <w:rPr>
          <w:rFonts w:eastAsia="Calibri" w:cs="Times New Roman"/>
          <w:szCs w:val="28"/>
        </w:rPr>
        <w:t>Р</w:t>
      </w:r>
      <w:r w:rsidRPr="00AE28DA">
        <w:rPr>
          <w:rFonts w:eastAsia="Calibri" w:cs="Times New Roman"/>
          <w:szCs w:val="28"/>
        </w:rPr>
        <w:t>азлич</w:t>
      </w:r>
      <w:r>
        <w:rPr>
          <w:rFonts w:eastAsia="Calibri" w:cs="Times New Roman"/>
          <w:szCs w:val="28"/>
        </w:rPr>
        <w:t>ение</w:t>
      </w:r>
      <w:r w:rsidRPr="00AE28DA">
        <w:rPr>
          <w:rFonts w:eastAsia="Calibri" w:cs="Times New Roman"/>
          <w:szCs w:val="28"/>
        </w:rPr>
        <w:t xml:space="preserve"> однозначны</w:t>
      </w:r>
      <w:r>
        <w:rPr>
          <w:rFonts w:eastAsia="Calibri" w:cs="Times New Roman"/>
          <w:szCs w:val="28"/>
        </w:rPr>
        <w:t>х</w:t>
      </w:r>
      <w:r w:rsidRPr="00AE28DA">
        <w:rPr>
          <w:rFonts w:eastAsia="Calibri" w:cs="Times New Roman"/>
          <w:szCs w:val="28"/>
        </w:rPr>
        <w:t xml:space="preserve"> и многозначны</w:t>
      </w:r>
      <w:r>
        <w:rPr>
          <w:rFonts w:eastAsia="Calibri" w:cs="Times New Roman"/>
          <w:szCs w:val="28"/>
        </w:rPr>
        <w:t>х слов</w:t>
      </w:r>
      <w:r w:rsidRPr="00AE28DA">
        <w:rPr>
          <w:rFonts w:eastAsia="Calibri" w:cs="Times New Roman"/>
          <w:szCs w:val="28"/>
        </w:rPr>
        <w:t>, прямо</w:t>
      </w:r>
      <w:r>
        <w:rPr>
          <w:rFonts w:eastAsia="Calibri" w:cs="Times New Roman"/>
          <w:szCs w:val="28"/>
        </w:rPr>
        <w:t>го</w:t>
      </w:r>
      <w:r w:rsidRPr="00AE28DA">
        <w:rPr>
          <w:rFonts w:eastAsia="Calibri" w:cs="Times New Roman"/>
          <w:szCs w:val="28"/>
        </w:rPr>
        <w:t xml:space="preserve"> и переносно</w:t>
      </w:r>
      <w:r>
        <w:rPr>
          <w:rFonts w:eastAsia="Calibri" w:cs="Times New Roman"/>
          <w:szCs w:val="28"/>
        </w:rPr>
        <w:t>го</w:t>
      </w:r>
      <w:r w:rsidRPr="00AE28DA">
        <w:rPr>
          <w:rFonts w:eastAsia="Calibri" w:cs="Times New Roman"/>
          <w:szCs w:val="28"/>
        </w:rPr>
        <w:t xml:space="preserve"> значения слова. </w:t>
      </w:r>
    </w:p>
    <w:p w14:paraId="1BEA6E40" w14:textId="30C01F3B" w:rsidR="00AF56A5" w:rsidRDefault="00AF56A5" w:rsidP="00AF56A5">
      <w:pPr>
        <w:spacing w:after="0" w:line="240" w:lineRule="auto"/>
        <w:ind w:firstLine="709"/>
        <w:rPr>
          <w:rFonts w:eastAsia="Calibri" w:cs="Times New Roman"/>
          <w:szCs w:val="28"/>
        </w:rPr>
      </w:pPr>
      <w:r>
        <w:rPr>
          <w:rFonts w:eastAsia="Calibri" w:cs="Times New Roman"/>
          <w:szCs w:val="28"/>
        </w:rPr>
        <w:t>1.3. </w:t>
      </w:r>
      <w:r w:rsidRPr="00A7050E">
        <w:rPr>
          <w:rFonts w:eastAsia="Calibri" w:cs="Times New Roman"/>
          <w:szCs w:val="28"/>
        </w:rPr>
        <w:t xml:space="preserve">Состав слова (морфемика). </w:t>
      </w:r>
    </w:p>
    <w:p w14:paraId="0B944F57" w14:textId="77777777" w:rsidR="00AF56A5" w:rsidRPr="00A7050E" w:rsidRDefault="00AF56A5" w:rsidP="00AF56A5">
      <w:pPr>
        <w:spacing w:after="0" w:line="240" w:lineRule="auto"/>
        <w:ind w:firstLine="709"/>
        <w:rPr>
          <w:rFonts w:eastAsia="Calibri" w:cs="Times New Roman"/>
          <w:szCs w:val="28"/>
        </w:rPr>
      </w:pPr>
      <w:r w:rsidRPr="00AE28DA">
        <w:rPr>
          <w:rFonts w:eastAsia="Calibri" w:cs="Times New Roman"/>
          <w:szCs w:val="28"/>
        </w:rPr>
        <w:t>Выдел</w:t>
      </w:r>
      <w:r>
        <w:rPr>
          <w:rFonts w:eastAsia="Calibri" w:cs="Times New Roman"/>
          <w:szCs w:val="28"/>
        </w:rPr>
        <w:t>ение</w:t>
      </w:r>
      <w:r w:rsidRPr="00AE28DA">
        <w:rPr>
          <w:rFonts w:eastAsia="Calibri" w:cs="Times New Roman"/>
          <w:szCs w:val="28"/>
        </w:rPr>
        <w:t xml:space="preserve"> кор</w:t>
      </w:r>
      <w:r>
        <w:rPr>
          <w:rFonts w:eastAsia="Calibri" w:cs="Times New Roman"/>
          <w:szCs w:val="28"/>
        </w:rPr>
        <w:t>ня</w:t>
      </w:r>
      <w:r w:rsidRPr="00AE28DA">
        <w:rPr>
          <w:rFonts w:eastAsia="Calibri" w:cs="Times New Roman"/>
          <w:szCs w:val="28"/>
        </w:rPr>
        <w:t xml:space="preserve"> слова (простые случаи). </w:t>
      </w:r>
      <w:r>
        <w:rPr>
          <w:rFonts w:eastAsia="Calibri" w:cs="Times New Roman"/>
          <w:szCs w:val="28"/>
        </w:rPr>
        <w:t>Образование новых слов</w:t>
      </w:r>
      <w:r>
        <w:rPr>
          <w:rFonts w:eastAsia="Calibri" w:cs="Times New Roman"/>
          <w:szCs w:val="28"/>
        </w:rPr>
        <w:br/>
      </w:r>
      <w:r w:rsidRPr="00AE28DA">
        <w:rPr>
          <w:rFonts w:eastAsia="Calibri" w:cs="Times New Roman"/>
          <w:szCs w:val="28"/>
        </w:rPr>
        <w:t>при помощи аффиксов.</w:t>
      </w:r>
    </w:p>
    <w:p w14:paraId="53B47806" w14:textId="381EEF54" w:rsidR="00AF56A5" w:rsidRDefault="00AF56A5" w:rsidP="00AF56A5">
      <w:pPr>
        <w:spacing w:after="0" w:line="240" w:lineRule="auto"/>
        <w:rPr>
          <w:rFonts w:eastAsia="Calibri" w:cs="Times New Roman"/>
          <w:szCs w:val="28"/>
        </w:rPr>
      </w:pPr>
      <w:r>
        <w:rPr>
          <w:rFonts w:eastAsia="Calibri" w:cs="Times New Roman"/>
          <w:szCs w:val="28"/>
        </w:rPr>
        <w:t xml:space="preserve">       1.4. </w:t>
      </w:r>
      <w:r w:rsidRPr="00A7050E">
        <w:rPr>
          <w:rFonts w:eastAsia="Calibri" w:cs="Times New Roman"/>
          <w:szCs w:val="28"/>
        </w:rPr>
        <w:t>Морфология.</w:t>
      </w:r>
    </w:p>
    <w:p w14:paraId="4D6D5997" w14:textId="77777777" w:rsidR="00AF56A5" w:rsidRPr="007D43C0" w:rsidRDefault="00AF56A5" w:rsidP="00AF56A5">
      <w:pPr>
        <w:spacing w:after="0" w:line="240" w:lineRule="auto"/>
        <w:ind w:firstLine="709"/>
        <w:rPr>
          <w:rFonts w:eastAsia="Calibri" w:cs="Times New Roman"/>
          <w:szCs w:val="28"/>
        </w:rPr>
      </w:pPr>
      <w:r w:rsidRPr="007D43C0">
        <w:rPr>
          <w:rFonts w:eastAsia="Calibri" w:cs="Times New Roman"/>
          <w:szCs w:val="28"/>
        </w:rPr>
        <w:t>Имя существительное. Определение грамматических признаков им</w:t>
      </w:r>
      <w:r>
        <w:rPr>
          <w:rFonts w:eastAsia="Calibri" w:cs="Times New Roman"/>
          <w:szCs w:val="28"/>
        </w:rPr>
        <w:t>ё</w:t>
      </w:r>
      <w:r w:rsidRPr="007D43C0">
        <w:rPr>
          <w:rFonts w:eastAsia="Calibri" w:cs="Times New Roman"/>
          <w:szCs w:val="28"/>
        </w:rPr>
        <w:t>н существительных (число, падеж). Склонение им</w:t>
      </w:r>
      <w:r>
        <w:rPr>
          <w:rFonts w:eastAsia="Calibri" w:cs="Times New Roman"/>
          <w:szCs w:val="28"/>
        </w:rPr>
        <w:t>ё</w:t>
      </w:r>
      <w:r w:rsidRPr="007D43C0">
        <w:rPr>
          <w:rFonts w:eastAsia="Calibri" w:cs="Times New Roman"/>
          <w:szCs w:val="28"/>
        </w:rPr>
        <w:t xml:space="preserve">н существительных по падежам. </w:t>
      </w:r>
    </w:p>
    <w:p w14:paraId="7712E6C5" w14:textId="77777777" w:rsidR="00AF56A5" w:rsidRPr="007D43C0" w:rsidRDefault="00AF56A5" w:rsidP="00AF56A5">
      <w:pPr>
        <w:spacing w:after="0" w:line="240" w:lineRule="auto"/>
        <w:ind w:firstLine="709"/>
        <w:rPr>
          <w:rFonts w:eastAsia="Calibri" w:cs="Times New Roman"/>
          <w:szCs w:val="28"/>
        </w:rPr>
      </w:pPr>
      <w:r w:rsidRPr="007D43C0">
        <w:rPr>
          <w:rFonts w:eastAsia="Calibri" w:cs="Times New Roman"/>
          <w:szCs w:val="28"/>
        </w:rPr>
        <w:t xml:space="preserve">Местоимения. Личные местоимения 1, 2, 3 лица единственного </w:t>
      </w:r>
      <w:r>
        <w:rPr>
          <w:rFonts w:eastAsia="Calibri" w:cs="Times New Roman"/>
          <w:szCs w:val="28"/>
        </w:rPr>
        <w:br/>
      </w:r>
      <w:r w:rsidRPr="007D43C0">
        <w:rPr>
          <w:rFonts w:eastAsia="Calibri" w:cs="Times New Roman"/>
          <w:szCs w:val="28"/>
        </w:rPr>
        <w:t>и множественного числа.</w:t>
      </w:r>
    </w:p>
    <w:p w14:paraId="2B2C0981" w14:textId="77777777" w:rsidR="00AF56A5" w:rsidRPr="007D43C0" w:rsidRDefault="00AF56A5" w:rsidP="00AF56A5">
      <w:pPr>
        <w:spacing w:after="0" w:line="240" w:lineRule="auto"/>
        <w:ind w:firstLine="709"/>
        <w:rPr>
          <w:rFonts w:eastAsia="Calibri" w:cs="Times New Roman"/>
          <w:szCs w:val="28"/>
        </w:rPr>
      </w:pPr>
      <w:r w:rsidRPr="007D43C0">
        <w:rPr>
          <w:rFonts w:eastAsia="Calibri" w:cs="Times New Roman"/>
          <w:szCs w:val="28"/>
        </w:rPr>
        <w:t>Гл</w:t>
      </w:r>
      <w:r>
        <w:rPr>
          <w:rFonts w:eastAsia="Calibri" w:cs="Times New Roman"/>
          <w:szCs w:val="28"/>
        </w:rPr>
        <w:t>а</w:t>
      </w:r>
      <w:r w:rsidRPr="007D43C0">
        <w:rPr>
          <w:rFonts w:eastAsia="Calibri" w:cs="Times New Roman"/>
          <w:szCs w:val="28"/>
        </w:rPr>
        <w:t>гол. Грамматические признаки глагола настоящего времени</w:t>
      </w:r>
      <w:r>
        <w:rPr>
          <w:rFonts w:eastAsia="Calibri" w:cs="Times New Roman"/>
          <w:szCs w:val="28"/>
        </w:rPr>
        <w:t xml:space="preserve"> изъявительного наклонения</w:t>
      </w:r>
      <w:r w:rsidRPr="007D43C0">
        <w:rPr>
          <w:rFonts w:eastAsia="Calibri" w:cs="Times New Roman"/>
          <w:szCs w:val="28"/>
        </w:rPr>
        <w:t xml:space="preserve">. Спряжение глаголов настоящего времени. </w:t>
      </w:r>
    </w:p>
    <w:p w14:paraId="5375701B" w14:textId="77777777" w:rsidR="00AF56A5" w:rsidRPr="007D43C0" w:rsidRDefault="00AF56A5" w:rsidP="00AF56A5">
      <w:pPr>
        <w:spacing w:after="0" w:line="240" w:lineRule="auto"/>
        <w:ind w:firstLine="709"/>
        <w:rPr>
          <w:rFonts w:eastAsia="Calibri" w:cs="Times New Roman"/>
          <w:szCs w:val="28"/>
        </w:rPr>
      </w:pPr>
      <w:r w:rsidRPr="003E03CC">
        <w:rPr>
          <w:rFonts w:eastAsia="Calibri" w:cs="Times New Roman"/>
          <w:szCs w:val="28"/>
        </w:rPr>
        <w:t>Имя прилагательное.</w:t>
      </w:r>
      <w:r w:rsidRPr="007D43C0">
        <w:rPr>
          <w:rFonts w:eastAsia="Calibri" w:cs="Times New Roman"/>
          <w:szCs w:val="28"/>
        </w:rPr>
        <w:t xml:space="preserve"> </w:t>
      </w:r>
      <w:r>
        <w:rPr>
          <w:rFonts w:eastAsia="Calibri" w:cs="Times New Roman"/>
          <w:szCs w:val="28"/>
        </w:rPr>
        <w:t>Общее значение. Употребление в речи.</w:t>
      </w:r>
    </w:p>
    <w:p w14:paraId="5B5A9845" w14:textId="6571CBB6" w:rsidR="00AF56A5" w:rsidRPr="007D43C0" w:rsidRDefault="00AF56A5" w:rsidP="00AF56A5">
      <w:pPr>
        <w:spacing w:after="0" w:line="240" w:lineRule="auto"/>
        <w:ind w:firstLine="709"/>
        <w:rPr>
          <w:rFonts w:eastAsia="Calibri" w:cs="Times New Roman"/>
          <w:szCs w:val="28"/>
          <w:lang w:val="tt-RU"/>
        </w:rPr>
      </w:pPr>
      <w:r>
        <w:rPr>
          <w:rFonts w:eastAsia="Calibri" w:cs="Times New Roman"/>
          <w:szCs w:val="28"/>
          <w:lang w:val="tt-RU"/>
        </w:rPr>
        <w:t>1.5. </w:t>
      </w:r>
      <w:r w:rsidRPr="007D43C0">
        <w:rPr>
          <w:rFonts w:eastAsia="Calibri" w:cs="Times New Roman"/>
          <w:szCs w:val="28"/>
          <w:lang w:val="tt-RU"/>
        </w:rPr>
        <w:t>Синтаксис.</w:t>
      </w:r>
    </w:p>
    <w:p w14:paraId="3D906E73" w14:textId="77777777" w:rsidR="00AF56A5" w:rsidRPr="007D43C0" w:rsidRDefault="00AF56A5" w:rsidP="00AF56A5">
      <w:pPr>
        <w:spacing w:after="0" w:line="240" w:lineRule="auto"/>
        <w:ind w:firstLine="709"/>
        <w:rPr>
          <w:rFonts w:eastAsia="Calibri" w:cs="Times New Roman"/>
          <w:szCs w:val="28"/>
        </w:rPr>
      </w:pPr>
      <w:r w:rsidRPr="007D43C0">
        <w:rPr>
          <w:rFonts w:eastAsia="Calibri" w:cs="Times New Roman"/>
          <w:szCs w:val="28"/>
        </w:rPr>
        <w:t xml:space="preserve">Главные члены предложения: подлежащее и сказуемое. </w:t>
      </w:r>
      <w:r>
        <w:rPr>
          <w:rFonts w:eastAsia="Calibri" w:cs="Times New Roman"/>
          <w:szCs w:val="28"/>
        </w:rPr>
        <w:t xml:space="preserve">Порядок слов </w:t>
      </w:r>
      <w:r>
        <w:rPr>
          <w:rFonts w:eastAsia="Calibri" w:cs="Times New Roman"/>
          <w:szCs w:val="28"/>
        </w:rPr>
        <w:br/>
        <w:t>в предложении.</w:t>
      </w:r>
    </w:p>
    <w:p w14:paraId="68EA1461" w14:textId="7BA5DDEE" w:rsidR="00AF56A5" w:rsidRPr="007D43C0" w:rsidRDefault="00AF56A5" w:rsidP="00AF56A5">
      <w:pPr>
        <w:spacing w:after="0" w:line="240" w:lineRule="auto"/>
        <w:ind w:firstLine="709"/>
        <w:rPr>
          <w:rFonts w:eastAsia="Calibri" w:cs="Times New Roman"/>
          <w:szCs w:val="28"/>
        </w:rPr>
      </w:pPr>
      <w:r>
        <w:rPr>
          <w:rFonts w:eastAsia="Calibri" w:cs="Times New Roman"/>
          <w:szCs w:val="28"/>
          <w:lang w:val="tt-RU"/>
        </w:rPr>
        <w:t>1.6. </w:t>
      </w:r>
      <w:r w:rsidRPr="007D43C0">
        <w:rPr>
          <w:rFonts w:eastAsia="Calibri" w:cs="Times New Roman"/>
          <w:szCs w:val="28"/>
          <w:lang w:val="tt-RU"/>
        </w:rPr>
        <w:t>Орфография и пунктуа</w:t>
      </w:r>
      <w:r w:rsidRPr="007D43C0">
        <w:rPr>
          <w:rFonts w:eastAsia="Calibri" w:cs="Times New Roman"/>
          <w:szCs w:val="28"/>
        </w:rPr>
        <w:t>ция.</w:t>
      </w:r>
    </w:p>
    <w:p w14:paraId="771CCEF0" w14:textId="77777777" w:rsidR="00AF56A5" w:rsidRPr="007D43C0" w:rsidRDefault="00AF56A5" w:rsidP="00AF56A5">
      <w:pPr>
        <w:spacing w:after="0" w:line="240" w:lineRule="auto"/>
        <w:ind w:firstLine="709"/>
        <w:rPr>
          <w:rFonts w:eastAsia="Calibri" w:cs="Times New Roman"/>
          <w:szCs w:val="28"/>
        </w:rPr>
      </w:pPr>
      <w:r w:rsidRPr="007D43C0">
        <w:rPr>
          <w:rFonts w:eastAsia="Calibri" w:cs="Times New Roman"/>
          <w:szCs w:val="28"/>
        </w:rPr>
        <w:t xml:space="preserve">Нахождение и исправление орфографических и пунктуационных ошибок </w:t>
      </w:r>
      <w:r>
        <w:rPr>
          <w:rFonts w:eastAsia="Calibri" w:cs="Times New Roman"/>
          <w:szCs w:val="28"/>
        </w:rPr>
        <w:br/>
      </w:r>
      <w:r w:rsidRPr="007D43C0">
        <w:rPr>
          <w:rFonts w:eastAsia="Calibri" w:cs="Times New Roman"/>
          <w:szCs w:val="28"/>
        </w:rPr>
        <w:t>на изученные правила.</w:t>
      </w:r>
    </w:p>
    <w:p w14:paraId="273BB723" w14:textId="6C099ABC" w:rsidR="00AF56A5" w:rsidRPr="007D43C0" w:rsidRDefault="00AF56A5" w:rsidP="00AF56A5">
      <w:pPr>
        <w:spacing w:after="0" w:line="240" w:lineRule="auto"/>
        <w:ind w:firstLine="709"/>
        <w:rPr>
          <w:rFonts w:eastAsia="Calibri" w:cs="Times New Roman"/>
          <w:szCs w:val="28"/>
        </w:rPr>
      </w:pPr>
      <w:r>
        <w:rPr>
          <w:rFonts w:eastAsia="Calibri" w:cs="Times New Roman"/>
          <w:szCs w:val="28"/>
        </w:rPr>
        <w:t>2. </w:t>
      </w:r>
      <w:r w:rsidRPr="007D43C0">
        <w:rPr>
          <w:rFonts w:eastAsia="Calibri" w:cs="Times New Roman"/>
          <w:szCs w:val="28"/>
        </w:rPr>
        <w:t xml:space="preserve">Развитие речи. </w:t>
      </w:r>
    </w:p>
    <w:p w14:paraId="38ED8D8F" w14:textId="77777777" w:rsidR="00AF56A5" w:rsidRDefault="00AF56A5" w:rsidP="00AF56A5">
      <w:pPr>
        <w:spacing w:after="0" w:line="240" w:lineRule="auto"/>
        <w:ind w:firstLine="709"/>
        <w:rPr>
          <w:rFonts w:eastAsia="Calibri" w:cs="Times New Roman"/>
          <w:szCs w:val="28"/>
        </w:rPr>
      </w:pPr>
      <w:r w:rsidRPr="00CD7734">
        <w:rPr>
          <w:rFonts w:eastAsia="Calibri" w:cs="Times New Roman"/>
          <w:szCs w:val="28"/>
        </w:rPr>
        <w:t>Составл</w:t>
      </w:r>
      <w:r>
        <w:rPr>
          <w:rFonts w:eastAsia="Calibri" w:cs="Times New Roman"/>
          <w:szCs w:val="28"/>
        </w:rPr>
        <w:t>ение небольшого</w:t>
      </w:r>
      <w:r w:rsidRPr="00CD7734">
        <w:rPr>
          <w:rFonts w:eastAsia="Calibri" w:cs="Times New Roman"/>
          <w:szCs w:val="28"/>
        </w:rPr>
        <w:t xml:space="preserve"> устн</w:t>
      </w:r>
      <w:r>
        <w:rPr>
          <w:rFonts w:eastAsia="Calibri" w:cs="Times New Roman"/>
          <w:szCs w:val="28"/>
        </w:rPr>
        <w:t>ого</w:t>
      </w:r>
      <w:r w:rsidRPr="00CD7734">
        <w:rPr>
          <w:rFonts w:eastAsia="Calibri" w:cs="Times New Roman"/>
          <w:szCs w:val="28"/>
        </w:rPr>
        <w:t xml:space="preserve"> рассказ</w:t>
      </w:r>
      <w:r>
        <w:rPr>
          <w:rFonts w:eastAsia="Calibri" w:cs="Times New Roman"/>
          <w:szCs w:val="28"/>
        </w:rPr>
        <w:t>а</w:t>
      </w:r>
      <w:r w:rsidRPr="00CD7734">
        <w:rPr>
          <w:rFonts w:eastAsia="Calibri" w:cs="Times New Roman"/>
          <w:szCs w:val="28"/>
        </w:rPr>
        <w:t xml:space="preserve">. </w:t>
      </w:r>
    </w:p>
    <w:p w14:paraId="0C5C8A9B" w14:textId="77777777" w:rsidR="00AF56A5" w:rsidRPr="007D43C0" w:rsidRDefault="00AF56A5" w:rsidP="00AF56A5">
      <w:pPr>
        <w:spacing w:after="0" w:line="240" w:lineRule="auto"/>
        <w:ind w:firstLine="709"/>
        <w:rPr>
          <w:rFonts w:eastAsia="Calibri" w:cs="Times New Roman"/>
          <w:iCs/>
          <w:szCs w:val="28"/>
        </w:rPr>
      </w:pPr>
      <w:r>
        <w:rPr>
          <w:rFonts w:eastAsia="Calibri" w:cs="Times New Roman"/>
          <w:iCs/>
          <w:szCs w:val="28"/>
        </w:rPr>
        <w:t>П</w:t>
      </w:r>
      <w:r w:rsidRPr="007D43C0">
        <w:rPr>
          <w:rFonts w:eastAsia="Calibri" w:cs="Times New Roman"/>
          <w:iCs/>
          <w:szCs w:val="28"/>
        </w:rPr>
        <w:t>онима</w:t>
      </w:r>
      <w:r>
        <w:rPr>
          <w:rFonts w:eastAsia="Calibri" w:cs="Times New Roman"/>
          <w:iCs/>
          <w:szCs w:val="28"/>
        </w:rPr>
        <w:t>ние</w:t>
      </w:r>
      <w:r w:rsidRPr="007D43C0">
        <w:rPr>
          <w:rFonts w:eastAsia="Calibri" w:cs="Times New Roman"/>
          <w:iCs/>
          <w:szCs w:val="28"/>
        </w:rPr>
        <w:t xml:space="preserve"> содержащуюся в </w:t>
      </w:r>
      <w:r>
        <w:rPr>
          <w:rFonts w:eastAsia="Calibri" w:cs="Times New Roman"/>
          <w:iCs/>
          <w:szCs w:val="28"/>
        </w:rPr>
        <w:t>прочитанном тексте</w:t>
      </w:r>
      <w:r w:rsidRPr="007D43C0">
        <w:rPr>
          <w:rFonts w:eastAsia="Calibri" w:cs="Times New Roman"/>
          <w:iCs/>
          <w:szCs w:val="28"/>
        </w:rPr>
        <w:t xml:space="preserve"> информацию.</w:t>
      </w:r>
      <w:r>
        <w:rPr>
          <w:rFonts w:eastAsia="Calibri" w:cs="Times New Roman"/>
          <w:iCs/>
          <w:szCs w:val="28"/>
        </w:rPr>
        <w:t xml:space="preserve"> </w:t>
      </w:r>
      <w:r w:rsidRPr="007D43C0">
        <w:rPr>
          <w:rFonts w:eastAsia="Calibri" w:cs="Times New Roman"/>
          <w:szCs w:val="28"/>
        </w:rPr>
        <w:t>Выраж</w:t>
      </w:r>
      <w:r>
        <w:rPr>
          <w:rFonts w:eastAsia="Calibri" w:cs="Times New Roman"/>
          <w:szCs w:val="28"/>
        </w:rPr>
        <w:t>ение</w:t>
      </w:r>
      <w:r w:rsidRPr="007D43C0">
        <w:rPr>
          <w:rFonts w:eastAsia="Calibri" w:cs="Times New Roman"/>
          <w:szCs w:val="28"/>
        </w:rPr>
        <w:t xml:space="preserve"> собственно</w:t>
      </w:r>
      <w:r>
        <w:rPr>
          <w:rFonts w:eastAsia="Calibri" w:cs="Times New Roman"/>
          <w:szCs w:val="28"/>
        </w:rPr>
        <w:t>го</w:t>
      </w:r>
      <w:r w:rsidRPr="007D43C0">
        <w:rPr>
          <w:rFonts w:eastAsia="Calibri" w:cs="Times New Roman"/>
          <w:szCs w:val="28"/>
        </w:rPr>
        <w:t xml:space="preserve"> мнени</w:t>
      </w:r>
      <w:r>
        <w:rPr>
          <w:rFonts w:eastAsia="Calibri" w:cs="Times New Roman"/>
          <w:szCs w:val="28"/>
        </w:rPr>
        <w:t>я</w:t>
      </w:r>
      <w:r w:rsidRPr="007D43C0">
        <w:rPr>
          <w:rFonts w:eastAsia="Calibri" w:cs="Times New Roman"/>
          <w:szCs w:val="28"/>
        </w:rPr>
        <w:t>, аргументируя его с уч</w:t>
      </w:r>
      <w:r>
        <w:rPr>
          <w:rFonts w:eastAsia="Calibri" w:cs="Times New Roman"/>
          <w:szCs w:val="28"/>
        </w:rPr>
        <w:t>ё</w:t>
      </w:r>
      <w:r w:rsidRPr="007D43C0">
        <w:rPr>
          <w:rFonts w:eastAsia="Calibri" w:cs="Times New Roman"/>
          <w:szCs w:val="28"/>
        </w:rPr>
        <w:t>том ситуации общения.</w:t>
      </w:r>
      <w:r>
        <w:rPr>
          <w:rFonts w:eastAsia="Calibri" w:cs="Times New Roman"/>
          <w:szCs w:val="28"/>
        </w:rPr>
        <w:t xml:space="preserve"> </w:t>
      </w:r>
    </w:p>
    <w:p w14:paraId="553E261D" w14:textId="77777777" w:rsidR="00AF56A5" w:rsidRPr="00A7050E" w:rsidRDefault="00AF56A5" w:rsidP="00AF56A5">
      <w:pPr>
        <w:spacing w:after="0" w:line="240" w:lineRule="auto"/>
        <w:ind w:firstLine="709"/>
        <w:rPr>
          <w:rFonts w:eastAsia="Calibri" w:cs="Times New Roman"/>
          <w:szCs w:val="28"/>
        </w:rPr>
      </w:pPr>
      <w:r w:rsidRPr="007D43C0">
        <w:rPr>
          <w:rFonts w:eastAsia="Calibri" w:cs="Times New Roman"/>
          <w:szCs w:val="28"/>
        </w:rPr>
        <w:t xml:space="preserve">Соблюдение норм речевого этикета в ситуациях учебного и бытового общения. </w:t>
      </w:r>
    </w:p>
    <w:p w14:paraId="4C02BF0A" w14:textId="77777777" w:rsidR="00B42D48" w:rsidRDefault="00B42D48" w:rsidP="00AF56A5">
      <w:pPr>
        <w:spacing w:after="0" w:line="240" w:lineRule="auto"/>
        <w:ind w:firstLine="709"/>
        <w:jc w:val="center"/>
        <w:rPr>
          <w:rFonts w:eastAsia="Calibri" w:cs="Times New Roman"/>
          <w:szCs w:val="28"/>
        </w:rPr>
      </w:pPr>
    </w:p>
    <w:p w14:paraId="4945A224" w14:textId="77777777" w:rsidR="00B42D48" w:rsidRDefault="00B42D48" w:rsidP="00AF56A5">
      <w:pPr>
        <w:spacing w:after="0" w:line="240" w:lineRule="auto"/>
        <w:ind w:firstLine="709"/>
        <w:jc w:val="center"/>
        <w:rPr>
          <w:rFonts w:eastAsia="Calibri" w:cs="Times New Roman"/>
          <w:szCs w:val="28"/>
        </w:rPr>
      </w:pPr>
    </w:p>
    <w:p w14:paraId="4C48FD27" w14:textId="7724E031" w:rsidR="00AF56A5" w:rsidRPr="00F1665B" w:rsidRDefault="00AF56A5" w:rsidP="00AF56A5">
      <w:pPr>
        <w:spacing w:after="0" w:line="240" w:lineRule="auto"/>
        <w:ind w:firstLine="709"/>
        <w:jc w:val="center"/>
        <w:rPr>
          <w:rFonts w:eastAsia="Calibri" w:cs="Times New Roman"/>
          <w:szCs w:val="28"/>
        </w:rPr>
      </w:pPr>
      <w:r w:rsidRPr="00AF56A5">
        <w:rPr>
          <w:rFonts w:eastAsia="Calibri" w:cs="Times New Roman"/>
          <w:b/>
          <w:szCs w:val="28"/>
        </w:rPr>
        <w:t>Содержание обучения в 4 кл</w:t>
      </w:r>
      <w:r w:rsidR="00B42D48">
        <w:rPr>
          <w:rFonts w:eastAsia="Calibri" w:cs="Times New Roman"/>
          <w:b/>
          <w:szCs w:val="28"/>
        </w:rPr>
        <w:t>ассе</w:t>
      </w:r>
    </w:p>
    <w:p w14:paraId="27249A1C" w14:textId="1471C327" w:rsidR="00AF56A5" w:rsidRDefault="00AF56A5" w:rsidP="00AF56A5">
      <w:pPr>
        <w:spacing w:after="0" w:line="240" w:lineRule="auto"/>
        <w:ind w:firstLine="709"/>
        <w:rPr>
          <w:rFonts w:eastAsia="Calibri" w:cs="Times New Roman"/>
          <w:szCs w:val="28"/>
        </w:rPr>
      </w:pPr>
      <w:r w:rsidRPr="00D9330A">
        <w:rPr>
          <w:rFonts w:eastAsia="Calibri" w:cs="Times New Roman"/>
          <w:szCs w:val="28"/>
        </w:rPr>
        <w:t>1. </w:t>
      </w:r>
      <w:r>
        <w:rPr>
          <w:rFonts w:eastAsia="Calibri" w:cs="Times New Roman"/>
          <w:szCs w:val="28"/>
        </w:rPr>
        <w:t>Систематический курс.</w:t>
      </w:r>
    </w:p>
    <w:p w14:paraId="4238EEF3" w14:textId="74032784" w:rsidR="00AF56A5" w:rsidRPr="00D9330A" w:rsidRDefault="00AF56A5" w:rsidP="00AF56A5">
      <w:pPr>
        <w:spacing w:after="0" w:line="240" w:lineRule="auto"/>
        <w:ind w:firstLine="709"/>
        <w:rPr>
          <w:rFonts w:eastAsia="Calibri" w:cs="Times New Roman"/>
          <w:szCs w:val="28"/>
        </w:rPr>
      </w:pPr>
      <w:r>
        <w:rPr>
          <w:rFonts w:eastAsia="Calibri" w:cs="Times New Roman"/>
          <w:szCs w:val="28"/>
        </w:rPr>
        <w:t>1.1. </w:t>
      </w:r>
      <w:r w:rsidRPr="00D9330A">
        <w:rPr>
          <w:rFonts w:eastAsia="Calibri" w:cs="Times New Roman"/>
          <w:szCs w:val="28"/>
        </w:rPr>
        <w:t>Фонетика, орфоэпия, графика.</w:t>
      </w:r>
    </w:p>
    <w:p w14:paraId="1D33C4C2" w14:textId="77777777" w:rsidR="00AF56A5" w:rsidRPr="007F48D3" w:rsidRDefault="00AF56A5" w:rsidP="00AF56A5">
      <w:pPr>
        <w:spacing w:after="0" w:line="240" w:lineRule="auto"/>
        <w:ind w:firstLine="709"/>
        <w:rPr>
          <w:rFonts w:eastAsia="Calibri" w:cs="Times New Roman"/>
          <w:szCs w:val="28"/>
        </w:rPr>
      </w:pPr>
      <w:r w:rsidRPr="00D9330A">
        <w:rPr>
          <w:rFonts w:eastAsia="Calibri" w:cs="Times New Roman"/>
          <w:szCs w:val="28"/>
        </w:rPr>
        <w:t xml:space="preserve">Специфичные звуки татарского языка: [w], [ғ], [қ], [җ], [ң], [һ], [ә], [ө], [ү]. Закон сингармонизма в татарском </w:t>
      </w:r>
      <w:r w:rsidRPr="007F48D3">
        <w:rPr>
          <w:rFonts w:eastAsia="Calibri" w:cs="Times New Roman"/>
          <w:szCs w:val="28"/>
        </w:rPr>
        <w:t>языке.</w:t>
      </w:r>
    </w:p>
    <w:p w14:paraId="66101034" w14:textId="5D5E5072" w:rsidR="00AF56A5" w:rsidRPr="00CD7734" w:rsidRDefault="00AF56A5" w:rsidP="00AF56A5">
      <w:pPr>
        <w:spacing w:after="0" w:line="240" w:lineRule="auto"/>
        <w:ind w:firstLine="709"/>
        <w:rPr>
          <w:rFonts w:eastAsia="Calibri" w:cs="Times New Roman"/>
          <w:szCs w:val="28"/>
        </w:rPr>
      </w:pPr>
      <w:r>
        <w:rPr>
          <w:rFonts w:eastAsia="Calibri" w:cs="Times New Roman"/>
          <w:szCs w:val="28"/>
        </w:rPr>
        <w:t>1.2. </w:t>
      </w:r>
      <w:r w:rsidRPr="00CD7734">
        <w:rPr>
          <w:rFonts w:eastAsia="Calibri" w:cs="Times New Roman"/>
          <w:szCs w:val="28"/>
        </w:rPr>
        <w:t>Орфоэпия.</w:t>
      </w:r>
    </w:p>
    <w:p w14:paraId="114A90E8"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татарского литературного языка. </w:t>
      </w:r>
    </w:p>
    <w:p w14:paraId="74A5CAFA" w14:textId="7B132E03" w:rsidR="00AF56A5" w:rsidRPr="00CD7734" w:rsidRDefault="00AF56A5" w:rsidP="00AF56A5">
      <w:pPr>
        <w:spacing w:after="0" w:line="240" w:lineRule="auto"/>
        <w:ind w:firstLine="709"/>
        <w:rPr>
          <w:rFonts w:eastAsia="Calibri" w:cs="Times New Roman"/>
          <w:szCs w:val="28"/>
        </w:rPr>
      </w:pPr>
      <w:r>
        <w:rPr>
          <w:rFonts w:eastAsia="Calibri" w:cs="Times New Roman"/>
          <w:szCs w:val="28"/>
        </w:rPr>
        <w:t>1.3. </w:t>
      </w:r>
      <w:r w:rsidRPr="00CD7734">
        <w:rPr>
          <w:rFonts w:eastAsia="Calibri" w:cs="Times New Roman"/>
          <w:szCs w:val="28"/>
        </w:rPr>
        <w:t xml:space="preserve">Лексика. </w:t>
      </w:r>
    </w:p>
    <w:p w14:paraId="1768C997" w14:textId="77777777" w:rsidR="00AF56A5" w:rsidRPr="00CD7734" w:rsidRDefault="00AF56A5" w:rsidP="00AF56A5">
      <w:pPr>
        <w:spacing w:after="0" w:line="240" w:lineRule="auto"/>
        <w:ind w:firstLine="709"/>
        <w:rPr>
          <w:rFonts w:eastAsia="Calibri" w:cs="Times New Roman"/>
          <w:szCs w:val="28"/>
        </w:rPr>
      </w:pPr>
      <w:r>
        <w:rPr>
          <w:rFonts w:eastAsia="Calibri" w:cs="Times New Roman"/>
          <w:szCs w:val="28"/>
        </w:rPr>
        <w:t xml:space="preserve">Собственно татарские слова и </w:t>
      </w:r>
      <w:r w:rsidRPr="00CD7734">
        <w:rPr>
          <w:rFonts w:eastAsia="Calibri" w:cs="Times New Roman"/>
          <w:szCs w:val="28"/>
        </w:rPr>
        <w:t xml:space="preserve"> заимствования в татарском языке. </w:t>
      </w:r>
    </w:p>
    <w:p w14:paraId="2A0A6792"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lastRenderedPageBreak/>
        <w:t>Однозначные и многозначные слова.</w:t>
      </w:r>
      <w:r>
        <w:rPr>
          <w:rFonts w:eastAsia="Calibri" w:cs="Times New Roman"/>
          <w:szCs w:val="28"/>
        </w:rPr>
        <w:t xml:space="preserve"> </w:t>
      </w:r>
      <w:r w:rsidRPr="00CD7734">
        <w:rPr>
          <w:rFonts w:eastAsia="Calibri" w:cs="Times New Roman"/>
          <w:szCs w:val="28"/>
        </w:rPr>
        <w:t xml:space="preserve">Прямое и переносное значение слова. </w:t>
      </w:r>
    </w:p>
    <w:p w14:paraId="6C340AFA" w14:textId="0E04C4EC" w:rsidR="00AF56A5" w:rsidRPr="00CD7734" w:rsidRDefault="00AF56A5" w:rsidP="00AF56A5">
      <w:pPr>
        <w:spacing w:after="0" w:line="240" w:lineRule="auto"/>
        <w:ind w:firstLine="709"/>
        <w:rPr>
          <w:rFonts w:eastAsia="Calibri" w:cs="Times New Roman"/>
          <w:szCs w:val="28"/>
        </w:rPr>
      </w:pPr>
      <w:r>
        <w:rPr>
          <w:rFonts w:eastAsia="Calibri" w:cs="Times New Roman"/>
          <w:szCs w:val="28"/>
        </w:rPr>
        <w:t>1.4. </w:t>
      </w:r>
      <w:r w:rsidRPr="00CD7734">
        <w:rPr>
          <w:rFonts w:eastAsia="Calibri" w:cs="Times New Roman"/>
          <w:szCs w:val="28"/>
        </w:rPr>
        <w:t>Состав слова (морфемика).</w:t>
      </w:r>
    </w:p>
    <w:p w14:paraId="239608D7"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Морфемный состав слова.</w:t>
      </w:r>
    </w:p>
    <w:p w14:paraId="4DDDE8DC" w14:textId="77777777" w:rsidR="00AF56A5" w:rsidRPr="00CD7734" w:rsidRDefault="00AF56A5" w:rsidP="00AF56A5">
      <w:pPr>
        <w:spacing w:after="0" w:line="240" w:lineRule="auto"/>
        <w:ind w:firstLine="709"/>
        <w:rPr>
          <w:rFonts w:eastAsia="Calibri" w:cs="Times New Roman"/>
          <w:szCs w:val="28"/>
        </w:rPr>
      </w:pPr>
      <w:r>
        <w:rPr>
          <w:rFonts w:eastAsia="Calibri" w:cs="Times New Roman"/>
          <w:szCs w:val="28"/>
        </w:rPr>
        <w:t xml:space="preserve">Корень слова и </w:t>
      </w:r>
      <w:r w:rsidRPr="00CD7734">
        <w:rPr>
          <w:rFonts w:eastAsia="Calibri" w:cs="Times New Roman"/>
          <w:szCs w:val="28"/>
        </w:rPr>
        <w:t>аффикс</w:t>
      </w:r>
      <w:r>
        <w:rPr>
          <w:rFonts w:eastAsia="Calibri" w:cs="Times New Roman"/>
          <w:szCs w:val="28"/>
        </w:rPr>
        <w:t>ы</w:t>
      </w:r>
      <w:r w:rsidRPr="00CD7734">
        <w:rPr>
          <w:rFonts w:eastAsia="Calibri" w:cs="Times New Roman"/>
          <w:szCs w:val="28"/>
        </w:rPr>
        <w:t xml:space="preserve">. Словообразующие и формообразующие аффиксы. </w:t>
      </w:r>
    </w:p>
    <w:p w14:paraId="553B2812" w14:textId="5EA3185E" w:rsidR="00AF56A5" w:rsidRPr="00CD7734" w:rsidRDefault="00AF56A5" w:rsidP="00AF56A5">
      <w:pPr>
        <w:spacing w:after="0" w:line="240" w:lineRule="auto"/>
        <w:ind w:firstLine="709"/>
        <w:rPr>
          <w:rFonts w:eastAsia="Calibri" w:cs="Times New Roman"/>
          <w:szCs w:val="28"/>
        </w:rPr>
      </w:pPr>
      <w:r>
        <w:rPr>
          <w:rFonts w:eastAsia="Calibri" w:cs="Times New Roman"/>
          <w:szCs w:val="28"/>
        </w:rPr>
        <w:t>1.5. </w:t>
      </w:r>
      <w:r w:rsidRPr="00CD7734">
        <w:rPr>
          <w:rFonts w:eastAsia="Calibri" w:cs="Times New Roman"/>
          <w:szCs w:val="28"/>
        </w:rPr>
        <w:t>Морфология.</w:t>
      </w:r>
    </w:p>
    <w:p w14:paraId="597D26CF"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Устанавливание принадлежности слова к определенной части речи (в объ</w:t>
      </w:r>
      <w:r>
        <w:rPr>
          <w:rFonts w:eastAsia="Calibri" w:cs="Times New Roman"/>
          <w:szCs w:val="28"/>
        </w:rPr>
        <w:t>ё</w:t>
      </w:r>
      <w:r w:rsidRPr="00CD7734">
        <w:rPr>
          <w:rFonts w:eastAsia="Calibri" w:cs="Times New Roman"/>
          <w:szCs w:val="28"/>
        </w:rPr>
        <w:t>ме изученного) по комплексу освоенных грамматических признаков.</w:t>
      </w:r>
    </w:p>
    <w:p w14:paraId="3146BF19"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Имя существительное. Повторение грамматических категорий им</w:t>
      </w:r>
      <w:r>
        <w:rPr>
          <w:rFonts w:eastAsia="Calibri" w:cs="Times New Roman"/>
          <w:szCs w:val="28"/>
        </w:rPr>
        <w:t>ё</w:t>
      </w:r>
      <w:r w:rsidRPr="00CD7734">
        <w:rPr>
          <w:rFonts w:eastAsia="Calibri" w:cs="Times New Roman"/>
          <w:szCs w:val="28"/>
        </w:rPr>
        <w:t>н существительных (число, падеж).</w:t>
      </w:r>
    </w:p>
    <w:p w14:paraId="021DEB24"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Имя прилагательное. Значение и употребление в речи им</w:t>
      </w:r>
      <w:r>
        <w:rPr>
          <w:rFonts w:eastAsia="Calibri" w:cs="Times New Roman"/>
          <w:szCs w:val="28"/>
        </w:rPr>
        <w:t>ё</w:t>
      </w:r>
      <w:r w:rsidRPr="00CD7734">
        <w:rPr>
          <w:rFonts w:eastAsia="Calibri" w:cs="Times New Roman"/>
          <w:szCs w:val="28"/>
        </w:rPr>
        <w:t xml:space="preserve">н прилагательных. Степени сравнения прилагательных. </w:t>
      </w:r>
    </w:p>
    <w:p w14:paraId="50D27B60"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 xml:space="preserve">Местоимение. Личные местоимения (повторение). </w:t>
      </w:r>
    </w:p>
    <w:p w14:paraId="35D3EDAA"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Указательные и вопросительные местоимения.</w:t>
      </w:r>
    </w:p>
    <w:p w14:paraId="1E5170CC"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Числительное. Определение значения и употребления в речи числительных.</w:t>
      </w:r>
    </w:p>
    <w:p w14:paraId="3560F403"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Количественные и порядковые числительные.</w:t>
      </w:r>
    </w:p>
    <w:p w14:paraId="637DEFE1"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Глагол. Форма повелительного наклонения глагола.</w:t>
      </w:r>
      <w:r>
        <w:rPr>
          <w:rFonts w:eastAsia="Calibri" w:cs="Times New Roman"/>
          <w:szCs w:val="28"/>
        </w:rPr>
        <w:t xml:space="preserve"> </w:t>
      </w:r>
    </w:p>
    <w:p w14:paraId="71686DF1" w14:textId="77777777" w:rsidR="00AF56A5" w:rsidRPr="00CD7734" w:rsidRDefault="00AF56A5" w:rsidP="00AF56A5">
      <w:pPr>
        <w:spacing w:after="0" w:line="240" w:lineRule="auto"/>
        <w:ind w:firstLine="709"/>
        <w:rPr>
          <w:rFonts w:eastAsia="Calibri" w:cs="Times New Roman"/>
          <w:szCs w:val="28"/>
          <w:lang w:val="tt-RU"/>
        </w:rPr>
      </w:pPr>
      <w:r w:rsidRPr="00CD7734">
        <w:rPr>
          <w:rFonts w:eastAsia="Calibri" w:cs="Times New Roman"/>
          <w:szCs w:val="28"/>
          <w:lang w:val="tt-RU"/>
        </w:rPr>
        <w:t>Определение категории времени глагола</w:t>
      </w:r>
      <w:r>
        <w:rPr>
          <w:rFonts w:eastAsia="Calibri" w:cs="Times New Roman"/>
          <w:szCs w:val="28"/>
          <w:lang w:val="tt-RU"/>
        </w:rPr>
        <w:t xml:space="preserve"> изъявительного наклонения</w:t>
      </w:r>
      <w:r w:rsidRPr="00CD7734">
        <w:rPr>
          <w:rFonts w:eastAsia="Calibri" w:cs="Times New Roman"/>
          <w:szCs w:val="28"/>
          <w:lang w:val="tt-RU"/>
        </w:rPr>
        <w:t xml:space="preserve">: настоящее, прошедшее и будущее. </w:t>
      </w:r>
    </w:p>
    <w:p w14:paraId="4E4EA345"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 xml:space="preserve">Отрицательный аспект глаголов настоящего, прошедшего </w:t>
      </w:r>
      <w:r>
        <w:rPr>
          <w:rFonts w:eastAsia="Calibri" w:cs="Times New Roman"/>
          <w:szCs w:val="28"/>
        </w:rPr>
        <w:t xml:space="preserve">определённого </w:t>
      </w:r>
      <w:r>
        <w:rPr>
          <w:rFonts w:eastAsia="Calibri" w:cs="Times New Roman"/>
          <w:szCs w:val="28"/>
        </w:rPr>
        <w:br/>
      </w:r>
      <w:r w:rsidRPr="00CD7734">
        <w:rPr>
          <w:rFonts w:eastAsia="Calibri" w:cs="Times New Roman"/>
          <w:szCs w:val="28"/>
        </w:rPr>
        <w:t xml:space="preserve">и будущего </w:t>
      </w:r>
      <w:r>
        <w:rPr>
          <w:rFonts w:eastAsia="Calibri" w:cs="Times New Roman"/>
          <w:szCs w:val="28"/>
        </w:rPr>
        <w:t xml:space="preserve">определённого </w:t>
      </w:r>
      <w:r w:rsidRPr="00CD7734">
        <w:rPr>
          <w:rFonts w:eastAsia="Calibri" w:cs="Times New Roman"/>
          <w:szCs w:val="28"/>
        </w:rPr>
        <w:t>времени.</w:t>
      </w:r>
      <w:r>
        <w:rPr>
          <w:rFonts w:eastAsia="Calibri" w:cs="Times New Roman"/>
          <w:szCs w:val="28"/>
        </w:rPr>
        <w:t xml:space="preserve"> </w:t>
      </w:r>
      <w:r w:rsidRPr="00CD7734">
        <w:rPr>
          <w:rFonts w:eastAsia="Calibri" w:cs="Times New Roman"/>
          <w:szCs w:val="28"/>
          <w:lang w:val="tt-RU"/>
        </w:rPr>
        <w:t xml:space="preserve">Спряжение глаголов в настоящем (повторение), прошедшем и будущем временах. </w:t>
      </w:r>
    </w:p>
    <w:p w14:paraId="39DA7D7C" w14:textId="157CCCF3" w:rsidR="00AF56A5" w:rsidRPr="00CD7734" w:rsidRDefault="00AF56A5" w:rsidP="00AF56A5">
      <w:pPr>
        <w:spacing w:after="0" w:line="240" w:lineRule="auto"/>
        <w:ind w:firstLine="709"/>
        <w:rPr>
          <w:rFonts w:eastAsia="Calibri" w:cs="Times New Roman"/>
          <w:szCs w:val="28"/>
        </w:rPr>
      </w:pPr>
      <w:r>
        <w:rPr>
          <w:rFonts w:eastAsia="Calibri" w:cs="Times New Roman"/>
          <w:szCs w:val="28"/>
        </w:rPr>
        <w:t>1.6. </w:t>
      </w:r>
      <w:r w:rsidRPr="00CD7734">
        <w:rPr>
          <w:rFonts w:eastAsia="Calibri" w:cs="Times New Roman"/>
          <w:szCs w:val="28"/>
        </w:rPr>
        <w:t xml:space="preserve">Синтаксис. </w:t>
      </w:r>
    </w:p>
    <w:p w14:paraId="0E0CDBB6"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Главные члены предложения: подлежащее и сказуемое (повторение). Второстепенные члены предложения (ознакомление).</w:t>
      </w:r>
    </w:p>
    <w:p w14:paraId="1E558A8B" w14:textId="57DD549E" w:rsidR="00AF56A5" w:rsidRPr="00CD7734" w:rsidRDefault="00AF56A5" w:rsidP="00AF56A5">
      <w:pPr>
        <w:spacing w:after="0" w:line="240" w:lineRule="auto"/>
        <w:ind w:firstLine="709"/>
        <w:rPr>
          <w:rFonts w:eastAsia="Calibri" w:cs="Times New Roman"/>
          <w:szCs w:val="28"/>
        </w:rPr>
      </w:pPr>
      <w:r>
        <w:rPr>
          <w:rFonts w:eastAsia="Calibri" w:cs="Times New Roman"/>
          <w:szCs w:val="28"/>
        </w:rPr>
        <w:t>1.7. </w:t>
      </w:r>
      <w:r w:rsidRPr="00CD7734">
        <w:rPr>
          <w:rFonts w:eastAsia="Calibri" w:cs="Times New Roman"/>
          <w:szCs w:val="28"/>
        </w:rPr>
        <w:t xml:space="preserve">Орфография и пунктуация. </w:t>
      </w:r>
    </w:p>
    <w:p w14:paraId="52B0BD87"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Повторение правил правописания, изученных в 1</w:t>
      </w:r>
      <w:r>
        <w:rPr>
          <w:rFonts w:eastAsia="Calibri" w:cs="Times New Roman"/>
          <w:szCs w:val="28"/>
        </w:rPr>
        <w:t>-</w:t>
      </w:r>
      <w:r w:rsidRPr="00CD7734">
        <w:rPr>
          <w:rFonts w:eastAsia="Calibri" w:cs="Times New Roman"/>
          <w:szCs w:val="28"/>
        </w:rPr>
        <w:t xml:space="preserve">3 классах. </w:t>
      </w:r>
    </w:p>
    <w:p w14:paraId="6163C560" w14:textId="40EB2796" w:rsidR="00AF56A5" w:rsidRPr="00CD7734" w:rsidRDefault="00AF56A5" w:rsidP="00AF56A5">
      <w:pPr>
        <w:spacing w:after="0" w:line="240" w:lineRule="auto"/>
        <w:ind w:firstLine="709"/>
        <w:rPr>
          <w:rFonts w:eastAsia="Calibri" w:cs="Times New Roman"/>
          <w:szCs w:val="28"/>
        </w:rPr>
      </w:pPr>
      <w:r>
        <w:rPr>
          <w:rFonts w:eastAsia="Calibri" w:cs="Times New Roman"/>
          <w:szCs w:val="28"/>
        </w:rPr>
        <w:t>2. </w:t>
      </w:r>
      <w:r w:rsidRPr="00CD7734">
        <w:rPr>
          <w:rFonts w:eastAsia="Calibri" w:cs="Times New Roman"/>
          <w:szCs w:val="28"/>
        </w:rPr>
        <w:t xml:space="preserve">Развитие речи. </w:t>
      </w:r>
    </w:p>
    <w:p w14:paraId="4B97CBD7"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 xml:space="preserve">Соблюдение норм татарского литературного языка в собственной речи </w:t>
      </w:r>
      <w:r>
        <w:rPr>
          <w:rFonts w:eastAsia="Calibri" w:cs="Times New Roman"/>
          <w:szCs w:val="28"/>
        </w:rPr>
        <w:br/>
      </w:r>
      <w:r w:rsidRPr="00CD7734">
        <w:rPr>
          <w:rFonts w:eastAsia="Calibri" w:cs="Times New Roman"/>
          <w:szCs w:val="28"/>
        </w:rPr>
        <w:t xml:space="preserve">и оценивание соблюдения этих норм в речи собеседников. </w:t>
      </w:r>
    </w:p>
    <w:p w14:paraId="1973DA63" w14:textId="77777777" w:rsidR="00AF56A5" w:rsidRPr="00CD7734" w:rsidRDefault="00AF56A5" w:rsidP="00AF56A5">
      <w:pPr>
        <w:spacing w:after="0" w:line="240" w:lineRule="auto"/>
        <w:ind w:firstLine="709"/>
        <w:rPr>
          <w:rFonts w:eastAsia="Calibri" w:cs="Times New Roman"/>
          <w:szCs w:val="28"/>
        </w:rPr>
      </w:pPr>
      <w:r w:rsidRPr="00CD7734">
        <w:rPr>
          <w:rFonts w:eastAsia="Calibri" w:cs="Times New Roman"/>
          <w:szCs w:val="28"/>
        </w:rPr>
        <w:t>Составление диалогической и монологической речи с соблюдением орфоэпических и интонационных норм татарского языка.</w:t>
      </w:r>
    </w:p>
    <w:p w14:paraId="0C8DD54B" w14:textId="1A028179" w:rsidR="00AF56A5" w:rsidRDefault="00AF56A5" w:rsidP="00AF56A5">
      <w:pPr>
        <w:spacing w:after="0" w:line="240" w:lineRule="auto"/>
        <w:ind w:firstLine="709"/>
        <w:rPr>
          <w:rFonts w:eastAsia="Calibri" w:cs="Times New Roman"/>
          <w:szCs w:val="28"/>
        </w:rPr>
      </w:pPr>
      <w:r w:rsidRPr="00CD7734">
        <w:rPr>
          <w:rFonts w:eastAsia="Calibri" w:cs="Times New Roman"/>
          <w:szCs w:val="28"/>
        </w:rPr>
        <w:t>Составление небольшого описания предмета, картинки, персонажа. Владение техникой чтения, приемами понимания прочитанного и прослушанного, интерпретации и преобразования текстов.</w:t>
      </w:r>
    </w:p>
    <w:p w14:paraId="6D2DB773" w14:textId="77777777" w:rsidR="00B42D48" w:rsidRDefault="00B42D48" w:rsidP="00AF56A5">
      <w:pPr>
        <w:spacing w:after="0" w:line="240" w:lineRule="auto"/>
        <w:ind w:firstLine="709"/>
        <w:rPr>
          <w:rFonts w:eastAsia="Calibri" w:cs="Times New Roman"/>
          <w:szCs w:val="28"/>
        </w:rPr>
      </w:pPr>
    </w:p>
    <w:p w14:paraId="383C631B" w14:textId="73B04FC6" w:rsidR="00AF56A5" w:rsidRPr="00F1665B" w:rsidRDefault="00AF56A5" w:rsidP="00B42D48">
      <w:pPr>
        <w:spacing w:after="0" w:line="240" w:lineRule="auto"/>
        <w:ind w:firstLine="709"/>
        <w:jc w:val="center"/>
        <w:rPr>
          <w:rFonts w:eastAsia="Calibri" w:cs="Times New Roman"/>
          <w:szCs w:val="28"/>
        </w:rPr>
      </w:pPr>
      <w:r w:rsidRPr="00B42D48">
        <w:rPr>
          <w:rFonts w:eastAsia="Calibri" w:cs="Times New Roman"/>
          <w:b/>
          <w:szCs w:val="28"/>
        </w:rPr>
        <w:t>Планируемые результаты освоения программы по родному (татарскому) языку на уровне начального общего образования.</w:t>
      </w:r>
    </w:p>
    <w:p w14:paraId="7FB2D9DF" w14:textId="5AFDC6CD"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1. В результате изучения родного (</w:t>
      </w:r>
      <w:r>
        <w:rPr>
          <w:rFonts w:eastAsia="Calibri" w:cs="Times New Roman"/>
          <w:szCs w:val="28"/>
        </w:rPr>
        <w:t>татарского</w:t>
      </w:r>
      <w:r w:rsidRPr="00F1665B">
        <w:rPr>
          <w:rFonts w:eastAsia="Calibri" w:cs="Times New Roman"/>
          <w:szCs w:val="28"/>
        </w:rPr>
        <w:t>) языка на уровне начального общего образования у обучающегося будут сформированы следующие личностные результаты:</w:t>
      </w:r>
    </w:p>
    <w:p w14:paraId="0B5D42C4"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lastRenderedPageBreak/>
        <w:t>1)</w:t>
      </w:r>
      <w:r w:rsidRPr="00F1665B">
        <w:rPr>
          <w:rFonts w:cs="Times New Roman"/>
          <w:szCs w:val="28"/>
        </w:rPr>
        <w:t> </w:t>
      </w:r>
      <w:r w:rsidRPr="00F1665B">
        <w:rPr>
          <w:rFonts w:eastAsia="Calibri" w:cs="Times New Roman"/>
          <w:szCs w:val="28"/>
        </w:rPr>
        <w:t>гражданско</w:t>
      </w:r>
      <w:r>
        <w:rPr>
          <w:rFonts w:eastAsia="Calibri" w:cs="Times New Roman"/>
          <w:szCs w:val="28"/>
        </w:rPr>
        <w:t>-</w:t>
      </w:r>
      <w:r w:rsidRPr="00F1665B">
        <w:rPr>
          <w:rFonts w:eastAsia="Calibri" w:cs="Times New Roman"/>
          <w:szCs w:val="28"/>
        </w:rPr>
        <w:t>патриотического воспитания:</w:t>
      </w:r>
    </w:p>
    <w:p w14:paraId="13D70B55"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становление ценностного отноше</w:t>
      </w:r>
      <w:r>
        <w:rPr>
          <w:rFonts w:eastAsia="Calibri" w:cs="Times New Roman"/>
          <w:szCs w:val="28"/>
        </w:rPr>
        <w:t xml:space="preserve">ния к своей Родине, </w:t>
      </w:r>
      <w:r w:rsidRPr="00730F97">
        <w:rPr>
          <w:rFonts w:eastAsia="Calibri" w:cs="Times New Roman"/>
          <w:szCs w:val="28"/>
        </w:rPr>
        <w:t>в том числе</w:t>
      </w:r>
      <w:r w:rsidRPr="00730F97">
        <w:rPr>
          <w:rFonts w:eastAsia="Calibri" w:cs="Times New Roman"/>
          <w:szCs w:val="28"/>
        </w:rPr>
        <w:br/>
        <w:t>через изучение родного (</w:t>
      </w:r>
      <w:r>
        <w:rPr>
          <w:rFonts w:eastAsia="Calibri" w:cs="Times New Roman"/>
          <w:szCs w:val="28"/>
        </w:rPr>
        <w:t>татарского</w:t>
      </w:r>
      <w:r w:rsidRPr="00730F97">
        <w:rPr>
          <w:rFonts w:eastAsia="Calibri" w:cs="Times New Roman"/>
          <w:szCs w:val="28"/>
        </w:rPr>
        <w:t xml:space="preserve">) языка, являющегося частью истории </w:t>
      </w:r>
      <w:r>
        <w:rPr>
          <w:rFonts w:eastAsia="Calibri" w:cs="Times New Roman"/>
          <w:szCs w:val="28"/>
        </w:rPr>
        <w:br/>
      </w:r>
      <w:r w:rsidRPr="00730F97">
        <w:rPr>
          <w:rFonts w:eastAsia="Calibri" w:cs="Times New Roman"/>
          <w:szCs w:val="28"/>
        </w:rPr>
        <w:t>и культуры страны;</w:t>
      </w:r>
      <w:r w:rsidRPr="00F1665B">
        <w:rPr>
          <w:rFonts w:eastAsia="Calibri" w:cs="Times New Roman"/>
          <w:szCs w:val="28"/>
        </w:rPr>
        <w:t xml:space="preserve"> </w:t>
      </w:r>
    </w:p>
    <w:p w14:paraId="3BDA8336" w14:textId="77777777" w:rsidR="00AF56A5" w:rsidRPr="00730F97" w:rsidRDefault="00AF56A5" w:rsidP="00AF56A5">
      <w:pPr>
        <w:spacing w:after="0" w:line="240" w:lineRule="auto"/>
        <w:ind w:firstLine="709"/>
        <w:rPr>
          <w:rFonts w:eastAsia="Calibri" w:cs="Times New Roman"/>
          <w:szCs w:val="28"/>
        </w:rPr>
      </w:pPr>
      <w:r w:rsidRPr="00F1665B">
        <w:rPr>
          <w:rFonts w:eastAsia="Calibri" w:cs="Times New Roman"/>
          <w:szCs w:val="28"/>
        </w:rPr>
        <w:t xml:space="preserve">осознание своей этнокультурной и российской гражданской идентичности, </w:t>
      </w:r>
      <w:r w:rsidRPr="00730F97">
        <w:rPr>
          <w:rFonts w:eastAsia="Calibri" w:cs="Times New Roman"/>
          <w:szCs w:val="28"/>
        </w:rPr>
        <w:t>понимание статуса родного (</w:t>
      </w:r>
      <w:r>
        <w:rPr>
          <w:rFonts w:eastAsia="Calibri" w:cs="Times New Roman"/>
          <w:szCs w:val="28"/>
        </w:rPr>
        <w:t>татарского</w:t>
      </w:r>
      <w:r w:rsidRPr="00730F97">
        <w:rPr>
          <w:rFonts w:eastAsia="Calibri" w:cs="Times New Roman"/>
          <w:szCs w:val="28"/>
        </w:rPr>
        <w:t xml:space="preserve">) языка в Российской Федерации </w:t>
      </w:r>
      <w:r>
        <w:rPr>
          <w:rFonts w:eastAsia="Calibri" w:cs="Times New Roman"/>
          <w:szCs w:val="28"/>
        </w:rPr>
        <w:br/>
      </w:r>
      <w:r w:rsidRPr="00730F97">
        <w:rPr>
          <w:rFonts w:eastAsia="Calibri" w:cs="Times New Roman"/>
          <w:szCs w:val="28"/>
        </w:rPr>
        <w:t>и в субъекте;</w:t>
      </w:r>
    </w:p>
    <w:p w14:paraId="48E88575"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сопричастность к прошлому, настоящему и будущему ро</w:t>
      </w:r>
      <w:r>
        <w:rPr>
          <w:rFonts w:eastAsia="Calibri" w:cs="Times New Roman"/>
          <w:szCs w:val="28"/>
        </w:rPr>
        <w:t>дного края,</w:t>
      </w:r>
      <w:r>
        <w:rPr>
          <w:rFonts w:eastAsia="Calibri" w:cs="Times New Roman"/>
          <w:szCs w:val="28"/>
        </w:rPr>
        <w:br/>
      </w:r>
      <w:r w:rsidRPr="00730F97">
        <w:rPr>
          <w:rFonts w:eastAsia="Calibri" w:cs="Times New Roman"/>
          <w:szCs w:val="28"/>
        </w:rPr>
        <w:t>в том числе при работе с учебными текстами;</w:t>
      </w:r>
    </w:p>
    <w:p w14:paraId="1B54C75A" w14:textId="77777777" w:rsidR="00AF56A5" w:rsidRPr="00F1665B" w:rsidRDefault="00AF56A5" w:rsidP="00AF56A5">
      <w:pPr>
        <w:spacing w:after="0" w:line="240" w:lineRule="auto"/>
        <w:ind w:firstLine="709"/>
        <w:rPr>
          <w:rFonts w:eastAsia="Calibri" w:cs="Times New Roman"/>
          <w:szCs w:val="28"/>
        </w:rPr>
      </w:pPr>
      <w:r w:rsidRPr="00730F97">
        <w:rPr>
          <w:rFonts w:eastAsia="Calibri" w:cs="Times New Roman"/>
          <w:szCs w:val="28"/>
        </w:rPr>
        <w:t>уважение к своему и другим народам России;</w:t>
      </w:r>
    </w:p>
    <w:p w14:paraId="1E70861D" w14:textId="77777777" w:rsidR="00AF56A5" w:rsidRPr="00730F97" w:rsidRDefault="00AF56A5" w:rsidP="00AF56A5">
      <w:pPr>
        <w:spacing w:after="0" w:line="240" w:lineRule="auto"/>
        <w:ind w:firstLine="709"/>
        <w:rPr>
          <w:rFonts w:eastAsia="Calibri" w:cs="Times New Roman"/>
          <w:szCs w:val="28"/>
        </w:rPr>
      </w:pPr>
      <w:r w:rsidRPr="00F1665B">
        <w:rPr>
          <w:rFonts w:eastAsia="Calibri" w:cs="Times New Roman"/>
          <w:szCs w:val="28"/>
        </w:rPr>
        <w:t>первоначальные представления о челове</w:t>
      </w:r>
      <w:r>
        <w:rPr>
          <w:rFonts w:eastAsia="Calibri" w:cs="Times New Roman"/>
          <w:szCs w:val="28"/>
        </w:rPr>
        <w:t>ке как члене общества, о правах</w:t>
      </w:r>
      <w:r>
        <w:rPr>
          <w:rFonts w:eastAsia="Calibri" w:cs="Times New Roman"/>
          <w:szCs w:val="28"/>
        </w:rPr>
        <w:br/>
      </w:r>
      <w:r w:rsidRPr="00F1665B">
        <w:rPr>
          <w:rFonts w:eastAsia="Calibri" w:cs="Times New Roman"/>
          <w:szCs w:val="28"/>
        </w:rPr>
        <w:t>и ответственности, уважении и достоинстве человека, о нравственно</w:t>
      </w:r>
      <w:r>
        <w:rPr>
          <w:rFonts w:eastAsia="Calibri" w:cs="Times New Roman"/>
          <w:szCs w:val="28"/>
        </w:rPr>
        <w:t>-</w:t>
      </w:r>
      <w:r w:rsidRPr="00F1665B">
        <w:rPr>
          <w:rFonts w:eastAsia="Calibri" w:cs="Times New Roman"/>
          <w:szCs w:val="28"/>
        </w:rPr>
        <w:t xml:space="preserve">этических нормах поведения и правилах межличностных отношений, </w:t>
      </w:r>
      <w:r w:rsidRPr="00730F97">
        <w:rPr>
          <w:rFonts w:eastAsia="Calibri" w:cs="Times New Roman"/>
          <w:szCs w:val="28"/>
        </w:rPr>
        <w:t>через работу с учебными текстами;</w:t>
      </w:r>
    </w:p>
    <w:p w14:paraId="5DD5C5C6"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2</w:t>
      </w:r>
      <w:r w:rsidRPr="00730F97">
        <w:rPr>
          <w:rFonts w:eastAsia="Calibri" w:cs="Times New Roman"/>
          <w:szCs w:val="28"/>
          <w:shd w:val="clear" w:color="auto" w:fill="FFFFFF" w:themeFill="background1"/>
        </w:rPr>
        <w:t>) д</w:t>
      </w:r>
      <w:r w:rsidRPr="00730F97">
        <w:rPr>
          <w:rFonts w:eastAsia="Calibri" w:cs="Times New Roman"/>
          <w:szCs w:val="28"/>
        </w:rPr>
        <w:t>уховно</w:t>
      </w:r>
      <w:r>
        <w:rPr>
          <w:rFonts w:eastAsia="Calibri" w:cs="Times New Roman"/>
          <w:szCs w:val="28"/>
        </w:rPr>
        <w:t>-</w:t>
      </w:r>
      <w:r w:rsidRPr="00730F97">
        <w:rPr>
          <w:rFonts w:eastAsia="Calibri" w:cs="Times New Roman"/>
          <w:szCs w:val="28"/>
        </w:rPr>
        <w:t>нравственного воспитания:</w:t>
      </w:r>
    </w:p>
    <w:p w14:paraId="6D112275"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признание индивидуальности каждого человека;</w:t>
      </w:r>
    </w:p>
    <w:p w14:paraId="4563C110"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проявление сопереживания, уважения и доброжелательности (в том числе</w:t>
      </w:r>
      <w:r w:rsidRPr="00730F97">
        <w:rPr>
          <w:rFonts w:eastAsia="Calibri" w:cs="Times New Roman"/>
          <w:szCs w:val="28"/>
        </w:rPr>
        <w:br/>
        <w:t>с использованием адекватных языковых средств для выражения своего состояния</w:t>
      </w:r>
      <w:r w:rsidRPr="00730F97">
        <w:rPr>
          <w:rFonts w:eastAsia="Calibri" w:cs="Times New Roman"/>
          <w:szCs w:val="28"/>
        </w:rPr>
        <w:br/>
        <w:t>и чувств);</w:t>
      </w:r>
    </w:p>
    <w:p w14:paraId="1EF265A5" w14:textId="77777777" w:rsidR="00AF56A5" w:rsidRPr="00F1665B" w:rsidRDefault="00AF56A5" w:rsidP="00AF56A5">
      <w:pPr>
        <w:spacing w:after="0" w:line="240" w:lineRule="auto"/>
        <w:ind w:firstLine="709"/>
        <w:rPr>
          <w:rFonts w:eastAsia="Calibri" w:cs="Times New Roman"/>
          <w:szCs w:val="28"/>
        </w:rPr>
      </w:pPr>
      <w:r w:rsidRPr="00730F97">
        <w:rPr>
          <w:rFonts w:eastAsia="Calibri" w:cs="Times New Roman"/>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543234D2"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3</w:t>
      </w:r>
      <w:r w:rsidRPr="00F1665B">
        <w:rPr>
          <w:rFonts w:eastAsia="Calibri" w:cs="Times New Roman"/>
          <w:szCs w:val="28"/>
          <w:shd w:val="clear" w:color="auto" w:fill="FFFFFF" w:themeFill="background1"/>
        </w:rPr>
        <w:t>) эстетического</w:t>
      </w:r>
      <w:r w:rsidRPr="00F1665B">
        <w:rPr>
          <w:rFonts w:eastAsia="Calibri" w:cs="Times New Roman"/>
          <w:szCs w:val="28"/>
        </w:rPr>
        <w:t xml:space="preserve"> воспитания:</w:t>
      </w:r>
    </w:p>
    <w:p w14:paraId="252139E0"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уважительное отношение и интерес к художественной культуре, восприимчивость к разным видам искусства</w:t>
      </w:r>
      <w:r>
        <w:rPr>
          <w:rFonts w:eastAsia="Calibri" w:cs="Times New Roman"/>
          <w:szCs w:val="28"/>
        </w:rPr>
        <w:t>, традициям и творчеству своего</w:t>
      </w:r>
      <w:r>
        <w:rPr>
          <w:rFonts w:eastAsia="Calibri" w:cs="Times New Roman"/>
          <w:szCs w:val="28"/>
        </w:rPr>
        <w:br/>
      </w:r>
      <w:r w:rsidRPr="00F1665B">
        <w:rPr>
          <w:rFonts w:eastAsia="Calibri" w:cs="Times New Roman"/>
          <w:szCs w:val="28"/>
        </w:rPr>
        <w:t>и других народов;</w:t>
      </w:r>
    </w:p>
    <w:p w14:paraId="06B61B33"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стремление к самовыражению</w:t>
      </w:r>
      <w:r>
        <w:rPr>
          <w:rFonts w:eastAsia="Calibri" w:cs="Times New Roman"/>
          <w:szCs w:val="28"/>
        </w:rPr>
        <w:t xml:space="preserve"> </w:t>
      </w:r>
      <w:r w:rsidRPr="00730F97">
        <w:rPr>
          <w:rFonts w:eastAsia="Calibri" w:cs="Times New Roman"/>
          <w:szCs w:val="28"/>
        </w:rPr>
        <w:t>в искусстве слова; осознание важности родного языка как средства общения и самовыражения;</w:t>
      </w:r>
    </w:p>
    <w:p w14:paraId="133E1852"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4</w:t>
      </w:r>
      <w:r w:rsidRPr="00F1665B">
        <w:rPr>
          <w:rFonts w:eastAsia="Calibri" w:cs="Times New Roman"/>
          <w:szCs w:val="28"/>
          <w:shd w:val="clear" w:color="auto" w:fill="FFFFFF" w:themeFill="background1"/>
        </w:rPr>
        <w:t>) ф</w:t>
      </w:r>
      <w:r w:rsidRPr="00F1665B">
        <w:rPr>
          <w:rFonts w:eastAsia="Calibri" w:cs="Times New Roman"/>
          <w:szCs w:val="28"/>
        </w:rPr>
        <w:t>изического воспитания,</w:t>
      </w:r>
      <w:r>
        <w:rPr>
          <w:rFonts w:eastAsia="Calibri" w:cs="Times New Roman"/>
          <w:szCs w:val="28"/>
        </w:rPr>
        <w:t xml:space="preserve"> формирования культуры здоровья</w:t>
      </w:r>
      <w:r>
        <w:rPr>
          <w:rFonts w:eastAsia="Calibri" w:cs="Times New Roman"/>
          <w:szCs w:val="28"/>
        </w:rPr>
        <w:br/>
      </w:r>
      <w:r w:rsidRPr="00F1665B">
        <w:rPr>
          <w:rFonts w:eastAsia="Calibri" w:cs="Times New Roman"/>
          <w:szCs w:val="28"/>
        </w:rPr>
        <w:t>и эмоционального благополучия:</w:t>
      </w:r>
    </w:p>
    <w:p w14:paraId="5037BC62" w14:textId="77777777" w:rsidR="00AF56A5" w:rsidRPr="00730F97" w:rsidRDefault="00AF56A5" w:rsidP="00AF56A5">
      <w:pPr>
        <w:spacing w:after="0" w:line="240" w:lineRule="auto"/>
        <w:ind w:firstLine="709"/>
        <w:rPr>
          <w:rFonts w:eastAsia="Calibri" w:cs="Times New Roman"/>
          <w:szCs w:val="28"/>
        </w:rPr>
      </w:pPr>
      <w:r w:rsidRPr="00F1665B">
        <w:rPr>
          <w:rFonts w:eastAsia="Calibri" w:cs="Times New Roman"/>
          <w:szCs w:val="28"/>
        </w:rPr>
        <w:t xml:space="preserve">соблюдение правил здорового и безопасного (для себя и других людей) образа жизни в окружающей среде (в том числе информационной) </w:t>
      </w:r>
      <w:r w:rsidRPr="00730F97">
        <w:rPr>
          <w:rFonts w:eastAsia="Calibri" w:cs="Times New Roman"/>
          <w:szCs w:val="28"/>
        </w:rPr>
        <w:t xml:space="preserve">в процессе языкового образования; </w:t>
      </w:r>
    </w:p>
    <w:p w14:paraId="0542D718" w14:textId="77777777" w:rsidR="00AF56A5" w:rsidRPr="00F1665B" w:rsidRDefault="00AF56A5" w:rsidP="00AF56A5">
      <w:pPr>
        <w:spacing w:after="0" w:line="240" w:lineRule="auto"/>
        <w:ind w:firstLine="709"/>
        <w:rPr>
          <w:rFonts w:eastAsia="Calibri" w:cs="Times New Roman"/>
          <w:szCs w:val="28"/>
        </w:rPr>
      </w:pPr>
      <w:r w:rsidRPr="00730F97">
        <w:rPr>
          <w:rFonts w:eastAsia="Calibri" w:cs="Times New Roman"/>
          <w:szCs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70425EE0"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shd w:val="clear" w:color="auto" w:fill="FFFFFF" w:themeFill="background1"/>
        </w:rPr>
        <w:t>5) трудового</w:t>
      </w:r>
      <w:r w:rsidRPr="00F1665B">
        <w:rPr>
          <w:rFonts w:eastAsia="Calibri" w:cs="Times New Roman"/>
          <w:szCs w:val="28"/>
        </w:rPr>
        <w:t xml:space="preserve"> воспитания:</w:t>
      </w:r>
    </w:p>
    <w:p w14:paraId="3D3EA931" w14:textId="77777777" w:rsidR="00AF56A5" w:rsidRPr="00730F97" w:rsidRDefault="00AF56A5" w:rsidP="00AF56A5">
      <w:pPr>
        <w:spacing w:after="0" w:line="240" w:lineRule="auto"/>
        <w:ind w:firstLine="709"/>
        <w:rPr>
          <w:rFonts w:eastAsia="Calibri" w:cs="Times New Roman"/>
          <w:szCs w:val="28"/>
        </w:rPr>
      </w:pPr>
      <w:r w:rsidRPr="00F1665B">
        <w:rPr>
          <w:rFonts w:eastAsia="Calibri" w:cs="Times New Roman"/>
          <w:szCs w:val="28"/>
        </w:rPr>
        <w:t>осознание ценности труда в жизни человека и общества, ответственное потребление и бережное отношение к рез</w:t>
      </w:r>
      <w:r>
        <w:rPr>
          <w:rFonts w:eastAsia="Calibri" w:cs="Times New Roman"/>
          <w:szCs w:val="28"/>
        </w:rPr>
        <w:t>ультатам труда, навыки участия</w:t>
      </w:r>
      <w:r>
        <w:rPr>
          <w:rFonts w:eastAsia="Calibri" w:cs="Times New Roman"/>
          <w:szCs w:val="28"/>
        </w:rPr>
        <w:br/>
      </w:r>
      <w:r w:rsidRPr="00F1665B">
        <w:rPr>
          <w:rFonts w:eastAsia="Calibri" w:cs="Times New Roman"/>
          <w:szCs w:val="28"/>
        </w:rPr>
        <w:lastRenderedPageBreak/>
        <w:t xml:space="preserve">в различных видах трудовой деятельности, интерес к различным </w:t>
      </w:r>
      <w:r>
        <w:rPr>
          <w:rFonts w:eastAsia="Calibri" w:cs="Times New Roman"/>
          <w:szCs w:val="28"/>
        </w:rPr>
        <w:t>профессиям</w:t>
      </w:r>
      <w:r>
        <w:rPr>
          <w:rFonts w:eastAsia="Calibri" w:cs="Times New Roman"/>
          <w:szCs w:val="28"/>
        </w:rPr>
        <w:br/>
      </w:r>
      <w:r w:rsidRPr="00730F97">
        <w:rPr>
          <w:rFonts w:eastAsia="Calibri" w:cs="Times New Roman"/>
          <w:szCs w:val="28"/>
        </w:rPr>
        <w:t>(в том числе через примеры из учебных текстов);</w:t>
      </w:r>
    </w:p>
    <w:p w14:paraId="27ED9358"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6</w:t>
      </w:r>
      <w:r w:rsidRPr="00730F97">
        <w:rPr>
          <w:rFonts w:eastAsia="Calibri" w:cs="Times New Roman"/>
          <w:szCs w:val="28"/>
          <w:shd w:val="clear" w:color="auto" w:fill="FFFFFF" w:themeFill="background1"/>
        </w:rPr>
        <w:t>) э</w:t>
      </w:r>
      <w:r w:rsidRPr="00730F97">
        <w:rPr>
          <w:rFonts w:eastAsia="Calibri" w:cs="Times New Roman"/>
          <w:szCs w:val="28"/>
        </w:rPr>
        <w:t>кологического воспитания:</w:t>
      </w:r>
    </w:p>
    <w:p w14:paraId="603A68F0"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бережное отношение к природе, формируемое в процессе работы</w:t>
      </w:r>
      <w:r w:rsidRPr="00730F97">
        <w:rPr>
          <w:rFonts w:eastAsia="Calibri" w:cs="Times New Roman"/>
          <w:szCs w:val="28"/>
        </w:rPr>
        <w:br/>
        <w:t>над текстами;</w:t>
      </w:r>
    </w:p>
    <w:p w14:paraId="3BD8B473"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неприятие действий, приносящих вред природе;</w:t>
      </w:r>
    </w:p>
    <w:p w14:paraId="038F83E3"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7</w:t>
      </w:r>
      <w:r w:rsidRPr="00730F97">
        <w:rPr>
          <w:rFonts w:eastAsia="Calibri" w:cs="Times New Roman"/>
          <w:szCs w:val="28"/>
          <w:shd w:val="clear" w:color="auto" w:fill="FFFFFF" w:themeFill="background1"/>
        </w:rPr>
        <w:t>) ценности</w:t>
      </w:r>
      <w:r w:rsidRPr="00730F97">
        <w:rPr>
          <w:rFonts w:eastAsia="Calibri" w:cs="Times New Roman"/>
          <w:szCs w:val="28"/>
        </w:rPr>
        <w:t xml:space="preserve"> научного познания:</w:t>
      </w:r>
    </w:p>
    <w:p w14:paraId="33C3425B"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первоначальные представления о научной картине мира (в том числе первоначальные представлени</w:t>
      </w:r>
      <w:r>
        <w:rPr>
          <w:rFonts w:eastAsia="Calibri" w:cs="Times New Roman"/>
          <w:szCs w:val="28"/>
        </w:rPr>
        <w:t>я</w:t>
      </w:r>
      <w:r w:rsidRPr="00730F97">
        <w:rPr>
          <w:rFonts w:eastAsia="Calibri" w:cs="Times New Roman"/>
          <w:szCs w:val="28"/>
        </w:rPr>
        <w:t xml:space="preserve"> о системе родного (</w:t>
      </w:r>
      <w:r>
        <w:rPr>
          <w:rFonts w:eastAsia="Calibri" w:cs="Times New Roman"/>
          <w:szCs w:val="28"/>
        </w:rPr>
        <w:t>татарского</w:t>
      </w:r>
      <w:r w:rsidRPr="00730F97">
        <w:rPr>
          <w:rFonts w:eastAsia="Calibri" w:cs="Times New Roman"/>
          <w:szCs w:val="28"/>
        </w:rPr>
        <w:t>) языка);</w:t>
      </w:r>
    </w:p>
    <w:p w14:paraId="64D55AF3" w14:textId="77777777" w:rsidR="00AF56A5" w:rsidRPr="00F1665B" w:rsidRDefault="00AF56A5" w:rsidP="00AF56A5">
      <w:pPr>
        <w:spacing w:after="0" w:line="240" w:lineRule="auto"/>
        <w:ind w:firstLine="709"/>
        <w:rPr>
          <w:rFonts w:eastAsia="Calibri" w:cs="Times New Roman"/>
          <w:szCs w:val="28"/>
        </w:rPr>
      </w:pPr>
      <w:r w:rsidRPr="00730F97">
        <w:rPr>
          <w:rFonts w:eastAsia="Calibri" w:cs="Times New Roman"/>
          <w:szCs w:val="28"/>
        </w:rPr>
        <w:t>познавательные интересы, активность, инициативность, любознательность</w:t>
      </w:r>
      <w:r w:rsidRPr="00730F97">
        <w:rPr>
          <w:rFonts w:eastAsia="Calibri" w:cs="Times New Roman"/>
          <w:szCs w:val="28"/>
        </w:rPr>
        <w:br/>
        <w:t>и самостоятельность в познании (в том числе познавательный интерес к изучению родного (</w:t>
      </w:r>
      <w:r>
        <w:rPr>
          <w:rFonts w:eastAsia="Calibri" w:cs="Times New Roman"/>
          <w:szCs w:val="28"/>
        </w:rPr>
        <w:t>татарского</w:t>
      </w:r>
      <w:r w:rsidRPr="00730F97">
        <w:rPr>
          <w:rFonts w:eastAsia="Calibri" w:cs="Times New Roman"/>
          <w:szCs w:val="28"/>
        </w:rPr>
        <w:t>) языка).</w:t>
      </w:r>
    </w:p>
    <w:p w14:paraId="680EF777" w14:textId="2DC258DA"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shd w:val="clear" w:color="auto" w:fill="FFFFFF" w:themeFill="background1"/>
        </w:rPr>
        <w:t>2. В</w:t>
      </w:r>
      <w:r w:rsidRPr="00F1665B">
        <w:rPr>
          <w:rFonts w:eastAsia="Calibri" w:cs="Times New Roman"/>
          <w:szCs w:val="28"/>
        </w:rPr>
        <w:t xml:space="preserve"> результате изучения родного (</w:t>
      </w:r>
      <w:r w:rsidRPr="00A7050E">
        <w:rPr>
          <w:rFonts w:eastAsia="Calibri" w:cs="Times New Roman"/>
          <w:szCs w:val="28"/>
        </w:rPr>
        <w:t>татарского)</w:t>
      </w:r>
      <w:r w:rsidRPr="00F1665B">
        <w:rPr>
          <w:rFonts w:eastAsia="Calibri" w:cs="Times New Roman"/>
          <w:szCs w:val="28"/>
        </w:rPr>
        <w:t xml:space="preserve">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r>
        <w:rPr>
          <w:rFonts w:eastAsia="Calibri" w:cs="Times New Roman"/>
          <w:szCs w:val="28"/>
        </w:rPr>
        <w:t xml:space="preserve">умения </w:t>
      </w:r>
      <w:r w:rsidRPr="00F1665B">
        <w:rPr>
          <w:rFonts w:eastAsia="Calibri" w:cs="Times New Roman"/>
          <w:szCs w:val="28"/>
        </w:rPr>
        <w:t>совместн</w:t>
      </w:r>
      <w:r>
        <w:rPr>
          <w:rFonts w:eastAsia="Calibri" w:cs="Times New Roman"/>
          <w:szCs w:val="28"/>
        </w:rPr>
        <w:t>ой</w:t>
      </w:r>
      <w:r w:rsidRPr="00F1665B">
        <w:rPr>
          <w:rFonts w:eastAsia="Calibri" w:cs="Times New Roman"/>
          <w:szCs w:val="28"/>
        </w:rPr>
        <w:t xml:space="preserve"> деятельност</w:t>
      </w:r>
      <w:r>
        <w:rPr>
          <w:rFonts w:eastAsia="Calibri" w:cs="Times New Roman"/>
          <w:szCs w:val="28"/>
        </w:rPr>
        <w:t>и</w:t>
      </w:r>
      <w:r w:rsidRPr="00F1665B">
        <w:rPr>
          <w:rFonts w:eastAsia="Calibri" w:cs="Times New Roman"/>
          <w:szCs w:val="28"/>
        </w:rPr>
        <w:t>.</w:t>
      </w:r>
    </w:p>
    <w:p w14:paraId="21386C3F" w14:textId="6B4122EE"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2.1</w:t>
      </w:r>
      <w:r w:rsidRPr="00F1665B">
        <w:rPr>
          <w:rFonts w:eastAsia="Calibri" w:cs="Times New Roman"/>
          <w:szCs w:val="28"/>
          <w:shd w:val="clear" w:color="auto" w:fill="FFFFFF" w:themeFill="background1"/>
        </w:rPr>
        <w:t>. У</w:t>
      </w:r>
      <w:r w:rsidRPr="00F1665B">
        <w:rPr>
          <w:rFonts w:eastAsia="Calibri" w:cs="Times New Roman"/>
          <w:szCs w:val="28"/>
        </w:rPr>
        <w:t xml:space="preserve"> обучающегося будут сформированы следующие базовые логические действия как часть познавательных универсальных учебных действий:</w:t>
      </w:r>
    </w:p>
    <w:p w14:paraId="0C9D6277"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сравнивать различные языковые е</w:t>
      </w:r>
      <w:r>
        <w:rPr>
          <w:rFonts w:eastAsia="Calibri" w:cs="Times New Roman"/>
          <w:szCs w:val="28"/>
        </w:rPr>
        <w:t>диницы, устанавливать основания</w:t>
      </w:r>
      <w:r>
        <w:rPr>
          <w:rFonts w:eastAsia="Calibri" w:cs="Times New Roman"/>
          <w:szCs w:val="28"/>
        </w:rPr>
        <w:br/>
      </w:r>
      <w:r w:rsidRPr="00F1665B">
        <w:rPr>
          <w:rFonts w:eastAsia="Calibri" w:cs="Times New Roman"/>
          <w:szCs w:val="28"/>
        </w:rPr>
        <w:t>для сравнения языковых единиц, устанавливать аналогии языковых единиц, сравнивать языковые единицы и явления родного (</w:t>
      </w:r>
      <w:r>
        <w:rPr>
          <w:rFonts w:eastAsia="Calibri" w:cs="Times New Roman"/>
          <w:szCs w:val="28"/>
        </w:rPr>
        <w:t>татарского</w:t>
      </w:r>
      <w:r w:rsidRPr="00F1665B">
        <w:rPr>
          <w:rFonts w:eastAsia="Calibri" w:cs="Times New Roman"/>
          <w:szCs w:val="28"/>
        </w:rPr>
        <w:t>) языка с языковыми явлениями русского языка;</w:t>
      </w:r>
    </w:p>
    <w:p w14:paraId="0CD71DD7"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объединять объекты (языковые единицы) по заданному признаку;</w:t>
      </w:r>
    </w:p>
    <w:p w14:paraId="33A073D5"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определять существенный признак для классификации языковых единиц, классифицировать предложенные языковые единицы;</w:t>
      </w:r>
    </w:p>
    <w:p w14:paraId="2D888B18"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находить закономерности и противоречия в языковом материале на основе предложенного учителем алгоритма наблюдения;</w:t>
      </w:r>
    </w:p>
    <w:p w14:paraId="6A4CF3F4"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выявлять недостаток информации для решения учебной и практической задачи на основе предложенного алгоритма;</w:t>
      </w:r>
    </w:p>
    <w:p w14:paraId="2537C87C"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устанавливать причинно</w:t>
      </w:r>
      <w:r>
        <w:rPr>
          <w:rFonts w:eastAsia="Calibri" w:cs="Times New Roman"/>
          <w:szCs w:val="28"/>
        </w:rPr>
        <w:t>-</w:t>
      </w:r>
      <w:r w:rsidRPr="00F1665B">
        <w:rPr>
          <w:rFonts w:eastAsia="Calibri" w:cs="Times New Roman"/>
          <w:szCs w:val="28"/>
        </w:rPr>
        <w:t>следственн</w:t>
      </w:r>
      <w:r>
        <w:rPr>
          <w:rFonts w:eastAsia="Calibri" w:cs="Times New Roman"/>
          <w:szCs w:val="28"/>
        </w:rPr>
        <w:t>ые связи в ситуациях наблюдения</w:t>
      </w:r>
      <w:r>
        <w:rPr>
          <w:rFonts w:eastAsia="Calibri" w:cs="Times New Roman"/>
          <w:szCs w:val="28"/>
        </w:rPr>
        <w:br/>
      </w:r>
      <w:r w:rsidRPr="00F1665B">
        <w:rPr>
          <w:rFonts w:eastAsia="Calibri" w:cs="Times New Roman"/>
          <w:szCs w:val="28"/>
        </w:rPr>
        <w:t>за языковым материалом, делать выводы.</w:t>
      </w:r>
    </w:p>
    <w:p w14:paraId="681305A6" w14:textId="10962ECE" w:rsidR="00AF56A5" w:rsidRDefault="00AF56A5" w:rsidP="00AF56A5">
      <w:pPr>
        <w:spacing w:after="0" w:line="240" w:lineRule="auto"/>
        <w:ind w:firstLine="709"/>
        <w:rPr>
          <w:rFonts w:eastAsia="Calibri" w:cs="Times New Roman"/>
          <w:szCs w:val="28"/>
        </w:rPr>
      </w:pPr>
      <w:r w:rsidRPr="00F1665B">
        <w:rPr>
          <w:rFonts w:eastAsia="Calibri" w:cs="Times New Roman"/>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14:paraId="3CCCB1E2" w14:textId="77777777" w:rsidR="00AF56A5" w:rsidRPr="00F1665B" w:rsidRDefault="00AF56A5" w:rsidP="00AF56A5">
      <w:pPr>
        <w:spacing w:after="0" w:line="240" w:lineRule="auto"/>
        <w:ind w:firstLine="709"/>
        <w:rPr>
          <w:rFonts w:eastAsia="Calibri" w:cs="Times New Roman"/>
          <w:szCs w:val="28"/>
        </w:rPr>
      </w:pPr>
      <w:r w:rsidRPr="00730F97">
        <w:rPr>
          <w:rFonts w:eastAsia="Calibri" w:cs="Times New Roman"/>
          <w:szCs w:val="28"/>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13D0F941"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с помощью учителя формулировать цель, планировать изменения языкового объекта, речевой ситуации;</w:t>
      </w:r>
    </w:p>
    <w:p w14:paraId="52F6F766"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сравнивать несколько вариантов решения задачи, выбирать наиболее подходящий (на основе предложенных критериев);</w:t>
      </w:r>
    </w:p>
    <w:p w14:paraId="677DD427"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lastRenderedPageBreak/>
        <w:t>выполнять по предложенному плану проектное задание;</w:t>
      </w:r>
    </w:p>
    <w:p w14:paraId="6140BCAD"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формулировать выводы и подкреплять их доказательствами на основе результатов провед</w:t>
      </w:r>
      <w:r>
        <w:rPr>
          <w:rFonts w:eastAsia="Calibri" w:cs="Times New Roman"/>
          <w:szCs w:val="28"/>
        </w:rPr>
        <w:t>ё</w:t>
      </w:r>
      <w:r w:rsidRPr="00F1665B">
        <w:rPr>
          <w:rFonts w:eastAsia="Calibri" w:cs="Times New Roman"/>
          <w:szCs w:val="28"/>
        </w:rPr>
        <w:t>нного наблюдения за языковым материалом (классификации, сравнения, исследования);</w:t>
      </w:r>
    </w:p>
    <w:p w14:paraId="0B9310E4"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прогнозировать возможное развитие проц</w:t>
      </w:r>
      <w:r>
        <w:rPr>
          <w:rFonts w:eastAsia="Calibri" w:cs="Times New Roman"/>
          <w:szCs w:val="28"/>
        </w:rPr>
        <w:t>ессов, событий и их последствия</w:t>
      </w:r>
      <w:r>
        <w:rPr>
          <w:rFonts w:eastAsia="Calibri" w:cs="Times New Roman"/>
          <w:szCs w:val="28"/>
        </w:rPr>
        <w:br/>
      </w:r>
      <w:r w:rsidRPr="00F1665B">
        <w:rPr>
          <w:rFonts w:eastAsia="Calibri" w:cs="Times New Roman"/>
          <w:szCs w:val="28"/>
        </w:rPr>
        <w:t>в аналогичных или сходных ситуациях.</w:t>
      </w:r>
    </w:p>
    <w:p w14:paraId="23FBBEB7" w14:textId="7946ACC1"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2.</w:t>
      </w:r>
      <w:r w:rsidRPr="00F1665B">
        <w:rPr>
          <w:rFonts w:eastAsia="Calibri" w:cs="Times New Roman"/>
          <w:szCs w:val="28"/>
          <w:shd w:val="clear" w:color="auto" w:fill="FFFFFF" w:themeFill="background1"/>
        </w:rPr>
        <w:t>3. У обучающегося</w:t>
      </w:r>
      <w:r w:rsidRPr="00F1665B">
        <w:rPr>
          <w:rFonts w:eastAsia="Calibri" w:cs="Times New Roman"/>
          <w:szCs w:val="28"/>
        </w:rPr>
        <w:t xml:space="preserve"> будут сформир</w:t>
      </w:r>
      <w:r>
        <w:rPr>
          <w:rFonts w:eastAsia="Calibri" w:cs="Times New Roman"/>
          <w:szCs w:val="28"/>
        </w:rPr>
        <w:t>ованы следующие умения работать</w:t>
      </w:r>
      <w:r>
        <w:rPr>
          <w:rFonts w:eastAsia="Calibri" w:cs="Times New Roman"/>
          <w:szCs w:val="28"/>
        </w:rPr>
        <w:br/>
      </w:r>
      <w:r w:rsidRPr="00F1665B">
        <w:rPr>
          <w:rFonts w:eastAsia="Calibri" w:cs="Times New Roman"/>
          <w:szCs w:val="28"/>
        </w:rPr>
        <w:t>с информацией как часть познавательных универсальных учебных действий:</w:t>
      </w:r>
    </w:p>
    <w:p w14:paraId="0BD03BB0"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выбирать источник получения информации: словарь, справочник;</w:t>
      </w:r>
    </w:p>
    <w:p w14:paraId="4E8E942C"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согласно заданному алгоритму находить в предложенном источнике (словаре, справочнике) информацию, представленную в явном виде;</w:t>
      </w:r>
    </w:p>
    <w:p w14:paraId="4ED72F87"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распознавать достоверную и недостов</w:t>
      </w:r>
      <w:r>
        <w:rPr>
          <w:rFonts w:eastAsia="Calibri" w:cs="Times New Roman"/>
          <w:szCs w:val="28"/>
        </w:rPr>
        <w:t>ерную информацию самостоятельно</w:t>
      </w:r>
      <w:r>
        <w:rPr>
          <w:rFonts w:eastAsia="Calibri" w:cs="Times New Roman"/>
          <w:szCs w:val="28"/>
        </w:rPr>
        <w:br/>
      </w:r>
      <w:r w:rsidRPr="00F1665B">
        <w:rPr>
          <w:rFonts w:eastAsia="Calibri" w:cs="Times New Roman"/>
          <w:szCs w:val="28"/>
        </w:rPr>
        <w:t>или на основании предложенного учителем способа е</w:t>
      </w:r>
      <w:r>
        <w:rPr>
          <w:rFonts w:eastAsia="Calibri" w:cs="Times New Roman"/>
          <w:szCs w:val="28"/>
        </w:rPr>
        <w:t>ё</w:t>
      </w:r>
      <w:r w:rsidRPr="00F1665B">
        <w:rPr>
          <w:rFonts w:eastAsia="Calibri" w:cs="Times New Roman"/>
          <w:szCs w:val="28"/>
        </w:rPr>
        <w:t xml:space="preserve"> проверки (с помощью словарей, справочников);</w:t>
      </w:r>
    </w:p>
    <w:p w14:paraId="30473C30"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соблюдать с помощью взрослых (учителей, родителей, законных представителей) правила информационной безопасности при поиск</w:t>
      </w:r>
      <w:r>
        <w:rPr>
          <w:rFonts w:eastAsia="Calibri" w:cs="Times New Roman"/>
          <w:szCs w:val="28"/>
        </w:rPr>
        <w:t>е информации</w:t>
      </w:r>
      <w:r>
        <w:rPr>
          <w:rFonts w:eastAsia="Calibri" w:cs="Times New Roman"/>
          <w:szCs w:val="28"/>
        </w:rPr>
        <w:br/>
      </w:r>
      <w:r w:rsidRPr="00F1665B">
        <w:rPr>
          <w:rFonts w:eastAsia="Calibri" w:cs="Times New Roman"/>
          <w:szCs w:val="28"/>
        </w:rPr>
        <w:t>в информационно</w:t>
      </w:r>
      <w:r>
        <w:rPr>
          <w:rFonts w:eastAsia="Calibri" w:cs="Times New Roman"/>
          <w:szCs w:val="28"/>
        </w:rPr>
        <w:t>-</w:t>
      </w:r>
      <w:r w:rsidRPr="00F1665B">
        <w:rPr>
          <w:rFonts w:eastAsia="Calibri" w:cs="Times New Roman"/>
          <w:szCs w:val="28"/>
        </w:rPr>
        <w:t>телекоммуникацион</w:t>
      </w:r>
      <w:r>
        <w:rPr>
          <w:rFonts w:eastAsia="Calibri" w:cs="Times New Roman"/>
          <w:szCs w:val="28"/>
        </w:rPr>
        <w:t>ной сети «Интернет» (информации</w:t>
      </w:r>
      <w:r>
        <w:rPr>
          <w:rFonts w:eastAsia="Calibri" w:cs="Times New Roman"/>
          <w:szCs w:val="28"/>
        </w:rPr>
        <w:br/>
      </w:r>
      <w:r w:rsidRPr="00F1665B">
        <w:rPr>
          <w:rFonts w:eastAsia="Calibri" w:cs="Times New Roman"/>
          <w:szCs w:val="28"/>
        </w:rPr>
        <w:t>о написании и произношении слова, о значени</w:t>
      </w:r>
      <w:r>
        <w:rPr>
          <w:rFonts w:eastAsia="Calibri" w:cs="Times New Roman"/>
          <w:szCs w:val="28"/>
        </w:rPr>
        <w:t>и слова, о происхождении слова,</w:t>
      </w:r>
      <w:r>
        <w:rPr>
          <w:rFonts w:eastAsia="Calibri" w:cs="Times New Roman"/>
          <w:szCs w:val="28"/>
        </w:rPr>
        <w:br/>
      </w:r>
      <w:r w:rsidRPr="00F1665B">
        <w:rPr>
          <w:rFonts w:eastAsia="Calibri" w:cs="Times New Roman"/>
          <w:szCs w:val="28"/>
        </w:rPr>
        <w:t>о синонимах слова);</w:t>
      </w:r>
    </w:p>
    <w:p w14:paraId="37DCD7BA"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анализировать и создавать текстовую, видео</w:t>
      </w:r>
      <w:r>
        <w:rPr>
          <w:rFonts w:eastAsia="Calibri" w:cs="Times New Roman"/>
          <w:szCs w:val="28"/>
        </w:rPr>
        <w:t>-</w:t>
      </w:r>
      <w:r w:rsidRPr="00F1665B">
        <w:rPr>
          <w:rFonts w:eastAsia="Calibri" w:cs="Times New Roman"/>
          <w:szCs w:val="28"/>
        </w:rPr>
        <w:t>, графическую, звуковую информацию в соответствии с учебной задачей;</w:t>
      </w:r>
    </w:p>
    <w:p w14:paraId="2E4CCFB1" w14:textId="77777777" w:rsidR="00AF56A5" w:rsidRPr="00F1665B" w:rsidRDefault="00AF56A5" w:rsidP="00AF56A5">
      <w:pPr>
        <w:spacing w:after="0" w:line="240" w:lineRule="auto"/>
        <w:ind w:firstLine="709"/>
        <w:rPr>
          <w:rFonts w:eastAsia="Calibri" w:cs="Times New Roman"/>
          <w:szCs w:val="28"/>
        </w:rPr>
      </w:pPr>
      <w:r w:rsidRPr="00D9330A">
        <w:rPr>
          <w:rFonts w:eastAsia="Calibri" w:cs="Times New Roman"/>
          <w:szCs w:val="28"/>
        </w:rPr>
        <w:t>самостоятельно создавать схемы, таблицы для представл</w:t>
      </w:r>
      <w:r>
        <w:rPr>
          <w:rFonts w:eastAsia="Calibri" w:cs="Times New Roman"/>
          <w:szCs w:val="28"/>
        </w:rPr>
        <w:t>ения лингвистической информации,</w:t>
      </w:r>
      <w:r w:rsidRPr="00D9330A">
        <w:rPr>
          <w:rFonts w:eastAsia="Calibri" w:cs="Times New Roman"/>
          <w:szCs w:val="28"/>
        </w:rPr>
        <w:t xml:space="preserve"> понимать лингвистическую информацию, зафиксированную в виде таблиц, схем.</w:t>
      </w:r>
    </w:p>
    <w:p w14:paraId="53C879F7" w14:textId="26C380C5"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2.</w:t>
      </w:r>
      <w:r w:rsidRPr="00F1665B">
        <w:rPr>
          <w:rFonts w:eastAsia="Calibri" w:cs="Times New Roman"/>
          <w:szCs w:val="28"/>
          <w:shd w:val="clear" w:color="auto" w:fill="FFFFFF" w:themeFill="background1"/>
        </w:rPr>
        <w:t>4. У</w:t>
      </w:r>
      <w:r w:rsidRPr="00F1665B">
        <w:rPr>
          <w:rFonts w:eastAsia="Calibri" w:cs="Times New Roman"/>
          <w:szCs w:val="28"/>
        </w:rPr>
        <w:t xml:space="preserve"> обучающегося будут сформи</w:t>
      </w:r>
      <w:r>
        <w:rPr>
          <w:rFonts w:eastAsia="Calibri" w:cs="Times New Roman"/>
          <w:szCs w:val="28"/>
        </w:rPr>
        <w:t>рованы следующие умения общения</w:t>
      </w:r>
      <w:r>
        <w:rPr>
          <w:rFonts w:eastAsia="Calibri" w:cs="Times New Roman"/>
          <w:szCs w:val="28"/>
        </w:rPr>
        <w:br/>
      </w:r>
      <w:r w:rsidRPr="00F1665B">
        <w:rPr>
          <w:rFonts w:eastAsia="Calibri" w:cs="Times New Roman"/>
          <w:szCs w:val="28"/>
        </w:rPr>
        <w:t>как часть коммуникативных универсальных учебных действий:</w:t>
      </w:r>
    </w:p>
    <w:p w14:paraId="4CFBC934"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воспринимать и формулировать суждения,</w:t>
      </w:r>
      <w:r>
        <w:rPr>
          <w:rFonts w:eastAsia="Calibri" w:cs="Times New Roman"/>
          <w:szCs w:val="28"/>
        </w:rPr>
        <w:t xml:space="preserve"> выражать эмоции в соответствии</w:t>
      </w:r>
      <w:r>
        <w:rPr>
          <w:rFonts w:eastAsia="Calibri" w:cs="Times New Roman"/>
          <w:szCs w:val="28"/>
        </w:rPr>
        <w:br/>
      </w:r>
      <w:r w:rsidRPr="00F1665B">
        <w:rPr>
          <w:rFonts w:eastAsia="Calibri" w:cs="Times New Roman"/>
          <w:szCs w:val="28"/>
        </w:rPr>
        <w:t>с целями и условиями общения в знакомой среде;</w:t>
      </w:r>
    </w:p>
    <w:p w14:paraId="7262ACE0"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проявлять уважительное отношение к собеседнику, соблюдать правила ведения диалога и дискуссии;</w:t>
      </w:r>
    </w:p>
    <w:p w14:paraId="4E8EF72C"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признавать возможность существования разных точек зрения;</w:t>
      </w:r>
    </w:p>
    <w:p w14:paraId="5DAD3F1B"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корректно и аргументированно высказывать сво</w:t>
      </w:r>
      <w:r>
        <w:rPr>
          <w:rFonts w:eastAsia="Calibri" w:cs="Times New Roman"/>
          <w:szCs w:val="28"/>
        </w:rPr>
        <w:t>ё</w:t>
      </w:r>
      <w:r w:rsidRPr="00730F97">
        <w:rPr>
          <w:rFonts w:eastAsia="Calibri" w:cs="Times New Roman"/>
          <w:szCs w:val="28"/>
        </w:rPr>
        <w:t xml:space="preserve"> мнение;</w:t>
      </w:r>
    </w:p>
    <w:p w14:paraId="5A5ACCC4"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строить речевое высказывание в соответствии с поставленной задачей;</w:t>
      </w:r>
    </w:p>
    <w:p w14:paraId="686E72DD" w14:textId="77777777" w:rsidR="00AF56A5" w:rsidRPr="00730F97" w:rsidRDefault="00AF56A5" w:rsidP="00AF56A5">
      <w:pPr>
        <w:spacing w:after="0" w:line="240" w:lineRule="auto"/>
        <w:ind w:firstLine="709"/>
        <w:rPr>
          <w:rFonts w:eastAsia="Calibri" w:cs="Times New Roman"/>
          <w:szCs w:val="28"/>
        </w:rPr>
      </w:pPr>
      <w:r w:rsidRPr="00730F97">
        <w:rPr>
          <w:rFonts w:eastAsia="Calibri" w:cs="Times New Roman"/>
          <w:szCs w:val="28"/>
        </w:rPr>
        <w:t>создавать устные и письменные тексты (описание, рассуждение, повествование);</w:t>
      </w:r>
    </w:p>
    <w:p w14:paraId="70396532" w14:textId="77777777" w:rsidR="00AF56A5" w:rsidRDefault="00AF56A5" w:rsidP="00AF56A5">
      <w:pPr>
        <w:spacing w:after="0" w:line="240" w:lineRule="auto"/>
        <w:ind w:firstLine="709"/>
        <w:rPr>
          <w:rFonts w:eastAsia="Calibri" w:cs="Times New Roman"/>
          <w:szCs w:val="28"/>
        </w:rPr>
      </w:pPr>
      <w:r w:rsidRPr="00730F97">
        <w:rPr>
          <w:rFonts w:eastAsia="Calibri" w:cs="Times New Roman"/>
          <w:szCs w:val="28"/>
        </w:rPr>
        <w:t>готовить</w:t>
      </w:r>
      <w:r w:rsidRPr="00F1665B">
        <w:rPr>
          <w:rFonts w:eastAsia="Calibri" w:cs="Times New Roman"/>
          <w:szCs w:val="28"/>
        </w:rPr>
        <w:t xml:space="preserve"> н</w:t>
      </w:r>
      <w:r>
        <w:rPr>
          <w:rFonts w:eastAsia="Calibri" w:cs="Times New Roman"/>
          <w:szCs w:val="28"/>
        </w:rPr>
        <w:t>ебольшие публичные выступления;</w:t>
      </w:r>
    </w:p>
    <w:p w14:paraId="64EC11FE"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подбирать иллюстративный материал (рисунки, фото, плакаты) к тексту выступления.</w:t>
      </w:r>
    </w:p>
    <w:p w14:paraId="4F7B2D97" w14:textId="16047DDE" w:rsidR="00AF56A5" w:rsidRPr="00F1665B" w:rsidRDefault="00AF56A5" w:rsidP="00AF56A5">
      <w:pPr>
        <w:spacing w:after="0" w:line="240" w:lineRule="auto"/>
        <w:ind w:firstLine="709"/>
        <w:rPr>
          <w:rFonts w:eastAsia="Calibri" w:cs="Times New Roman"/>
          <w:szCs w:val="28"/>
        </w:rPr>
      </w:pPr>
      <w:r>
        <w:rPr>
          <w:rFonts w:eastAsia="Calibri" w:cs="Times New Roman"/>
          <w:szCs w:val="28"/>
        </w:rPr>
        <w:lastRenderedPageBreak/>
        <w:t>2.5. </w:t>
      </w:r>
      <w:r w:rsidRPr="00F1665B">
        <w:rPr>
          <w:rFonts w:eastAsia="Calibri" w:cs="Times New Roman"/>
          <w:szCs w:val="28"/>
        </w:rPr>
        <w:t>У обучающегося будут сформированы следующие умения самоорганизации как части регулятивных универсальных учебных действий:</w:t>
      </w:r>
    </w:p>
    <w:p w14:paraId="4390DE69"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планировать действия по решению учебной задачи для получения результата;</w:t>
      </w:r>
    </w:p>
    <w:p w14:paraId="27B132D8"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выстраивать последовательность выбранных действий.</w:t>
      </w:r>
    </w:p>
    <w:p w14:paraId="53F853FF" w14:textId="24B96F17" w:rsidR="00AF56A5" w:rsidRPr="00F1665B" w:rsidRDefault="00AF56A5" w:rsidP="00AF56A5">
      <w:pPr>
        <w:spacing w:after="0" w:line="240" w:lineRule="auto"/>
        <w:ind w:firstLine="709"/>
        <w:rPr>
          <w:rFonts w:eastAsia="Calibri" w:cs="Times New Roman"/>
          <w:szCs w:val="28"/>
        </w:rPr>
      </w:pPr>
      <w:r>
        <w:rPr>
          <w:rFonts w:eastAsia="Calibri" w:cs="Times New Roman"/>
          <w:szCs w:val="28"/>
        </w:rPr>
        <w:t>2.6</w:t>
      </w:r>
      <w:r w:rsidRPr="00F1665B">
        <w:rPr>
          <w:rFonts w:eastAsia="Calibri" w:cs="Times New Roman"/>
          <w:szCs w:val="28"/>
          <w:shd w:val="clear" w:color="auto" w:fill="FFFFFF" w:themeFill="background1"/>
        </w:rPr>
        <w:t>. </w:t>
      </w:r>
      <w:r w:rsidRPr="00F1665B">
        <w:rPr>
          <w:rFonts w:eastAsia="Calibri" w:cs="Times New Roman"/>
          <w:szCs w:val="28"/>
        </w:rPr>
        <w:t>У обучающегося будут сформированы следующие умения самоконтроля как части регулятивных универсальных учебных действий:</w:t>
      </w:r>
    </w:p>
    <w:p w14:paraId="78BB3B12"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устанавливать причины успеха (неудач) учебной деятельности;</w:t>
      </w:r>
    </w:p>
    <w:p w14:paraId="41D60EC9" w14:textId="77777777" w:rsidR="00AF56A5" w:rsidRDefault="00AF56A5" w:rsidP="00AF56A5">
      <w:pPr>
        <w:spacing w:after="0" w:line="240" w:lineRule="auto"/>
        <w:ind w:firstLine="709"/>
        <w:rPr>
          <w:rFonts w:eastAsia="Calibri" w:cs="Times New Roman"/>
          <w:szCs w:val="28"/>
        </w:rPr>
      </w:pPr>
      <w:r w:rsidRPr="00F1665B">
        <w:rPr>
          <w:rFonts w:eastAsia="Calibri" w:cs="Times New Roman"/>
          <w:szCs w:val="28"/>
        </w:rPr>
        <w:t>корректировать свои учебные д</w:t>
      </w:r>
      <w:r>
        <w:rPr>
          <w:rFonts w:eastAsia="Calibri" w:cs="Times New Roman"/>
          <w:szCs w:val="28"/>
        </w:rPr>
        <w:t>ействия для преодоления речевых</w:t>
      </w:r>
      <w:r>
        <w:rPr>
          <w:rFonts w:eastAsia="Calibri" w:cs="Times New Roman"/>
          <w:szCs w:val="28"/>
        </w:rPr>
        <w:br/>
      </w:r>
      <w:r w:rsidRPr="00F1665B">
        <w:rPr>
          <w:rFonts w:eastAsia="Calibri" w:cs="Times New Roman"/>
          <w:szCs w:val="28"/>
        </w:rPr>
        <w:t>и орфографических ошибок.</w:t>
      </w:r>
    </w:p>
    <w:p w14:paraId="4C020890" w14:textId="231B273F" w:rsidR="00AF56A5" w:rsidRPr="00F1665B" w:rsidRDefault="00AF56A5" w:rsidP="00AF56A5">
      <w:pPr>
        <w:spacing w:after="0" w:line="240" w:lineRule="auto"/>
        <w:ind w:firstLine="709"/>
        <w:rPr>
          <w:rFonts w:eastAsia="Calibri" w:cs="Times New Roman"/>
          <w:szCs w:val="28"/>
        </w:rPr>
      </w:pPr>
      <w:r>
        <w:rPr>
          <w:rFonts w:eastAsia="Calibri" w:cs="Times New Roman"/>
          <w:szCs w:val="28"/>
        </w:rPr>
        <w:t>2.7</w:t>
      </w:r>
      <w:r w:rsidRPr="00F1665B">
        <w:rPr>
          <w:rFonts w:eastAsia="Calibri" w:cs="Times New Roman"/>
          <w:szCs w:val="28"/>
          <w:shd w:val="clear" w:color="auto" w:fill="FFFFFF" w:themeFill="background1"/>
        </w:rPr>
        <w:t>. </w:t>
      </w:r>
      <w:r w:rsidRPr="00F1665B">
        <w:rPr>
          <w:rFonts w:eastAsia="Calibri" w:cs="Times New Roman"/>
          <w:szCs w:val="28"/>
        </w:rPr>
        <w:t>У обучающегося будут сформированы следующие умения совместной деятельности:</w:t>
      </w:r>
    </w:p>
    <w:p w14:paraId="050F6A76"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формулировать краткосрочные и до</w:t>
      </w:r>
      <w:r>
        <w:rPr>
          <w:rFonts w:eastAsia="Calibri" w:cs="Times New Roman"/>
          <w:szCs w:val="28"/>
        </w:rPr>
        <w:t>лгосрочные цели (индивидуальные</w:t>
      </w:r>
      <w:r>
        <w:rPr>
          <w:rFonts w:eastAsia="Calibri" w:cs="Times New Roman"/>
          <w:szCs w:val="28"/>
        </w:rPr>
        <w:br/>
      </w:r>
      <w:r w:rsidRPr="00F1665B">
        <w:rPr>
          <w:rFonts w:eastAsia="Calibri" w:cs="Times New Roman"/>
          <w:szCs w:val="28"/>
        </w:rPr>
        <w:t>с уч</w:t>
      </w:r>
      <w:r>
        <w:rPr>
          <w:rFonts w:eastAsia="Calibri" w:cs="Times New Roman"/>
          <w:szCs w:val="28"/>
        </w:rPr>
        <w:t>ё</w:t>
      </w:r>
      <w:r w:rsidRPr="00F1665B">
        <w:rPr>
          <w:rFonts w:eastAsia="Calibri" w:cs="Times New Roman"/>
          <w:szCs w:val="28"/>
        </w:rPr>
        <w:t>том участия в коллективных задачах) в</w:t>
      </w:r>
      <w:r>
        <w:rPr>
          <w:rFonts w:eastAsia="Calibri" w:cs="Times New Roman"/>
          <w:szCs w:val="28"/>
        </w:rPr>
        <w:t xml:space="preserve"> стандартной (типовой) ситуации</w:t>
      </w:r>
      <w:r>
        <w:rPr>
          <w:rFonts w:eastAsia="Calibri" w:cs="Times New Roman"/>
          <w:szCs w:val="28"/>
        </w:rPr>
        <w:br/>
      </w:r>
      <w:r w:rsidRPr="00F1665B">
        <w:rPr>
          <w:rFonts w:eastAsia="Calibri" w:cs="Times New Roman"/>
          <w:szCs w:val="28"/>
        </w:rPr>
        <w:t>на основе предложенного формата планирования, распределения промежуточных шагов и сроков;</w:t>
      </w:r>
    </w:p>
    <w:p w14:paraId="3B73E4CB"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принимать цель совместной деятельности, коллективно выстраивать действия по е</w:t>
      </w:r>
      <w:r>
        <w:rPr>
          <w:rFonts w:eastAsia="Calibri" w:cs="Times New Roman"/>
          <w:szCs w:val="28"/>
        </w:rPr>
        <w:t>ё</w:t>
      </w:r>
      <w:r w:rsidRPr="00F1665B">
        <w:rPr>
          <w:rFonts w:eastAsia="Calibri" w:cs="Times New Roman"/>
          <w:szCs w:val="28"/>
        </w:rPr>
        <w:t xml:space="preserve"> достижению (распределять роли, до</w:t>
      </w:r>
      <w:r>
        <w:rPr>
          <w:rFonts w:eastAsia="Calibri" w:cs="Times New Roman"/>
          <w:szCs w:val="28"/>
        </w:rPr>
        <w:t>говариваться, обсуждать процесс</w:t>
      </w:r>
      <w:r>
        <w:rPr>
          <w:rFonts w:eastAsia="Calibri" w:cs="Times New Roman"/>
          <w:szCs w:val="28"/>
        </w:rPr>
        <w:br/>
      </w:r>
      <w:r w:rsidRPr="00F1665B">
        <w:rPr>
          <w:rFonts w:eastAsia="Calibri" w:cs="Times New Roman"/>
          <w:szCs w:val="28"/>
        </w:rPr>
        <w:t>и результат совместной работы);</w:t>
      </w:r>
    </w:p>
    <w:p w14:paraId="681D14DD"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проявлять готовность руководить, выполнять поручения, подчиняться;</w:t>
      </w:r>
    </w:p>
    <w:p w14:paraId="3EB64950"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ответственно выполнять свою часть работы;</w:t>
      </w:r>
    </w:p>
    <w:p w14:paraId="72275288"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оценивать свой вклад в общий результат;</w:t>
      </w:r>
    </w:p>
    <w:p w14:paraId="69962EC1" w14:textId="77777777" w:rsidR="00AF56A5" w:rsidRPr="00F1665B" w:rsidRDefault="00AF56A5" w:rsidP="00AF56A5">
      <w:pPr>
        <w:spacing w:after="0" w:line="240" w:lineRule="auto"/>
        <w:ind w:firstLine="709"/>
        <w:rPr>
          <w:rFonts w:eastAsia="Calibri" w:cs="Times New Roman"/>
          <w:szCs w:val="28"/>
        </w:rPr>
      </w:pPr>
      <w:r w:rsidRPr="00F1665B">
        <w:rPr>
          <w:rFonts w:eastAsia="Calibri" w:cs="Times New Roman"/>
          <w:szCs w:val="28"/>
        </w:rPr>
        <w:t>выполнять совместные проектные задания с опорой на предложенные образцы.</w:t>
      </w:r>
    </w:p>
    <w:p w14:paraId="418C8BFD" w14:textId="4383BCB2" w:rsidR="00AF56A5" w:rsidRDefault="00AF56A5" w:rsidP="00B42D48">
      <w:pPr>
        <w:spacing w:after="0" w:line="240" w:lineRule="auto"/>
        <w:ind w:firstLine="709"/>
        <w:jc w:val="center"/>
        <w:rPr>
          <w:rFonts w:eastAsia="Calibri" w:cs="Times New Roman"/>
          <w:szCs w:val="28"/>
        </w:rPr>
      </w:pPr>
      <w:r w:rsidRPr="00D9330A">
        <w:rPr>
          <w:rFonts w:eastAsia="Calibri" w:cs="Times New Roman"/>
          <w:szCs w:val="28"/>
        </w:rPr>
        <w:t>3</w:t>
      </w:r>
      <w:r w:rsidRPr="00D9330A">
        <w:rPr>
          <w:rFonts w:eastAsia="Calibri" w:cs="Times New Roman"/>
          <w:szCs w:val="28"/>
          <w:shd w:val="clear" w:color="auto" w:fill="FFFFFF" w:themeFill="background1"/>
        </w:rPr>
        <w:t>. </w:t>
      </w:r>
      <w:r w:rsidRPr="00B42D48">
        <w:rPr>
          <w:rFonts w:eastAsia="Calibri" w:cs="Times New Roman"/>
          <w:b/>
          <w:szCs w:val="28"/>
          <w:shd w:val="clear" w:color="auto" w:fill="FFFFFF" w:themeFill="background1"/>
        </w:rPr>
        <w:t>П</w:t>
      </w:r>
      <w:r w:rsidRPr="00B42D48">
        <w:rPr>
          <w:rFonts w:eastAsia="Calibri" w:cs="Times New Roman"/>
          <w:b/>
          <w:szCs w:val="28"/>
        </w:rPr>
        <w:t>редметные результаты изучения родного (татарского) языка. К концу обучения в 1 классе обучающийся научится:</w:t>
      </w:r>
    </w:p>
    <w:p w14:paraId="47E335A3"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Malgun Gothic" w:cs="Malgun Gothic"/>
          <w:bCs/>
          <w:color w:val="000000"/>
          <w:spacing w:val="4"/>
          <w:szCs w:val="28"/>
          <w:shd w:val="clear" w:color="auto" w:fill="FFFFFF"/>
          <w:lang w:eastAsia="ru-RU"/>
        </w:rPr>
        <w:t xml:space="preserve">воспроизводить </w:t>
      </w:r>
      <w:r w:rsidRPr="00F250C0">
        <w:rPr>
          <w:rFonts w:eastAsia="Malgun Gothic" w:cs="Malgun Gothic"/>
          <w:color w:val="000000"/>
          <w:spacing w:val="3"/>
          <w:szCs w:val="28"/>
          <w:shd w:val="clear" w:color="auto" w:fill="FFFFFF"/>
        </w:rPr>
        <w:t>звуковую форму слова по его буквенной записи;</w:t>
      </w:r>
    </w:p>
    <w:p w14:paraId="728D880D"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Malgun Gothic" w:cs="Malgun Gothic"/>
          <w:color w:val="000000"/>
          <w:spacing w:val="3"/>
          <w:szCs w:val="28"/>
          <w:shd w:val="clear" w:color="auto" w:fill="FFFFFF"/>
        </w:rPr>
        <w:t>рассказывать о себе, друзьях</w:t>
      </w:r>
      <w:r>
        <w:rPr>
          <w:rFonts w:eastAsia="Malgun Gothic" w:cs="Malgun Gothic"/>
          <w:color w:val="000000"/>
          <w:spacing w:val="3"/>
          <w:szCs w:val="28"/>
          <w:shd w:val="clear" w:color="auto" w:fill="FFFFFF"/>
        </w:rPr>
        <w:t>;</w:t>
      </w:r>
    </w:p>
    <w:p w14:paraId="3AA952C2"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Malgun Gothic" w:cs="Times New Roman"/>
          <w:spacing w:val="3"/>
          <w:szCs w:val="28"/>
          <w:lang w:val="tt-RU"/>
        </w:rPr>
        <w:t xml:space="preserve">соблюдать орфоэпические и интонационные нормы татарского языка </w:t>
      </w:r>
      <w:r>
        <w:rPr>
          <w:rFonts w:eastAsia="Malgun Gothic" w:cs="Times New Roman"/>
          <w:spacing w:val="3"/>
          <w:szCs w:val="28"/>
          <w:lang w:val="tt-RU"/>
        </w:rPr>
        <w:br/>
      </w:r>
      <w:r w:rsidRPr="00F250C0">
        <w:rPr>
          <w:rFonts w:eastAsia="Malgun Gothic" w:cs="Times New Roman"/>
          <w:spacing w:val="3"/>
          <w:szCs w:val="28"/>
          <w:lang w:val="tt-RU"/>
        </w:rPr>
        <w:t xml:space="preserve">в устной и письменной речи; </w:t>
      </w:r>
    </w:p>
    <w:p w14:paraId="0CD8B605"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читать целыми словами со скоростью, соответствующей индивидуальному темпу обучающегося; </w:t>
      </w:r>
    </w:p>
    <w:p w14:paraId="70CB939D"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владеть начертанием письменных прописных и строчных букв;</w:t>
      </w:r>
    </w:p>
    <w:p w14:paraId="4CEAD7E9"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lang w:val="tt-RU"/>
        </w:rPr>
        <w:t>правильно</w:t>
      </w:r>
      <w:r w:rsidRPr="00F250C0">
        <w:rPr>
          <w:rFonts w:eastAsia="Calibri" w:cs="Times New Roman"/>
          <w:szCs w:val="28"/>
        </w:rPr>
        <w:t xml:space="preserve"> списывать слова и предложения; </w:t>
      </w:r>
    </w:p>
    <w:p w14:paraId="6869D272" w14:textId="77777777" w:rsidR="00AF56A5" w:rsidRPr="00F250C0" w:rsidRDefault="00AF56A5" w:rsidP="00AF56A5">
      <w:pPr>
        <w:widowControl w:val="0"/>
        <w:tabs>
          <w:tab w:val="left" w:pos="0"/>
          <w:tab w:val="left" w:pos="1134"/>
        </w:tabs>
        <w:spacing w:after="0" w:line="240" w:lineRule="auto"/>
        <w:ind w:firstLine="709"/>
        <w:rPr>
          <w:rFonts w:eastAsia="Malgun Gothic" w:cs="Malgun Gothic"/>
          <w:color w:val="000000"/>
          <w:spacing w:val="3"/>
          <w:szCs w:val="28"/>
          <w:shd w:val="clear" w:color="auto" w:fill="FFFFFF"/>
          <w:lang w:val="tt-RU"/>
        </w:rPr>
      </w:pPr>
      <w:r w:rsidRPr="00F250C0">
        <w:rPr>
          <w:rFonts w:eastAsia="Calibri" w:cs="Times New Roman"/>
          <w:szCs w:val="28"/>
        </w:rPr>
        <w:t>писать буквы, буквосочетания, слоги, слова, предложения с соблюдением гигиенических норм;</w:t>
      </w:r>
    </w:p>
    <w:p w14:paraId="3EBB4039" w14:textId="77777777" w:rsidR="00AF56A5" w:rsidRPr="00F250C0" w:rsidRDefault="00AF56A5" w:rsidP="00AF56A5">
      <w:pPr>
        <w:widowControl w:val="0"/>
        <w:tabs>
          <w:tab w:val="left" w:pos="0"/>
          <w:tab w:val="left" w:pos="1134"/>
        </w:tabs>
        <w:spacing w:after="0" w:line="240" w:lineRule="auto"/>
        <w:ind w:firstLine="709"/>
        <w:rPr>
          <w:rFonts w:eastAsia="Malgun Gothic" w:cs="Malgun Gothic"/>
          <w:color w:val="000000"/>
          <w:spacing w:val="3"/>
          <w:szCs w:val="28"/>
          <w:shd w:val="clear" w:color="auto" w:fill="FFFFFF"/>
          <w:lang w:val="tt-RU"/>
        </w:rPr>
      </w:pPr>
      <w:r w:rsidRPr="00F250C0">
        <w:rPr>
          <w:rFonts w:eastAsia="Calibri" w:cs="Times New Roman"/>
          <w:szCs w:val="28"/>
        </w:rPr>
        <w:t>вырабатывать связное и ритмичное написание букв;</w:t>
      </w:r>
    </w:p>
    <w:p w14:paraId="309B9842"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писать под диктовку слова, тексты объ</w:t>
      </w:r>
      <w:r>
        <w:rPr>
          <w:rFonts w:eastAsia="Calibri" w:cs="Times New Roman"/>
          <w:szCs w:val="28"/>
        </w:rPr>
        <w:t>ё</w:t>
      </w:r>
      <w:r w:rsidRPr="00F250C0">
        <w:rPr>
          <w:rFonts w:eastAsia="Calibri" w:cs="Times New Roman"/>
          <w:szCs w:val="28"/>
        </w:rPr>
        <w:t>мом не более 8 слов;</w:t>
      </w:r>
    </w:p>
    <w:p w14:paraId="5C2CF5BD"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распознавать устную и письменную речь; </w:t>
      </w:r>
    </w:p>
    <w:p w14:paraId="43DC44BA"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различать слово, предложение и текст; </w:t>
      </w:r>
    </w:p>
    <w:p w14:paraId="74457114"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применять изученные правила правописания: раздельное написание слов </w:t>
      </w:r>
      <w:r>
        <w:rPr>
          <w:rFonts w:eastAsia="Calibri" w:cs="Times New Roman"/>
          <w:szCs w:val="28"/>
        </w:rPr>
        <w:br/>
      </w:r>
      <w:r w:rsidRPr="00F250C0">
        <w:rPr>
          <w:rFonts w:eastAsia="Calibri" w:cs="Times New Roman"/>
          <w:szCs w:val="28"/>
        </w:rPr>
        <w:t>в предложении;</w:t>
      </w:r>
    </w:p>
    <w:p w14:paraId="2710007B"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lastRenderedPageBreak/>
        <w:t>писать без искажений прописные буквы в начале предложения и в именах собственных;</w:t>
      </w:r>
    </w:p>
    <w:p w14:paraId="2BEF3E09"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правильно оформлять предложение на письме, выбирать знак конца предложения; </w:t>
      </w:r>
    </w:p>
    <w:p w14:paraId="142BA076"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выделять в слове ударение;</w:t>
      </w:r>
    </w:p>
    <w:p w14:paraId="68B78364"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произносить и различать на слух гласные звуки татарского языка;</w:t>
      </w:r>
    </w:p>
    <w:p w14:paraId="633879D4"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различать гласные и согласные звуки; гласные </w:t>
      </w:r>
      <w:r>
        <w:rPr>
          <w:rFonts w:eastAsia="Calibri" w:cs="Times New Roman"/>
          <w:szCs w:val="28"/>
        </w:rPr>
        <w:t>-</w:t>
      </w:r>
      <w:r w:rsidRPr="00F250C0">
        <w:rPr>
          <w:rFonts w:eastAsia="Calibri" w:cs="Times New Roman"/>
          <w:szCs w:val="28"/>
        </w:rPr>
        <w:t xml:space="preserve"> тв</w:t>
      </w:r>
      <w:r>
        <w:rPr>
          <w:rFonts w:eastAsia="Calibri" w:cs="Times New Roman"/>
          <w:szCs w:val="28"/>
        </w:rPr>
        <w:t>ё</w:t>
      </w:r>
      <w:r w:rsidRPr="00F250C0">
        <w:rPr>
          <w:rFonts w:eastAsia="Calibri" w:cs="Times New Roman"/>
          <w:szCs w:val="28"/>
        </w:rPr>
        <w:t xml:space="preserve">рдые и мягкие; согласные </w:t>
      </w:r>
      <w:r>
        <w:rPr>
          <w:rFonts w:eastAsia="Calibri" w:cs="Times New Roman"/>
          <w:szCs w:val="28"/>
        </w:rPr>
        <w:t>-</w:t>
      </w:r>
      <w:r w:rsidRPr="00F250C0">
        <w:rPr>
          <w:rFonts w:eastAsia="Calibri" w:cs="Times New Roman"/>
          <w:szCs w:val="28"/>
        </w:rPr>
        <w:t xml:space="preserve"> звонкие и глухие;</w:t>
      </w:r>
    </w:p>
    <w:p w14:paraId="08A6A671"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определять количество и последовательность звуков в слове;</w:t>
      </w:r>
    </w:p>
    <w:p w14:paraId="7C4BEA27"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р</w:t>
      </w:r>
      <w:r w:rsidRPr="00F250C0">
        <w:rPr>
          <w:rFonts w:eastAsia="Calibri" w:cs="Times New Roman"/>
          <w:bCs/>
          <w:szCs w:val="28"/>
        </w:rPr>
        <w:t>азличать звуки и буквы: буква как знак звука;</w:t>
      </w:r>
    </w:p>
    <w:p w14:paraId="0762E7B6"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определять количество слогов;</w:t>
      </w:r>
    </w:p>
    <w:p w14:paraId="785FE93C"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переносить слова на другую строку;</w:t>
      </w:r>
    </w:p>
    <w:p w14:paraId="1283A4E0"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правильно читать специфичные </w:t>
      </w:r>
      <w:r w:rsidRPr="00F250C0">
        <w:rPr>
          <w:rFonts w:eastAsia="Calibri" w:cs="Times New Roman"/>
          <w:szCs w:val="28"/>
          <w:lang w:val="tt-RU"/>
        </w:rPr>
        <w:t xml:space="preserve">гласные </w:t>
      </w:r>
      <w:r w:rsidRPr="00F250C0">
        <w:rPr>
          <w:rFonts w:eastAsia="Calibri" w:cs="Times New Roman"/>
          <w:szCs w:val="28"/>
        </w:rPr>
        <w:t>звуки татарского языка [</w:t>
      </w:r>
      <w:r w:rsidRPr="00F250C0">
        <w:rPr>
          <w:rFonts w:eastAsia="Calibri" w:cs="Times New Roman"/>
          <w:szCs w:val="28"/>
          <w:lang w:val="tt-RU"/>
        </w:rPr>
        <w:t>ә</w:t>
      </w:r>
      <w:r w:rsidRPr="00F250C0">
        <w:rPr>
          <w:rFonts w:eastAsia="Calibri" w:cs="Times New Roman"/>
          <w:szCs w:val="28"/>
        </w:rPr>
        <w:t>], [</w:t>
      </w:r>
      <w:r w:rsidRPr="00F250C0">
        <w:rPr>
          <w:rFonts w:eastAsia="Calibri" w:cs="Times New Roman"/>
          <w:szCs w:val="28"/>
          <w:lang w:val="tt-RU"/>
        </w:rPr>
        <w:t>ө</w:t>
      </w:r>
      <w:r w:rsidRPr="00F250C0">
        <w:rPr>
          <w:rFonts w:eastAsia="Calibri" w:cs="Times New Roman"/>
          <w:szCs w:val="28"/>
        </w:rPr>
        <w:t>], [</w:t>
      </w:r>
      <w:r w:rsidRPr="00F250C0">
        <w:rPr>
          <w:rFonts w:eastAsia="Calibri" w:cs="Times New Roman"/>
          <w:szCs w:val="28"/>
          <w:lang w:val="tt-RU"/>
        </w:rPr>
        <w:t>ү</w:t>
      </w:r>
      <w:r w:rsidRPr="00F250C0">
        <w:rPr>
          <w:rFonts w:eastAsia="Calibri" w:cs="Times New Roman"/>
          <w:szCs w:val="28"/>
        </w:rPr>
        <w:t>]</w:t>
      </w:r>
      <w:r w:rsidRPr="00F250C0">
        <w:rPr>
          <w:rFonts w:eastAsia="Calibri" w:cs="Times New Roman"/>
          <w:szCs w:val="28"/>
          <w:lang w:val="tt-RU"/>
        </w:rPr>
        <w:t>;</w:t>
      </w:r>
    </w:p>
    <w:p w14:paraId="5F58E570"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правильно читать специфичные </w:t>
      </w:r>
      <w:r w:rsidRPr="00F250C0">
        <w:rPr>
          <w:rFonts w:eastAsia="Calibri" w:cs="Times New Roman"/>
          <w:szCs w:val="28"/>
          <w:lang w:val="tt-RU"/>
        </w:rPr>
        <w:t xml:space="preserve">согласные </w:t>
      </w:r>
      <w:r w:rsidRPr="00F250C0">
        <w:rPr>
          <w:rFonts w:eastAsia="Calibri" w:cs="Times New Roman"/>
          <w:szCs w:val="28"/>
        </w:rPr>
        <w:t>звуки татарского языка [w], [ғ], [қ], [җ], [ң], [һ];</w:t>
      </w:r>
    </w:p>
    <w:p w14:paraId="7066DF23"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правильно употреблять при письме буквы, обозначающие специфичные звуки татарского языка;</w:t>
      </w:r>
    </w:p>
    <w:p w14:paraId="358B3FAC"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определять функции букв е, ё, ю, я;</w:t>
      </w:r>
    </w:p>
    <w:p w14:paraId="3A166A00"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правильно называть буквы татарского алфавита, их последовательность;</w:t>
      </w:r>
    </w:p>
    <w:p w14:paraId="08ED448A"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использовать алфавит для упорядочения списка слов;</w:t>
      </w:r>
    </w:p>
    <w:p w14:paraId="116B2100"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правильно присоединять к слову тв</w:t>
      </w:r>
      <w:r>
        <w:rPr>
          <w:rFonts w:eastAsia="Calibri" w:cs="Times New Roman"/>
          <w:szCs w:val="28"/>
        </w:rPr>
        <w:t>ё</w:t>
      </w:r>
      <w:r w:rsidRPr="00F250C0">
        <w:rPr>
          <w:rFonts w:eastAsia="Calibri" w:cs="Times New Roman"/>
          <w:szCs w:val="28"/>
        </w:rPr>
        <w:t>рдый или мягкий вариант аффиксов;</w:t>
      </w:r>
    </w:p>
    <w:p w14:paraId="55DDBFAF"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различать слова, отвечающие на вопросы «кем?» («кто?») и «нәрсә?» («что?»);</w:t>
      </w:r>
    </w:p>
    <w:p w14:paraId="370F8FBD"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находить в предложении слова, отвечающие на вопрос «нишли?» («что делает?»);</w:t>
      </w:r>
    </w:p>
    <w:p w14:paraId="6B0A2677"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вести диалог, расспрашивая собеседника, отвечая на его вопросы;</w:t>
      </w:r>
    </w:p>
    <w:p w14:paraId="7F729724" w14:textId="77777777" w:rsidR="00AF56A5" w:rsidRPr="00F250C0" w:rsidRDefault="00AF56A5"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r w:rsidRPr="00F250C0">
        <w:rPr>
          <w:rFonts w:eastAsia="Calibri" w:cs="Times New Roman"/>
          <w:szCs w:val="28"/>
        </w:rPr>
        <w:t xml:space="preserve">воспринимать на слух аудиотекст, построенный на знакомом языковом материале; </w:t>
      </w:r>
    </w:p>
    <w:p w14:paraId="6A1D4047" w14:textId="16B4CF49" w:rsidR="00AF56A5" w:rsidRDefault="00AF56A5" w:rsidP="00AF56A5">
      <w:pPr>
        <w:widowControl w:val="0"/>
        <w:tabs>
          <w:tab w:val="left" w:pos="0"/>
          <w:tab w:val="left" w:pos="1134"/>
        </w:tabs>
        <w:spacing w:after="0" w:line="240" w:lineRule="auto"/>
        <w:ind w:firstLine="709"/>
        <w:contextualSpacing/>
        <w:rPr>
          <w:rFonts w:eastAsia="@Arial Unicode MS" w:cs="Times New Roman"/>
          <w:szCs w:val="28"/>
        </w:rPr>
      </w:pPr>
      <w:r w:rsidRPr="00F250C0">
        <w:rPr>
          <w:rFonts w:eastAsia="Calibri" w:cs="Times New Roman"/>
          <w:szCs w:val="28"/>
        </w:rPr>
        <w:t>владеть техникой чтения, при</w:t>
      </w:r>
      <w:r>
        <w:rPr>
          <w:rFonts w:eastAsia="Calibri" w:cs="Times New Roman"/>
          <w:szCs w:val="28"/>
        </w:rPr>
        <w:t>ё</w:t>
      </w:r>
      <w:r w:rsidRPr="00F250C0">
        <w:rPr>
          <w:rFonts w:eastAsia="Calibri" w:cs="Times New Roman"/>
          <w:szCs w:val="28"/>
        </w:rPr>
        <w:t>мами пони</w:t>
      </w:r>
      <w:r w:rsidRPr="00F250C0">
        <w:rPr>
          <w:rFonts w:eastAsia="Calibri" w:cs="Times New Roman"/>
          <w:spacing w:val="2"/>
          <w:szCs w:val="28"/>
        </w:rPr>
        <w:t xml:space="preserve">мания прочитанного </w:t>
      </w:r>
      <w:r>
        <w:rPr>
          <w:rFonts w:eastAsia="Calibri" w:cs="Times New Roman"/>
          <w:spacing w:val="2"/>
          <w:szCs w:val="28"/>
        </w:rPr>
        <w:br/>
      </w:r>
      <w:r w:rsidRPr="00F250C0">
        <w:rPr>
          <w:rFonts w:eastAsia="Calibri" w:cs="Times New Roman"/>
          <w:spacing w:val="2"/>
          <w:szCs w:val="28"/>
        </w:rPr>
        <w:t>и прослушанного текста</w:t>
      </w:r>
      <w:r w:rsidRPr="00F250C0">
        <w:rPr>
          <w:rFonts w:eastAsia="@Arial Unicode MS" w:cs="Times New Roman"/>
          <w:szCs w:val="28"/>
        </w:rPr>
        <w:t>.</w:t>
      </w:r>
    </w:p>
    <w:p w14:paraId="3180E588" w14:textId="77777777" w:rsidR="00B42D48" w:rsidRPr="00F250C0" w:rsidRDefault="00B42D48" w:rsidP="00AF56A5">
      <w:pPr>
        <w:widowControl w:val="0"/>
        <w:tabs>
          <w:tab w:val="left" w:pos="0"/>
          <w:tab w:val="left" w:pos="1134"/>
        </w:tabs>
        <w:spacing w:after="0" w:line="240" w:lineRule="auto"/>
        <w:ind w:firstLine="709"/>
        <w:contextualSpacing/>
        <w:rPr>
          <w:rFonts w:eastAsia="Malgun Gothic" w:cs="Malgun Gothic"/>
          <w:color w:val="000000"/>
          <w:spacing w:val="3"/>
          <w:szCs w:val="28"/>
          <w:shd w:val="clear" w:color="auto" w:fill="FFFFFF"/>
          <w:lang w:val="tt-RU"/>
        </w:rPr>
      </w:pPr>
    </w:p>
    <w:p w14:paraId="7F37DBE6" w14:textId="50959CFF" w:rsidR="00AF56A5" w:rsidRDefault="00AF56A5" w:rsidP="00B42D48">
      <w:pPr>
        <w:spacing w:after="0" w:line="240" w:lineRule="auto"/>
        <w:ind w:firstLine="709"/>
        <w:jc w:val="center"/>
        <w:rPr>
          <w:rFonts w:eastAsia="Calibri" w:cs="Times New Roman"/>
          <w:szCs w:val="28"/>
        </w:rPr>
      </w:pPr>
      <w:r w:rsidRPr="00D9330A">
        <w:rPr>
          <w:rFonts w:eastAsia="Calibri" w:cs="Times New Roman"/>
          <w:szCs w:val="28"/>
        </w:rPr>
        <w:t>4. </w:t>
      </w:r>
      <w:r w:rsidRPr="00B42D48">
        <w:rPr>
          <w:rFonts w:eastAsia="Calibri" w:cs="Times New Roman"/>
          <w:b/>
          <w:szCs w:val="28"/>
        </w:rPr>
        <w:t>Предметные результаты изучения родного (татарского) языка. К концу обучения во 2 классе обучающийся научится:</w:t>
      </w:r>
    </w:p>
    <w:p w14:paraId="1CFC0D47"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составлять небольшое описание картины; </w:t>
      </w:r>
    </w:p>
    <w:p w14:paraId="0C96270D"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рассказывать о друзьях, любимых животных, каникулах;</w:t>
      </w:r>
    </w:p>
    <w:p w14:paraId="7764D16C"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понимать на слух речь учителя и одноклассников;</w:t>
      </w:r>
    </w:p>
    <w:p w14:paraId="71C302CF"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находить в тексте нужную информацию;</w:t>
      </w:r>
    </w:p>
    <w:p w14:paraId="614FB2A9"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выразительно читать текст вслух, соблюдая правильную интонацию;</w:t>
      </w:r>
    </w:p>
    <w:p w14:paraId="4985FA26"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правильно списывать (без пропусков и искажений букв) слова и предложения, текст объ</w:t>
      </w:r>
      <w:r>
        <w:rPr>
          <w:rFonts w:eastAsia="Calibri" w:cs="Times New Roman"/>
          <w:szCs w:val="28"/>
        </w:rPr>
        <w:t>ё</w:t>
      </w:r>
      <w:r w:rsidRPr="00F250C0">
        <w:rPr>
          <w:rFonts w:eastAsia="Calibri" w:cs="Times New Roman"/>
          <w:szCs w:val="28"/>
        </w:rPr>
        <w:t xml:space="preserve">мом не более </w:t>
      </w:r>
      <w:r w:rsidRPr="00F250C0">
        <w:rPr>
          <w:rFonts w:eastAsia="Calibri" w:cs="Times New Roman"/>
          <w:szCs w:val="28"/>
          <w:lang w:val="tt-RU"/>
        </w:rPr>
        <w:t>10</w:t>
      </w:r>
      <w:r>
        <w:rPr>
          <w:rFonts w:eastAsia="Calibri" w:cs="Times New Roman"/>
          <w:szCs w:val="28"/>
        </w:rPr>
        <w:t xml:space="preserve"> слов;</w:t>
      </w:r>
    </w:p>
    <w:p w14:paraId="33DA6E34"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lastRenderedPageBreak/>
        <w:t>писать под диктовку (без пропусков и искажений букв) слова, предложения, тексты объ</w:t>
      </w:r>
      <w:r>
        <w:rPr>
          <w:rFonts w:eastAsia="Calibri" w:cs="Times New Roman"/>
          <w:szCs w:val="28"/>
        </w:rPr>
        <w:t>ё</w:t>
      </w:r>
      <w:r w:rsidRPr="00F250C0">
        <w:rPr>
          <w:rFonts w:eastAsia="Calibri" w:cs="Times New Roman"/>
          <w:szCs w:val="28"/>
        </w:rPr>
        <w:t xml:space="preserve">мом не более </w:t>
      </w:r>
      <w:r w:rsidRPr="00F250C0">
        <w:rPr>
          <w:rFonts w:eastAsia="Calibri" w:cs="Times New Roman"/>
          <w:szCs w:val="28"/>
          <w:lang w:val="tt-RU"/>
        </w:rPr>
        <w:t>12</w:t>
      </w:r>
      <w:r w:rsidRPr="00F250C0">
        <w:rPr>
          <w:rFonts w:eastAsia="Calibri" w:cs="Times New Roman"/>
          <w:szCs w:val="28"/>
        </w:rPr>
        <w:t xml:space="preserve"> слов с уч</w:t>
      </w:r>
      <w:r>
        <w:rPr>
          <w:rFonts w:eastAsia="Calibri" w:cs="Times New Roman"/>
          <w:szCs w:val="28"/>
        </w:rPr>
        <w:t>ё</w:t>
      </w:r>
      <w:r w:rsidRPr="00F250C0">
        <w:rPr>
          <w:rFonts w:eastAsia="Calibri" w:cs="Times New Roman"/>
          <w:szCs w:val="28"/>
        </w:rPr>
        <w:t>том изученных правил правописания</w:t>
      </w:r>
      <w:r w:rsidRPr="00F250C0">
        <w:rPr>
          <w:rFonts w:eastAsia="Calibri" w:cs="Times New Roman"/>
          <w:szCs w:val="28"/>
          <w:lang w:val="tt-RU"/>
        </w:rPr>
        <w:t>;</w:t>
      </w:r>
    </w:p>
    <w:p w14:paraId="5DC29808"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color w:val="000000"/>
          <w:szCs w:val="28"/>
        </w:rPr>
        <w:t xml:space="preserve">применять правила правописания и теоретический материал, соблюдать изученные нормы орфографии и пунктуации; </w:t>
      </w:r>
    </w:p>
    <w:p w14:paraId="0D4F4E44"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находить в тексте слова с заданным звуком;</w:t>
      </w:r>
    </w:p>
    <w:p w14:paraId="367A34A3"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использовать различные словари татарского языка; </w:t>
      </w:r>
    </w:p>
    <w:p w14:paraId="094211F5"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определять лексическое значение слова с помощью словаря; </w:t>
      </w:r>
    </w:p>
    <w:p w14:paraId="46B79515"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выявлять в тексте случаи употребления </w:t>
      </w:r>
      <w:r w:rsidRPr="00F250C0">
        <w:rPr>
          <w:rFonts w:eastAsia="Calibri" w:cs="Times New Roman"/>
          <w:szCs w:val="28"/>
          <w:lang w:val="tt-RU"/>
        </w:rPr>
        <w:t xml:space="preserve">элементарных </w:t>
      </w:r>
      <w:r w:rsidRPr="00F250C0">
        <w:rPr>
          <w:rFonts w:eastAsia="Calibri" w:cs="Times New Roman"/>
          <w:szCs w:val="28"/>
        </w:rPr>
        <w:t xml:space="preserve">синонимов </w:t>
      </w:r>
      <w:r>
        <w:rPr>
          <w:rFonts w:eastAsia="Calibri" w:cs="Times New Roman"/>
          <w:szCs w:val="28"/>
        </w:rPr>
        <w:br/>
      </w:r>
      <w:r w:rsidRPr="00F250C0">
        <w:rPr>
          <w:rFonts w:eastAsia="Calibri" w:cs="Times New Roman"/>
          <w:szCs w:val="28"/>
        </w:rPr>
        <w:t>и антонимов;</w:t>
      </w:r>
    </w:p>
    <w:p w14:paraId="0BDF1F7F"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распознавать самостоятельные части речи; </w:t>
      </w:r>
    </w:p>
    <w:p w14:paraId="09C80EF3"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выделять среди им</w:t>
      </w:r>
      <w:r>
        <w:rPr>
          <w:rFonts w:eastAsia="Calibri" w:cs="Times New Roman"/>
          <w:szCs w:val="28"/>
        </w:rPr>
        <w:t>ё</w:t>
      </w:r>
      <w:r w:rsidRPr="00F250C0">
        <w:rPr>
          <w:rFonts w:eastAsia="Calibri" w:cs="Times New Roman"/>
          <w:szCs w:val="28"/>
        </w:rPr>
        <w:t xml:space="preserve">н существительных собственные и нарицательные; </w:t>
      </w:r>
    </w:p>
    <w:p w14:paraId="5AF24283"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определять число им</w:t>
      </w:r>
      <w:r>
        <w:rPr>
          <w:rFonts w:eastAsia="Calibri" w:cs="Times New Roman"/>
          <w:szCs w:val="28"/>
        </w:rPr>
        <w:t>ё</w:t>
      </w:r>
      <w:r w:rsidRPr="00F250C0">
        <w:rPr>
          <w:rFonts w:eastAsia="Calibri" w:cs="Times New Roman"/>
          <w:szCs w:val="28"/>
        </w:rPr>
        <w:t xml:space="preserve">н существительных; </w:t>
      </w:r>
    </w:p>
    <w:p w14:paraId="1AEE8B4F"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различать имена существительные по вопросам «кем?» («кто?») и «нәрсә?» («что?»);</w:t>
      </w:r>
    </w:p>
    <w:p w14:paraId="4C6328DF"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распознавать имена прилагательные, определять их роль в речи;</w:t>
      </w:r>
    </w:p>
    <w:p w14:paraId="1323BE51"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наблюдать за употреблением им</w:t>
      </w:r>
      <w:r>
        <w:rPr>
          <w:rFonts w:eastAsia="Calibri" w:cs="Times New Roman"/>
          <w:szCs w:val="28"/>
        </w:rPr>
        <w:t>ё</w:t>
      </w:r>
      <w:r w:rsidRPr="00F250C0">
        <w:rPr>
          <w:rFonts w:eastAsia="Calibri" w:cs="Times New Roman"/>
          <w:szCs w:val="28"/>
        </w:rPr>
        <w:t>н прилагательных в текстах;</w:t>
      </w:r>
    </w:p>
    <w:p w14:paraId="5D48F1F4"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различать глаголы среди других слов и в тексте;</w:t>
      </w:r>
    </w:p>
    <w:p w14:paraId="52771740"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распознавать глаголы настоящего времени</w:t>
      </w:r>
      <w:r>
        <w:rPr>
          <w:rFonts w:eastAsia="Calibri" w:cs="Times New Roman"/>
          <w:szCs w:val="28"/>
        </w:rPr>
        <w:t xml:space="preserve"> изъявительного наклонения</w:t>
      </w:r>
      <w:r w:rsidRPr="00F250C0">
        <w:rPr>
          <w:rFonts w:eastAsia="Calibri" w:cs="Times New Roman"/>
          <w:szCs w:val="28"/>
        </w:rPr>
        <w:t xml:space="preserve">; </w:t>
      </w:r>
    </w:p>
    <w:p w14:paraId="3DC3C486"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строить предложения для решения определ</w:t>
      </w:r>
      <w:r>
        <w:rPr>
          <w:rFonts w:eastAsia="Calibri" w:cs="Times New Roman"/>
          <w:szCs w:val="28"/>
        </w:rPr>
        <w:t>ё</w:t>
      </w:r>
      <w:r w:rsidRPr="00F250C0">
        <w:rPr>
          <w:rFonts w:eastAsia="Calibri" w:cs="Times New Roman"/>
          <w:szCs w:val="28"/>
        </w:rPr>
        <w:t xml:space="preserve">нной речевой задачи (для ответа на заданный вопрос, для выражения собственного мнения); </w:t>
      </w:r>
    </w:p>
    <w:p w14:paraId="1A570D18"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соблюдать нормы речевого этикета в ситуациях учебного и бытового общения;</w:t>
      </w:r>
    </w:p>
    <w:p w14:paraId="189DFEFA"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rPr>
      </w:pPr>
      <w:r w:rsidRPr="00F250C0">
        <w:rPr>
          <w:rFonts w:eastAsia="Calibri" w:cs="Times New Roman"/>
          <w:szCs w:val="28"/>
        </w:rPr>
        <w:t>анализировать уместность использования средств устного общения в разных ситуациях, во время монолога и диалога.</w:t>
      </w:r>
    </w:p>
    <w:p w14:paraId="004B8B93" w14:textId="6806DBAF" w:rsidR="00AF56A5" w:rsidRPr="00B42D48" w:rsidRDefault="00AF56A5" w:rsidP="00B42D48">
      <w:pPr>
        <w:spacing w:after="0" w:line="240" w:lineRule="auto"/>
        <w:ind w:firstLine="709"/>
        <w:jc w:val="center"/>
        <w:rPr>
          <w:rFonts w:eastAsia="Calibri" w:cs="Times New Roman"/>
          <w:b/>
          <w:szCs w:val="28"/>
        </w:rPr>
      </w:pPr>
      <w:r w:rsidRPr="00F1665B">
        <w:rPr>
          <w:rFonts w:eastAsia="Calibri" w:cs="Times New Roman"/>
          <w:szCs w:val="28"/>
        </w:rPr>
        <w:t>5. </w:t>
      </w:r>
      <w:r w:rsidRPr="00B42D48">
        <w:rPr>
          <w:rFonts w:eastAsia="Calibri" w:cs="Times New Roman"/>
          <w:b/>
          <w:szCs w:val="28"/>
        </w:rPr>
        <w:t>Предметные результаты изучения родного (татарского) языка. К концу обучения в 3 классе обучающийся научится:</w:t>
      </w:r>
    </w:p>
    <w:p w14:paraId="6D363634"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строить устное диалогическое и монологическое высказывание; </w:t>
      </w:r>
    </w:p>
    <w:p w14:paraId="53CA64BF"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разыгрывать готовые диалоги на изученные темы</w:t>
      </w:r>
      <w:r w:rsidRPr="00F250C0">
        <w:rPr>
          <w:rFonts w:eastAsia="Calibri" w:cs="Times New Roman"/>
          <w:szCs w:val="28"/>
          <w:lang w:val="tt-RU"/>
        </w:rPr>
        <w:t>;</w:t>
      </w:r>
    </w:p>
    <w:p w14:paraId="1687E55B"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читать вслух небольшой текст, построенный на изученном языковом материале с соблюдением правил произношения и интонирования;</w:t>
      </w:r>
    </w:p>
    <w:p w14:paraId="76769219"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iCs/>
          <w:szCs w:val="28"/>
        </w:rPr>
        <w:t>кратко излагать содержание прочитанного (услышанного) текста, выражать сво</w:t>
      </w:r>
      <w:r>
        <w:rPr>
          <w:rFonts w:eastAsia="Calibri" w:cs="Times New Roman"/>
          <w:iCs/>
          <w:szCs w:val="28"/>
        </w:rPr>
        <w:t>ё</w:t>
      </w:r>
      <w:r w:rsidRPr="00F250C0">
        <w:rPr>
          <w:rFonts w:eastAsia="Calibri" w:cs="Times New Roman"/>
          <w:iCs/>
          <w:szCs w:val="28"/>
        </w:rPr>
        <w:t xml:space="preserve"> отношение к прочитанному (услышанному), используя речевые средства родного языка;</w:t>
      </w:r>
    </w:p>
    <w:p w14:paraId="3DCFB235"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iCs/>
          <w:szCs w:val="28"/>
        </w:rPr>
        <w:t>устанавливать последовательность событий в тексте;</w:t>
      </w:r>
    </w:p>
    <w:p w14:paraId="63F46F19"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правильно списывать слова, предложения, текст объ</w:t>
      </w:r>
      <w:r>
        <w:rPr>
          <w:rFonts w:eastAsia="Calibri" w:cs="Times New Roman"/>
          <w:szCs w:val="28"/>
        </w:rPr>
        <w:t>ё</w:t>
      </w:r>
      <w:r w:rsidRPr="00F250C0">
        <w:rPr>
          <w:rFonts w:eastAsia="Calibri" w:cs="Times New Roman"/>
          <w:szCs w:val="28"/>
        </w:rPr>
        <w:t xml:space="preserve">мом не более 15 слов; </w:t>
      </w:r>
    </w:p>
    <w:p w14:paraId="3356F5BD"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писать под диктовку текст объ</w:t>
      </w:r>
      <w:r>
        <w:rPr>
          <w:rFonts w:eastAsia="Calibri" w:cs="Times New Roman"/>
          <w:szCs w:val="28"/>
        </w:rPr>
        <w:t>ё</w:t>
      </w:r>
      <w:r w:rsidRPr="00F250C0">
        <w:rPr>
          <w:rFonts w:eastAsia="Calibri" w:cs="Times New Roman"/>
          <w:szCs w:val="28"/>
        </w:rPr>
        <w:t>мом не более 15 слов с уч</w:t>
      </w:r>
      <w:r>
        <w:rPr>
          <w:rFonts w:eastAsia="Calibri" w:cs="Times New Roman"/>
          <w:szCs w:val="28"/>
        </w:rPr>
        <w:t>ё</w:t>
      </w:r>
      <w:r w:rsidRPr="00F250C0">
        <w:rPr>
          <w:rFonts w:eastAsia="Calibri" w:cs="Times New Roman"/>
          <w:szCs w:val="28"/>
        </w:rPr>
        <w:t xml:space="preserve">том изученных правил правописания; </w:t>
      </w:r>
    </w:p>
    <w:p w14:paraId="2A1E1D77"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понимать социокультурные реалии при чтении и аудировании в рамках изученного материала; </w:t>
      </w:r>
    </w:p>
    <w:p w14:paraId="605D34D9"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использовать на письме разделительный ъ и ь знаки;</w:t>
      </w:r>
    </w:p>
    <w:p w14:paraId="72C141C5"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выделять в слове ударный слог;</w:t>
      </w:r>
    </w:p>
    <w:p w14:paraId="7B0513B4"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выделять корень слова (простые случаи);</w:t>
      </w:r>
    </w:p>
    <w:p w14:paraId="0CD1EB63"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lastRenderedPageBreak/>
        <w:t>различать однокоренные слова и формы одного и того же слова;</w:t>
      </w:r>
    </w:p>
    <w:p w14:paraId="6C3FE657"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понимать особенности слова как единицы лексического уровня языка;</w:t>
      </w:r>
    </w:p>
    <w:p w14:paraId="6A748C57"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Arial Unicode MS" w:cs="Times New Roman"/>
          <w:szCs w:val="28"/>
          <w:lang w:eastAsia="ar-SA"/>
        </w:rPr>
        <w:t>наблюдать за употреблением синонимов, антонимов и омонимов в речи;</w:t>
      </w:r>
    </w:p>
    <w:p w14:paraId="1438E5D0"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подбирать синонимы к словам разных частей речи; </w:t>
      </w:r>
    </w:p>
    <w:p w14:paraId="65D507DE"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различать однозначные и многозначные слова, прямое и переносное значения слова;</w:t>
      </w:r>
    </w:p>
    <w:p w14:paraId="389BCF67"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о</w:t>
      </w:r>
      <w:r w:rsidRPr="00F250C0">
        <w:rPr>
          <w:rFonts w:eastAsia="Arial Unicode MS" w:cs="Times New Roman"/>
          <w:szCs w:val="28"/>
          <w:lang w:eastAsia="ar-SA"/>
        </w:rPr>
        <w:t>пределять слова, употребл</w:t>
      </w:r>
      <w:r>
        <w:rPr>
          <w:rFonts w:eastAsia="Arial Unicode MS" w:cs="Times New Roman"/>
          <w:szCs w:val="28"/>
          <w:lang w:eastAsia="ar-SA"/>
        </w:rPr>
        <w:t>ё</w:t>
      </w:r>
      <w:r w:rsidRPr="00F250C0">
        <w:rPr>
          <w:rFonts w:eastAsia="Arial Unicode MS" w:cs="Times New Roman"/>
          <w:szCs w:val="28"/>
          <w:lang w:eastAsia="ar-SA"/>
        </w:rPr>
        <w:t>нные в прямом и переносном значении (простые случаи);</w:t>
      </w:r>
    </w:p>
    <w:p w14:paraId="4C7070A5"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определять грамматические признаки им</w:t>
      </w:r>
      <w:r>
        <w:rPr>
          <w:rFonts w:eastAsia="Calibri" w:cs="Times New Roman"/>
          <w:szCs w:val="28"/>
        </w:rPr>
        <w:t>ё</w:t>
      </w:r>
      <w:r w:rsidRPr="00F250C0">
        <w:rPr>
          <w:rFonts w:eastAsia="Calibri" w:cs="Times New Roman"/>
          <w:szCs w:val="28"/>
        </w:rPr>
        <w:t>н существительных (число, падеж)</w:t>
      </w:r>
      <w:r w:rsidRPr="00F250C0">
        <w:rPr>
          <w:rFonts w:eastAsia="Calibri" w:cs="Times New Roman"/>
          <w:szCs w:val="28"/>
          <w:lang w:val="tt-RU"/>
        </w:rPr>
        <w:t>;</w:t>
      </w:r>
    </w:p>
    <w:p w14:paraId="109E35B2"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наблюдать за личными местоимениями; использовать личные местоимения для устранения повторов в тексте; </w:t>
      </w:r>
    </w:p>
    <w:p w14:paraId="207EB9A5"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выявлять имя прилагательное среди других частей речи по обобщенному лексическому значению и вопросу;</w:t>
      </w:r>
    </w:p>
    <w:p w14:paraId="38A4A976"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наблюдать за ролью им</w:t>
      </w:r>
      <w:r>
        <w:rPr>
          <w:rFonts w:eastAsia="Calibri" w:cs="Times New Roman"/>
          <w:szCs w:val="28"/>
        </w:rPr>
        <w:t>ё</w:t>
      </w:r>
      <w:r w:rsidRPr="00F250C0">
        <w:rPr>
          <w:rFonts w:eastAsia="Calibri" w:cs="Times New Roman"/>
          <w:szCs w:val="28"/>
        </w:rPr>
        <w:t>н прилагательных в тексте</w:t>
      </w:r>
      <w:r>
        <w:rPr>
          <w:rFonts w:eastAsia="Calibri" w:cs="Times New Roman"/>
          <w:szCs w:val="28"/>
        </w:rPr>
        <w:t>-</w:t>
      </w:r>
      <w:r w:rsidRPr="00F250C0">
        <w:rPr>
          <w:rFonts w:eastAsia="Calibri" w:cs="Times New Roman"/>
          <w:szCs w:val="28"/>
        </w:rPr>
        <w:t>описании;</w:t>
      </w:r>
    </w:p>
    <w:p w14:paraId="2005E863"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наблюдать за особенностями глагола как части речи;</w:t>
      </w:r>
    </w:p>
    <w:p w14:paraId="1DB0F39C"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определять спряжение глаголов настоящего времени</w:t>
      </w:r>
      <w:r>
        <w:rPr>
          <w:rFonts w:eastAsia="Calibri" w:cs="Times New Roman"/>
          <w:szCs w:val="28"/>
        </w:rPr>
        <w:t xml:space="preserve"> </w:t>
      </w:r>
      <w:r w:rsidRPr="0079492C">
        <w:rPr>
          <w:rFonts w:eastAsia="Calibri" w:cs="Times New Roman"/>
          <w:szCs w:val="28"/>
        </w:rPr>
        <w:t>изъявительного наклонения</w:t>
      </w:r>
      <w:r w:rsidRPr="00F250C0">
        <w:rPr>
          <w:rFonts w:eastAsia="Calibri" w:cs="Times New Roman"/>
          <w:szCs w:val="28"/>
        </w:rPr>
        <w:t xml:space="preserve">; </w:t>
      </w:r>
    </w:p>
    <w:p w14:paraId="287E72C0"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 xml:space="preserve">находить главные члены предложения </w:t>
      </w:r>
      <w:r>
        <w:rPr>
          <w:rFonts w:eastAsia="Calibri" w:cs="Times New Roman"/>
          <w:szCs w:val="28"/>
        </w:rPr>
        <w:t>-</w:t>
      </w:r>
      <w:r w:rsidRPr="00F250C0">
        <w:rPr>
          <w:rFonts w:eastAsia="Calibri" w:cs="Times New Roman"/>
          <w:szCs w:val="28"/>
        </w:rPr>
        <w:t xml:space="preserve"> подлежащее и сказуемое; </w:t>
      </w:r>
    </w:p>
    <w:p w14:paraId="160509BE"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zCs w:val="28"/>
        </w:rPr>
        <w:t>писать сочинение по картине, используя выразительные средства языка;</w:t>
      </w:r>
    </w:p>
    <w:p w14:paraId="5A537744" w14:textId="77777777" w:rsidR="00AF56A5" w:rsidRPr="00F250C0" w:rsidRDefault="00AF56A5" w:rsidP="00AF56A5">
      <w:pPr>
        <w:tabs>
          <w:tab w:val="left" w:pos="1134"/>
        </w:tabs>
        <w:spacing w:after="0" w:line="240" w:lineRule="auto"/>
        <w:ind w:firstLine="709"/>
        <w:contextualSpacing/>
        <w:rPr>
          <w:rFonts w:eastAsia="Calibri" w:cs="Times New Roman"/>
          <w:szCs w:val="28"/>
        </w:rPr>
      </w:pPr>
      <w:r w:rsidRPr="00F250C0">
        <w:rPr>
          <w:rFonts w:eastAsia="Calibri" w:cs="Times New Roman"/>
          <w:spacing w:val="2"/>
          <w:szCs w:val="28"/>
        </w:rPr>
        <w:t xml:space="preserve">соблюдать нормы татарского </w:t>
      </w:r>
      <w:r w:rsidRPr="00F250C0">
        <w:rPr>
          <w:rFonts w:eastAsia="Calibri" w:cs="Times New Roman"/>
          <w:szCs w:val="28"/>
        </w:rPr>
        <w:t xml:space="preserve">языка в собственной речи и оценивать соблюдение этих </w:t>
      </w:r>
      <w:r w:rsidRPr="00F250C0">
        <w:rPr>
          <w:rFonts w:eastAsia="Calibri" w:cs="Times New Roman"/>
          <w:spacing w:val="-2"/>
          <w:szCs w:val="28"/>
        </w:rPr>
        <w:t>норм в речи собеседников.</w:t>
      </w:r>
    </w:p>
    <w:p w14:paraId="4F136337" w14:textId="796F7BA3" w:rsidR="00AF56A5" w:rsidRPr="00F1665B" w:rsidRDefault="00AF56A5" w:rsidP="00B42D48">
      <w:pPr>
        <w:spacing w:after="0" w:line="240" w:lineRule="auto"/>
        <w:ind w:firstLine="709"/>
        <w:jc w:val="center"/>
        <w:rPr>
          <w:rFonts w:eastAsia="Calibri" w:cs="Times New Roman"/>
          <w:szCs w:val="28"/>
        </w:rPr>
      </w:pPr>
      <w:r w:rsidRPr="00F1665B">
        <w:rPr>
          <w:rFonts w:eastAsia="Calibri" w:cs="Times New Roman"/>
          <w:szCs w:val="28"/>
        </w:rPr>
        <w:t>6. </w:t>
      </w:r>
      <w:r w:rsidRPr="00B42D48">
        <w:rPr>
          <w:rFonts w:eastAsia="Calibri" w:cs="Times New Roman"/>
          <w:b/>
          <w:szCs w:val="28"/>
        </w:rPr>
        <w:t>Предметные результаты изучения родного (татарского) языка. К концу обучения в 4 классе обучающийся научится:</w:t>
      </w:r>
    </w:p>
    <w:p w14:paraId="35D203F5"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читать про себя небольшие тексты и полностью понимать их содержание;</w:t>
      </w:r>
    </w:p>
    <w:p w14:paraId="54EE92B6"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 xml:space="preserve">самостоятельно создавать небольшие устные и письменные тексты; </w:t>
      </w:r>
    </w:p>
    <w:p w14:paraId="5F7F3F9C"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iCs/>
          <w:szCs w:val="28"/>
        </w:rPr>
        <w:t>определять значение незнакомых слов по контексту;</w:t>
      </w:r>
    </w:p>
    <w:p w14:paraId="2FB8284D"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правильно списывать текст объ</w:t>
      </w:r>
      <w:r>
        <w:rPr>
          <w:rFonts w:eastAsia="Calibri" w:cs="Times New Roman"/>
          <w:szCs w:val="28"/>
        </w:rPr>
        <w:t>ё</w:t>
      </w:r>
      <w:r w:rsidRPr="00F250C0">
        <w:rPr>
          <w:rFonts w:eastAsia="Calibri" w:cs="Times New Roman"/>
          <w:szCs w:val="28"/>
        </w:rPr>
        <w:t xml:space="preserve">мом не более </w:t>
      </w:r>
      <w:r w:rsidRPr="00F250C0">
        <w:rPr>
          <w:rFonts w:eastAsia="Calibri" w:cs="Times New Roman"/>
          <w:szCs w:val="28"/>
          <w:lang w:val="tt-RU"/>
        </w:rPr>
        <w:t xml:space="preserve">20 </w:t>
      </w:r>
      <w:r w:rsidRPr="00F250C0">
        <w:rPr>
          <w:rFonts w:eastAsia="Calibri" w:cs="Times New Roman"/>
          <w:szCs w:val="28"/>
        </w:rPr>
        <w:t xml:space="preserve">слов; </w:t>
      </w:r>
    </w:p>
    <w:p w14:paraId="46EEE9A3"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писать изложения и тексты под диктовку объ</w:t>
      </w:r>
      <w:r>
        <w:rPr>
          <w:rFonts w:eastAsia="Calibri" w:cs="Times New Roman"/>
          <w:szCs w:val="28"/>
        </w:rPr>
        <w:t>ё</w:t>
      </w:r>
      <w:r w:rsidRPr="00F250C0">
        <w:rPr>
          <w:rFonts w:eastAsia="Calibri" w:cs="Times New Roman"/>
          <w:szCs w:val="28"/>
        </w:rPr>
        <w:t xml:space="preserve">мом не более </w:t>
      </w:r>
      <w:r w:rsidRPr="00F250C0">
        <w:rPr>
          <w:rFonts w:eastAsia="Calibri" w:cs="Times New Roman"/>
          <w:szCs w:val="28"/>
          <w:lang w:val="tt-RU"/>
        </w:rPr>
        <w:t xml:space="preserve">20 </w:t>
      </w:r>
      <w:r w:rsidRPr="00F250C0">
        <w:rPr>
          <w:rFonts w:eastAsia="Calibri" w:cs="Times New Roman"/>
          <w:szCs w:val="28"/>
        </w:rPr>
        <w:t>слов с уч</w:t>
      </w:r>
      <w:r>
        <w:rPr>
          <w:rFonts w:eastAsia="Calibri" w:cs="Times New Roman"/>
          <w:szCs w:val="28"/>
        </w:rPr>
        <w:t>ё</w:t>
      </w:r>
      <w:r w:rsidRPr="00F250C0">
        <w:rPr>
          <w:rFonts w:eastAsia="Calibri" w:cs="Times New Roman"/>
          <w:szCs w:val="28"/>
        </w:rPr>
        <w:t>том изученных правил правописания;</w:t>
      </w:r>
    </w:p>
    <w:p w14:paraId="5685FFFC"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bookmarkStart w:id="1" w:name="_Hlk102659853"/>
      <w:r w:rsidRPr="00F250C0">
        <w:rPr>
          <w:rFonts w:eastAsia="Calibri" w:cs="Times New Roman"/>
          <w:szCs w:val="28"/>
        </w:rPr>
        <w:t>применять в речи закон сингармонизма</w:t>
      </w:r>
      <w:bookmarkEnd w:id="1"/>
      <w:r w:rsidRPr="00F250C0">
        <w:rPr>
          <w:rFonts w:eastAsia="Calibri" w:cs="Times New Roman"/>
          <w:szCs w:val="28"/>
        </w:rPr>
        <w:t xml:space="preserve">; </w:t>
      </w:r>
    </w:p>
    <w:p w14:paraId="6DBA445B"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проводить фонетический анализ слова;</w:t>
      </w:r>
    </w:p>
    <w:p w14:paraId="1DDD40C9"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определять словарный состав татарского языка с точки зрения его происхождения;</w:t>
      </w:r>
    </w:p>
    <w:p w14:paraId="4C0B1DE2"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распознавать русские заимствования в татарском языке;</w:t>
      </w:r>
    </w:p>
    <w:p w14:paraId="61865026"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определять порядок присоединения аффиксов в татарском языке;</w:t>
      </w:r>
    </w:p>
    <w:p w14:paraId="78BDB4F7"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различать словообразующие и формообразующие аффиксы;</w:t>
      </w:r>
    </w:p>
    <w:p w14:paraId="20D46EE7"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образовывать новые слова при помощи аффиксов;</w:t>
      </w:r>
    </w:p>
    <w:p w14:paraId="10AF6179"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устанавливать принадлежность слова к определенной части речи (в объ</w:t>
      </w:r>
      <w:r>
        <w:rPr>
          <w:rFonts w:eastAsia="Calibri" w:cs="Times New Roman"/>
          <w:szCs w:val="28"/>
        </w:rPr>
        <w:t>ё</w:t>
      </w:r>
      <w:r w:rsidRPr="00F250C0">
        <w:rPr>
          <w:rFonts w:eastAsia="Calibri" w:cs="Times New Roman"/>
          <w:szCs w:val="28"/>
        </w:rPr>
        <w:t xml:space="preserve">ме изученного) по комплексу освоенных грамматических признаков; </w:t>
      </w:r>
    </w:p>
    <w:p w14:paraId="333B125C"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образовывать степени сравнения прилагательных;</w:t>
      </w:r>
    </w:p>
    <w:p w14:paraId="7C3C1E1F"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lastRenderedPageBreak/>
        <w:t xml:space="preserve">использовать в речи личные местоимения; </w:t>
      </w:r>
    </w:p>
    <w:p w14:paraId="295C8F23"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использовать в речи вопросительные и указательные местоимения «кем» («кто»), «нәрсә» («что»), «кайда» («где»), «күпме» («сколько»), «бу» («это»), «теге» («тот»);</w:t>
      </w:r>
    </w:p>
    <w:p w14:paraId="5EEBFF90"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 xml:space="preserve">определять значение и употребление в речи порядковых и количественных числительных; </w:t>
      </w:r>
    </w:p>
    <w:p w14:paraId="1EB82CF4"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распознавать форму повелительного наклонения глагола;</w:t>
      </w:r>
    </w:p>
    <w:p w14:paraId="1AA146DD"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lang w:val="tt-RU"/>
        </w:rPr>
        <w:t>определять категорию времени глагола</w:t>
      </w:r>
      <w:r>
        <w:rPr>
          <w:rFonts w:eastAsia="Calibri" w:cs="Times New Roman"/>
          <w:szCs w:val="28"/>
          <w:lang w:val="tt-RU"/>
        </w:rPr>
        <w:t xml:space="preserve"> </w:t>
      </w:r>
      <w:bookmarkStart w:id="2" w:name="_Hlk127690132"/>
      <w:r>
        <w:rPr>
          <w:rFonts w:eastAsia="Calibri" w:cs="Times New Roman"/>
          <w:szCs w:val="28"/>
          <w:lang w:val="tt-RU"/>
        </w:rPr>
        <w:t>изъявительного наклонения</w:t>
      </w:r>
      <w:bookmarkEnd w:id="2"/>
      <w:r w:rsidRPr="00F250C0">
        <w:rPr>
          <w:rFonts w:eastAsia="Calibri" w:cs="Times New Roman"/>
          <w:szCs w:val="28"/>
          <w:lang w:val="tt-RU"/>
        </w:rPr>
        <w:t>: настоящее, прошедшее и будущее;</w:t>
      </w:r>
    </w:p>
    <w:p w14:paraId="382844EF"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lang w:val="tt-RU"/>
        </w:rPr>
        <w:t xml:space="preserve">образовывать отрицательный аспект глаголов настоящего, прошедшего </w:t>
      </w:r>
      <w:r>
        <w:rPr>
          <w:rFonts w:eastAsia="Calibri" w:cs="Times New Roman"/>
          <w:szCs w:val="28"/>
          <w:lang w:val="tt-RU"/>
        </w:rPr>
        <w:br/>
      </w:r>
      <w:r w:rsidRPr="00F250C0">
        <w:rPr>
          <w:rFonts w:eastAsia="Calibri" w:cs="Times New Roman"/>
          <w:szCs w:val="28"/>
          <w:lang w:val="tt-RU"/>
        </w:rPr>
        <w:t>и будущего времени;</w:t>
      </w:r>
    </w:p>
    <w:p w14:paraId="7BE94496"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Calibri" w:cs="Times New Roman"/>
          <w:szCs w:val="28"/>
        </w:rPr>
        <w:t>владеть техникой</w:t>
      </w:r>
      <w:r w:rsidRPr="00F250C0">
        <w:rPr>
          <w:rFonts w:eastAsia="@Arial Unicode MS" w:cs="Times New Roman"/>
          <w:szCs w:val="28"/>
        </w:rPr>
        <w:t xml:space="preserve"> выступления с небольшими сообщениями перед знакомой аудиторией;</w:t>
      </w:r>
    </w:p>
    <w:p w14:paraId="3EF91E6F"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Arial Unicode MS" w:cs="Times New Roman"/>
          <w:szCs w:val="28"/>
        </w:rPr>
        <w:t>выражать собственное мнение, аргументируя его с уч</w:t>
      </w:r>
      <w:r>
        <w:rPr>
          <w:rFonts w:eastAsia="@Arial Unicode MS" w:cs="Times New Roman"/>
          <w:szCs w:val="28"/>
        </w:rPr>
        <w:t>ё</w:t>
      </w:r>
      <w:r w:rsidRPr="00F250C0">
        <w:rPr>
          <w:rFonts w:eastAsia="@Arial Unicode MS" w:cs="Times New Roman"/>
          <w:szCs w:val="28"/>
        </w:rPr>
        <w:t>том ситуации общения;</w:t>
      </w:r>
    </w:p>
    <w:p w14:paraId="7611708C" w14:textId="77777777" w:rsidR="00AF56A5" w:rsidRPr="00F250C0" w:rsidRDefault="00AF56A5" w:rsidP="00AF56A5">
      <w:pPr>
        <w:tabs>
          <w:tab w:val="left" w:pos="0"/>
          <w:tab w:val="left" w:pos="1134"/>
        </w:tabs>
        <w:spacing w:after="0" w:line="240" w:lineRule="auto"/>
        <w:ind w:firstLine="709"/>
        <w:contextualSpacing/>
        <w:rPr>
          <w:rFonts w:eastAsia="Calibri" w:cs="Times New Roman"/>
          <w:iCs/>
          <w:szCs w:val="28"/>
        </w:rPr>
      </w:pPr>
      <w:r w:rsidRPr="00F250C0">
        <w:rPr>
          <w:rFonts w:eastAsia="@Arial Unicode MS" w:cs="Times New Roman"/>
          <w:szCs w:val="28"/>
        </w:rPr>
        <w:t>понимать цель письменного пересказа текста;</w:t>
      </w:r>
    </w:p>
    <w:p w14:paraId="16179E1A" w14:textId="77777777" w:rsidR="00AF56A5" w:rsidRPr="00F250C0" w:rsidRDefault="00AF56A5" w:rsidP="00AF56A5">
      <w:pPr>
        <w:tabs>
          <w:tab w:val="left" w:pos="0"/>
          <w:tab w:val="left" w:pos="1134"/>
        </w:tabs>
        <w:spacing w:after="0" w:line="240" w:lineRule="auto"/>
        <w:ind w:firstLine="709"/>
        <w:contextualSpacing/>
        <w:rPr>
          <w:rFonts w:eastAsia="Calibri" w:cs="Times New Roman"/>
          <w:szCs w:val="28"/>
          <w:lang w:val="tt-RU"/>
        </w:rPr>
      </w:pPr>
      <w:r w:rsidRPr="00F250C0">
        <w:rPr>
          <w:rFonts w:eastAsia="Calibri" w:cs="Times New Roman"/>
          <w:szCs w:val="28"/>
        </w:rPr>
        <w:t>представлять на татарском языке свою страну и культуру</w:t>
      </w:r>
      <w:r w:rsidRPr="00F250C0">
        <w:rPr>
          <w:rFonts w:eastAsia="@Arial Unicode MS" w:cs="Times New Roman"/>
          <w:szCs w:val="28"/>
        </w:rPr>
        <w:t>.</w:t>
      </w:r>
      <w:r w:rsidRPr="00F250C0">
        <w:rPr>
          <w:rFonts w:eastAsia="Calibri" w:cs="Times New Roman"/>
          <w:szCs w:val="28"/>
          <w:lang w:val="tt-RU"/>
        </w:rPr>
        <w:t xml:space="preserve"> </w:t>
      </w:r>
    </w:p>
    <w:p w14:paraId="792CAA52" w14:textId="418F05D9" w:rsidR="000E7201" w:rsidRPr="00AF56A5" w:rsidRDefault="000E7201" w:rsidP="00270CF9">
      <w:pPr>
        <w:spacing w:after="0" w:line="240" w:lineRule="auto"/>
        <w:jc w:val="left"/>
        <w:rPr>
          <w:rFonts w:eastAsia="Calibri" w:cs="Times New Roman"/>
          <w:szCs w:val="28"/>
          <w:lang w:val="tt-RU"/>
        </w:rPr>
      </w:pPr>
    </w:p>
    <w:p w14:paraId="26E02BA0" w14:textId="00F67225" w:rsidR="000E7201" w:rsidRDefault="000E7201" w:rsidP="00270CF9">
      <w:pPr>
        <w:spacing w:after="0" w:line="240" w:lineRule="auto"/>
        <w:jc w:val="left"/>
        <w:rPr>
          <w:rFonts w:eastAsia="Calibri" w:cs="Times New Roman"/>
          <w:szCs w:val="28"/>
        </w:rPr>
      </w:pPr>
    </w:p>
    <w:p w14:paraId="0985A0D4" w14:textId="66779F02" w:rsidR="000E7201" w:rsidRDefault="000E7201" w:rsidP="00270CF9">
      <w:pPr>
        <w:spacing w:after="0" w:line="240" w:lineRule="auto"/>
        <w:jc w:val="left"/>
        <w:rPr>
          <w:rFonts w:eastAsia="Calibri" w:cs="Times New Roman"/>
          <w:szCs w:val="28"/>
        </w:rPr>
      </w:pPr>
    </w:p>
    <w:p w14:paraId="161C0BB3" w14:textId="4CF9867A" w:rsidR="000E7201" w:rsidRDefault="000E7201" w:rsidP="00270CF9">
      <w:pPr>
        <w:spacing w:after="0" w:line="240" w:lineRule="auto"/>
        <w:jc w:val="left"/>
        <w:rPr>
          <w:rFonts w:eastAsia="Calibri" w:cs="Times New Roman"/>
          <w:szCs w:val="28"/>
        </w:rPr>
      </w:pPr>
    </w:p>
    <w:p w14:paraId="1BA8D5DB" w14:textId="3720FCBD" w:rsidR="000E7201" w:rsidRDefault="000E7201" w:rsidP="00270CF9">
      <w:pPr>
        <w:spacing w:after="0" w:line="240" w:lineRule="auto"/>
        <w:jc w:val="left"/>
        <w:rPr>
          <w:rFonts w:eastAsia="Calibri" w:cs="Times New Roman"/>
          <w:szCs w:val="28"/>
        </w:rPr>
      </w:pPr>
    </w:p>
    <w:p w14:paraId="078CB1C2" w14:textId="3B8C23D0" w:rsidR="000E7201" w:rsidRDefault="000E7201" w:rsidP="00270CF9">
      <w:pPr>
        <w:spacing w:after="0" w:line="240" w:lineRule="auto"/>
        <w:jc w:val="left"/>
        <w:rPr>
          <w:rFonts w:eastAsia="Calibri" w:cs="Times New Roman"/>
          <w:szCs w:val="28"/>
        </w:rPr>
      </w:pPr>
    </w:p>
    <w:p w14:paraId="0A46AF38" w14:textId="54BCA3DA" w:rsidR="000E7201" w:rsidRDefault="000E7201" w:rsidP="00270CF9">
      <w:pPr>
        <w:spacing w:after="0" w:line="240" w:lineRule="auto"/>
        <w:jc w:val="left"/>
        <w:rPr>
          <w:rFonts w:eastAsia="Calibri" w:cs="Times New Roman"/>
          <w:szCs w:val="28"/>
        </w:rPr>
      </w:pPr>
    </w:p>
    <w:p w14:paraId="63E6B7FD" w14:textId="252D3DED" w:rsidR="000E7201" w:rsidRDefault="000E7201" w:rsidP="00270CF9">
      <w:pPr>
        <w:spacing w:after="0" w:line="240" w:lineRule="auto"/>
        <w:jc w:val="left"/>
        <w:rPr>
          <w:rFonts w:eastAsia="Calibri" w:cs="Times New Roman"/>
          <w:szCs w:val="28"/>
        </w:rPr>
      </w:pPr>
    </w:p>
    <w:p w14:paraId="53AD7ED8" w14:textId="41E804D4" w:rsidR="000E7201" w:rsidRDefault="000E7201" w:rsidP="00270CF9">
      <w:pPr>
        <w:spacing w:after="0" w:line="240" w:lineRule="auto"/>
        <w:jc w:val="left"/>
        <w:rPr>
          <w:rFonts w:eastAsia="Calibri" w:cs="Times New Roman"/>
          <w:szCs w:val="28"/>
        </w:rPr>
      </w:pPr>
    </w:p>
    <w:p w14:paraId="7D0E031E" w14:textId="1D9A8864" w:rsidR="000E7201" w:rsidRDefault="000E7201" w:rsidP="00270CF9">
      <w:pPr>
        <w:spacing w:after="0" w:line="240" w:lineRule="auto"/>
        <w:jc w:val="left"/>
        <w:rPr>
          <w:rFonts w:eastAsia="Calibri" w:cs="Times New Roman"/>
          <w:szCs w:val="28"/>
        </w:rPr>
      </w:pPr>
    </w:p>
    <w:p w14:paraId="4C6F2CC9" w14:textId="6015E74B" w:rsidR="000E7201" w:rsidRDefault="000E7201" w:rsidP="00270CF9">
      <w:pPr>
        <w:spacing w:after="0" w:line="240" w:lineRule="auto"/>
        <w:jc w:val="left"/>
        <w:rPr>
          <w:rFonts w:eastAsia="Calibri" w:cs="Times New Roman"/>
          <w:szCs w:val="28"/>
        </w:rPr>
      </w:pPr>
    </w:p>
    <w:p w14:paraId="295D3D4B" w14:textId="77777777" w:rsidR="000E7201" w:rsidRDefault="000E7201" w:rsidP="00270CF9">
      <w:pPr>
        <w:spacing w:after="0" w:line="240" w:lineRule="auto"/>
        <w:jc w:val="left"/>
        <w:rPr>
          <w:rFonts w:eastAsia="Calibri" w:cs="Times New Roman"/>
          <w:szCs w:val="28"/>
        </w:rPr>
        <w:sectPr w:rsidR="000E7201" w:rsidSect="00746986">
          <w:footerReference w:type="default" r:id="rId10"/>
          <w:pgSz w:w="11906" w:h="16838"/>
          <w:pgMar w:top="1134" w:right="850" w:bottom="1134" w:left="1701" w:header="709" w:footer="709" w:gutter="0"/>
          <w:cols w:space="708"/>
          <w:docGrid w:linePitch="381"/>
        </w:sectPr>
      </w:pPr>
    </w:p>
    <w:p w14:paraId="5EA479F0" w14:textId="77777777" w:rsidR="00AA2478" w:rsidRPr="00600724" w:rsidRDefault="00AA2478" w:rsidP="00AA2478">
      <w:pPr>
        <w:autoSpaceDE w:val="0"/>
        <w:autoSpaceDN w:val="0"/>
        <w:spacing w:after="78" w:line="220" w:lineRule="exact"/>
        <w:jc w:val="left"/>
        <w:rPr>
          <w:rFonts w:ascii="Cambria" w:eastAsia="MS Mincho" w:hAnsi="Cambria" w:cs="Times New Roman"/>
          <w:sz w:val="22"/>
        </w:rPr>
      </w:pPr>
    </w:p>
    <w:p w14:paraId="66E6D430" w14:textId="77777777" w:rsidR="00AA2478" w:rsidRPr="00AA2478" w:rsidRDefault="00AA2478" w:rsidP="00AA2478">
      <w:pPr>
        <w:autoSpaceDE w:val="0"/>
        <w:autoSpaceDN w:val="0"/>
        <w:spacing w:after="320" w:line="230" w:lineRule="auto"/>
        <w:jc w:val="left"/>
        <w:rPr>
          <w:rFonts w:eastAsia="Times New Roman" w:cs="Times New Roman"/>
          <w:b/>
          <w:color w:val="000000"/>
          <w:sz w:val="24"/>
        </w:rPr>
      </w:pPr>
      <w:r w:rsidRPr="00AA2478">
        <w:rPr>
          <w:rFonts w:eastAsia="Times New Roman" w:cs="Times New Roman"/>
          <w:b/>
          <w:color w:val="000000"/>
          <w:sz w:val="24"/>
          <w:lang w:val="en-US"/>
        </w:rPr>
        <w:t xml:space="preserve">ПОУРОЧНОЕ ПЛАНИРОВАНИЕ </w:t>
      </w:r>
    </w:p>
    <w:p w14:paraId="406713C6" w14:textId="77777777" w:rsidR="00AA2478" w:rsidRPr="00AA2478" w:rsidRDefault="00AA2478" w:rsidP="00AA2478">
      <w:pPr>
        <w:autoSpaceDE w:val="0"/>
        <w:autoSpaceDN w:val="0"/>
        <w:spacing w:after="320" w:line="230" w:lineRule="auto"/>
        <w:jc w:val="left"/>
        <w:rPr>
          <w:rFonts w:ascii="Cambria" w:eastAsia="MS Mincho" w:hAnsi="Cambria" w:cs="Times New Roman"/>
          <w:sz w:val="22"/>
        </w:rPr>
      </w:pPr>
      <w:r w:rsidRPr="00AA2478">
        <w:rPr>
          <w:rFonts w:eastAsia="Times New Roman" w:cs="Times New Roman"/>
          <w:b/>
          <w:color w:val="000000"/>
          <w:sz w:val="24"/>
        </w:rPr>
        <w:t>1 класс</w:t>
      </w:r>
    </w:p>
    <w:tbl>
      <w:tblPr>
        <w:tblW w:w="10841" w:type="dxa"/>
        <w:tblInd w:w="6" w:type="dxa"/>
        <w:tblLayout w:type="fixed"/>
        <w:tblLook w:val="04A0" w:firstRow="1" w:lastRow="0" w:firstColumn="1" w:lastColumn="0" w:noHBand="0" w:noVBand="1"/>
      </w:tblPr>
      <w:tblGrid>
        <w:gridCol w:w="504"/>
        <w:gridCol w:w="2966"/>
        <w:gridCol w:w="732"/>
        <w:gridCol w:w="900"/>
        <w:gridCol w:w="851"/>
        <w:gridCol w:w="1167"/>
        <w:gridCol w:w="69"/>
        <w:gridCol w:w="1757"/>
        <w:gridCol w:w="69"/>
        <w:gridCol w:w="1757"/>
        <w:gridCol w:w="69"/>
      </w:tblGrid>
      <w:tr w:rsidR="00AA2478" w:rsidRPr="00AA2478" w14:paraId="0A4D9E5C" w14:textId="77777777" w:rsidTr="00DF5DF7">
        <w:trPr>
          <w:gridAfter w:val="1"/>
          <w:wAfter w:w="69" w:type="dxa"/>
          <w:trHeight w:hRule="exact" w:val="492"/>
        </w:trPr>
        <w:tc>
          <w:tcPr>
            <w:tcW w:w="50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4D6E60B4" w14:textId="77777777" w:rsidR="00AA2478" w:rsidRPr="00AA2478" w:rsidRDefault="00AA2478" w:rsidP="00AA2478">
            <w:pPr>
              <w:autoSpaceDE w:val="0"/>
              <w:autoSpaceDN w:val="0"/>
              <w:spacing w:before="98" w:after="0" w:line="262" w:lineRule="auto"/>
              <w:ind w:left="72"/>
              <w:jc w:val="left"/>
              <w:rPr>
                <w:rFonts w:ascii="Cambria" w:eastAsia="MS Mincho" w:hAnsi="Cambria" w:cs="Times New Roman"/>
                <w:sz w:val="22"/>
                <w:lang w:val="en-US"/>
              </w:rPr>
            </w:pPr>
            <w:r w:rsidRPr="00AA2478">
              <w:rPr>
                <w:rFonts w:eastAsia="Times New Roman" w:cs="Times New Roman"/>
                <w:b/>
                <w:color w:val="000000"/>
                <w:sz w:val="24"/>
                <w:lang w:val="en-US"/>
              </w:rPr>
              <w:t>№</w:t>
            </w:r>
            <w:r w:rsidRPr="00AA2478">
              <w:rPr>
                <w:rFonts w:ascii="Cambria" w:eastAsia="MS Mincho" w:hAnsi="Cambria" w:cs="Times New Roman"/>
                <w:sz w:val="22"/>
                <w:lang w:val="en-US"/>
              </w:rPr>
              <w:br/>
            </w:r>
            <w:r w:rsidRPr="00AA2478">
              <w:rPr>
                <w:rFonts w:eastAsia="Times New Roman" w:cs="Times New Roman"/>
                <w:b/>
                <w:color w:val="000000"/>
                <w:sz w:val="24"/>
                <w:lang w:val="en-US"/>
              </w:rPr>
              <w:t>п/п</w:t>
            </w:r>
          </w:p>
        </w:tc>
        <w:tc>
          <w:tcPr>
            <w:tcW w:w="29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1E80C81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b/>
                <w:color w:val="000000"/>
                <w:sz w:val="24"/>
                <w:lang w:val="en-US"/>
              </w:rPr>
              <w:t>Тема урока</w:t>
            </w:r>
          </w:p>
        </w:tc>
        <w:tc>
          <w:tcPr>
            <w:tcW w:w="248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4D87CC27"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b/>
                <w:color w:val="000000"/>
                <w:sz w:val="24"/>
                <w:lang w:val="en-US"/>
              </w:rPr>
              <w:t>Количество часов</w:t>
            </w:r>
          </w:p>
        </w:tc>
        <w:tc>
          <w:tcPr>
            <w:tcW w:w="1167"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6DAFD2CD" w14:textId="77777777" w:rsidR="00AA2478" w:rsidRPr="00AA2478" w:rsidRDefault="00AA2478" w:rsidP="00AA2478">
            <w:pPr>
              <w:autoSpaceDE w:val="0"/>
              <w:autoSpaceDN w:val="0"/>
              <w:spacing w:before="98" w:after="0" w:line="262" w:lineRule="auto"/>
              <w:ind w:left="72" w:right="144"/>
              <w:jc w:val="left"/>
              <w:rPr>
                <w:rFonts w:ascii="Cambria" w:eastAsia="MS Mincho" w:hAnsi="Cambria" w:cs="Times New Roman"/>
                <w:sz w:val="22"/>
                <w:lang w:val="en-US"/>
              </w:rPr>
            </w:pPr>
            <w:r w:rsidRPr="00AA2478">
              <w:rPr>
                <w:rFonts w:eastAsia="Times New Roman" w:cs="Times New Roman"/>
                <w:b/>
                <w:color w:val="000000"/>
                <w:sz w:val="24"/>
                <w:lang w:val="en-US"/>
              </w:rPr>
              <w:t xml:space="preserve">Дата </w:t>
            </w:r>
            <w:r w:rsidRPr="00AA2478">
              <w:rPr>
                <w:rFonts w:ascii="Cambria" w:eastAsia="MS Mincho" w:hAnsi="Cambria" w:cs="Times New Roman"/>
                <w:sz w:val="22"/>
                <w:lang w:val="en-US"/>
              </w:rPr>
              <w:br/>
            </w:r>
            <w:r w:rsidRPr="00AA2478">
              <w:rPr>
                <w:rFonts w:eastAsia="Times New Roman" w:cs="Times New Roman"/>
                <w:b/>
                <w:color w:val="000000"/>
                <w:sz w:val="24"/>
                <w:lang w:val="en-US"/>
              </w:rPr>
              <w:t>изучения</w:t>
            </w:r>
          </w:p>
        </w:tc>
        <w:tc>
          <w:tcPr>
            <w:tcW w:w="1826" w:type="dxa"/>
            <w:gridSpan w:val="2"/>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14:paraId="0D36EC20" w14:textId="77777777" w:rsidR="00AA2478" w:rsidRPr="00AA2478" w:rsidRDefault="00AA2478" w:rsidP="00AA2478">
            <w:pPr>
              <w:autoSpaceDE w:val="0"/>
              <w:autoSpaceDN w:val="0"/>
              <w:spacing w:before="98" w:after="0" w:line="262" w:lineRule="auto"/>
              <w:ind w:left="72" w:right="144"/>
              <w:jc w:val="left"/>
              <w:rPr>
                <w:rFonts w:ascii="Cambria" w:eastAsia="MS Mincho" w:hAnsi="Cambria" w:cs="Times New Roman"/>
                <w:sz w:val="22"/>
                <w:lang w:val="en-US"/>
              </w:rPr>
            </w:pPr>
            <w:r w:rsidRPr="00AA2478">
              <w:rPr>
                <w:rFonts w:eastAsia="Times New Roman" w:cs="Times New Roman"/>
                <w:b/>
                <w:color w:val="000000"/>
                <w:sz w:val="24"/>
                <w:lang w:val="en-US"/>
              </w:rPr>
              <w:t>Виды, формы контроля</w:t>
            </w:r>
          </w:p>
        </w:tc>
        <w:tc>
          <w:tcPr>
            <w:tcW w:w="1826" w:type="dxa"/>
            <w:gridSpan w:val="2"/>
            <w:vMerge w:val="restart"/>
            <w:tcBorders>
              <w:top w:val="single" w:sz="4" w:space="0" w:color="000000"/>
              <w:left w:val="single" w:sz="4" w:space="0" w:color="000000"/>
              <w:right w:val="single" w:sz="4" w:space="0" w:color="000000"/>
            </w:tcBorders>
          </w:tcPr>
          <w:p w14:paraId="0F0D3F9A" w14:textId="77777777" w:rsidR="00AA2478" w:rsidRPr="00AA2478" w:rsidRDefault="00AA2478" w:rsidP="00AA2478">
            <w:pPr>
              <w:autoSpaceDE w:val="0"/>
              <w:autoSpaceDN w:val="0"/>
              <w:spacing w:before="98" w:after="0" w:line="262" w:lineRule="auto"/>
              <w:ind w:left="72" w:right="144"/>
              <w:jc w:val="left"/>
              <w:rPr>
                <w:rFonts w:eastAsia="Times New Roman" w:cs="Times New Roman"/>
                <w:b/>
                <w:color w:val="000000"/>
                <w:sz w:val="24"/>
                <w:szCs w:val="24"/>
                <w:lang w:val="en-US"/>
              </w:rPr>
            </w:pPr>
            <w:r w:rsidRPr="00AA2478">
              <w:rPr>
                <w:rFonts w:eastAsia="Times New Roman" w:cs="Times New Roman"/>
                <w:b/>
                <w:color w:val="000000"/>
                <w:w w:val="97"/>
                <w:sz w:val="24"/>
                <w:szCs w:val="24"/>
                <w:lang w:val="en-US"/>
              </w:rPr>
              <w:t xml:space="preserve">Электронные </w:t>
            </w:r>
            <w:r w:rsidRPr="00AA2478">
              <w:rPr>
                <w:rFonts w:ascii="Cambria" w:eastAsia="MS Mincho" w:hAnsi="Cambria" w:cs="Times New Roman"/>
                <w:sz w:val="24"/>
                <w:szCs w:val="24"/>
                <w:lang w:val="en-US"/>
              </w:rPr>
              <w:br/>
            </w:r>
            <w:r w:rsidRPr="00AA2478">
              <w:rPr>
                <w:rFonts w:eastAsia="Times New Roman" w:cs="Times New Roman"/>
                <w:b/>
                <w:color w:val="000000"/>
                <w:w w:val="97"/>
                <w:sz w:val="24"/>
                <w:szCs w:val="24"/>
                <w:lang w:val="en-US"/>
              </w:rPr>
              <w:t xml:space="preserve">(цифровые) </w:t>
            </w:r>
            <w:r w:rsidRPr="00AA2478">
              <w:rPr>
                <w:rFonts w:ascii="Cambria" w:eastAsia="MS Mincho" w:hAnsi="Cambria" w:cs="Times New Roman"/>
                <w:sz w:val="24"/>
                <w:szCs w:val="24"/>
                <w:lang w:val="en-US"/>
              </w:rPr>
              <w:br/>
            </w:r>
            <w:r w:rsidRPr="00AA2478">
              <w:rPr>
                <w:rFonts w:eastAsia="Times New Roman" w:cs="Times New Roman"/>
                <w:b/>
                <w:color w:val="000000"/>
                <w:w w:val="97"/>
                <w:sz w:val="24"/>
                <w:szCs w:val="24"/>
                <w:lang w:val="en-US"/>
              </w:rPr>
              <w:t>образовательные ресурсы</w:t>
            </w:r>
          </w:p>
        </w:tc>
      </w:tr>
      <w:tr w:rsidR="00AA2478" w:rsidRPr="00AA2478" w14:paraId="75A5F2D0" w14:textId="77777777" w:rsidTr="00DF5DF7">
        <w:trPr>
          <w:gridAfter w:val="1"/>
          <w:wAfter w:w="69" w:type="dxa"/>
          <w:trHeight w:hRule="exact" w:val="828"/>
        </w:trPr>
        <w:tc>
          <w:tcPr>
            <w:tcW w:w="504" w:type="dxa"/>
            <w:vMerge/>
            <w:tcBorders>
              <w:top w:val="single" w:sz="4" w:space="0" w:color="000000"/>
              <w:left w:val="single" w:sz="4" w:space="0" w:color="000000"/>
              <w:bottom w:val="single" w:sz="4" w:space="0" w:color="000000"/>
              <w:right w:val="single" w:sz="4" w:space="0" w:color="000000"/>
            </w:tcBorders>
          </w:tcPr>
          <w:p w14:paraId="5EC0F7BA" w14:textId="77777777" w:rsidR="00AA2478" w:rsidRPr="00AA2478" w:rsidRDefault="00AA2478" w:rsidP="00AA2478">
            <w:pPr>
              <w:jc w:val="left"/>
              <w:rPr>
                <w:rFonts w:ascii="Cambria" w:eastAsia="MS Mincho" w:hAnsi="Cambria" w:cs="Times New Roman"/>
                <w:sz w:val="22"/>
                <w:lang w:val="en-US"/>
              </w:rPr>
            </w:pPr>
          </w:p>
        </w:tc>
        <w:tc>
          <w:tcPr>
            <w:tcW w:w="2966" w:type="dxa"/>
            <w:vMerge/>
            <w:tcBorders>
              <w:top w:val="single" w:sz="4" w:space="0" w:color="000000"/>
              <w:left w:val="single" w:sz="4" w:space="0" w:color="000000"/>
              <w:bottom w:val="single" w:sz="4" w:space="0" w:color="000000"/>
              <w:right w:val="single" w:sz="4" w:space="0" w:color="000000"/>
            </w:tcBorders>
          </w:tcPr>
          <w:p w14:paraId="2BEC7F47" w14:textId="77777777" w:rsidR="00AA2478" w:rsidRPr="00AA2478" w:rsidRDefault="00AA2478" w:rsidP="00AA2478">
            <w:pPr>
              <w:jc w:val="left"/>
              <w:rPr>
                <w:rFonts w:ascii="Cambria" w:eastAsia="MS Mincho" w:hAnsi="Cambria" w:cs="Times New Roman"/>
                <w:sz w:val="22"/>
                <w:lang w:val="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ADB7F11"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b/>
                <w:color w:val="000000"/>
                <w:sz w:val="24"/>
                <w:lang w:val="en-US"/>
              </w:rPr>
              <w:t xml:space="preserve">всего </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1A67276" w14:textId="77777777" w:rsidR="00AA2478" w:rsidRPr="00AA2478" w:rsidRDefault="00AA2478" w:rsidP="00AA2478">
            <w:pPr>
              <w:autoSpaceDE w:val="0"/>
              <w:autoSpaceDN w:val="0"/>
              <w:spacing w:before="98" w:after="0" w:line="262" w:lineRule="auto"/>
              <w:ind w:left="72"/>
              <w:jc w:val="left"/>
              <w:rPr>
                <w:rFonts w:ascii="Cambria" w:eastAsia="MS Mincho" w:hAnsi="Cambria" w:cs="Times New Roman"/>
                <w:sz w:val="22"/>
                <w:lang w:val="en-US"/>
              </w:rPr>
            </w:pPr>
            <w:r w:rsidRPr="00AA2478">
              <w:rPr>
                <w:rFonts w:eastAsia="Times New Roman" w:cs="Times New Roman"/>
                <w:b/>
                <w:color w:val="000000"/>
                <w:sz w:val="24"/>
                <w:lang w:val="en-US"/>
              </w:rPr>
              <w:t>контрольные работы</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2981F70E" w14:textId="77777777" w:rsidR="00AA2478" w:rsidRPr="00AA2478" w:rsidRDefault="00AA2478" w:rsidP="00AA2478">
            <w:pPr>
              <w:autoSpaceDE w:val="0"/>
              <w:autoSpaceDN w:val="0"/>
              <w:spacing w:before="98" w:after="0" w:line="262" w:lineRule="auto"/>
              <w:ind w:left="72"/>
              <w:jc w:val="left"/>
              <w:rPr>
                <w:rFonts w:ascii="Cambria" w:eastAsia="MS Mincho" w:hAnsi="Cambria" w:cs="Times New Roman"/>
                <w:sz w:val="22"/>
                <w:lang w:val="en-US"/>
              </w:rPr>
            </w:pPr>
            <w:r w:rsidRPr="00AA2478">
              <w:rPr>
                <w:rFonts w:eastAsia="Times New Roman" w:cs="Times New Roman"/>
                <w:b/>
                <w:color w:val="000000"/>
                <w:sz w:val="24"/>
                <w:lang w:val="en-US"/>
              </w:rPr>
              <w:t>практические работы</w:t>
            </w:r>
          </w:p>
        </w:tc>
        <w:tc>
          <w:tcPr>
            <w:tcW w:w="1167" w:type="dxa"/>
            <w:vMerge/>
            <w:tcBorders>
              <w:top w:val="single" w:sz="4" w:space="0" w:color="000000"/>
              <w:left w:val="single" w:sz="4" w:space="0" w:color="000000"/>
              <w:bottom w:val="single" w:sz="4" w:space="0" w:color="000000"/>
              <w:right w:val="single" w:sz="4" w:space="0" w:color="000000"/>
            </w:tcBorders>
          </w:tcPr>
          <w:p w14:paraId="79EF93EC" w14:textId="77777777" w:rsidR="00AA2478" w:rsidRPr="00AA2478" w:rsidRDefault="00AA2478" w:rsidP="00AA2478">
            <w:pPr>
              <w:jc w:val="left"/>
              <w:rPr>
                <w:rFonts w:ascii="Cambria" w:eastAsia="MS Mincho" w:hAnsi="Cambria" w:cs="Times New Roman"/>
                <w:sz w:val="22"/>
                <w:lang w:val="en-US"/>
              </w:rPr>
            </w:pPr>
          </w:p>
        </w:tc>
        <w:tc>
          <w:tcPr>
            <w:tcW w:w="1826" w:type="dxa"/>
            <w:gridSpan w:val="2"/>
            <w:vMerge/>
            <w:tcBorders>
              <w:top w:val="single" w:sz="4" w:space="0" w:color="000000"/>
              <w:left w:val="single" w:sz="4" w:space="0" w:color="000000"/>
              <w:bottom w:val="single" w:sz="4" w:space="0" w:color="000000"/>
              <w:right w:val="single" w:sz="4" w:space="0" w:color="000000"/>
            </w:tcBorders>
          </w:tcPr>
          <w:p w14:paraId="770ABBA4" w14:textId="77777777" w:rsidR="00AA2478" w:rsidRPr="00AA2478" w:rsidRDefault="00AA2478" w:rsidP="00AA2478">
            <w:pPr>
              <w:jc w:val="left"/>
              <w:rPr>
                <w:rFonts w:ascii="Cambria" w:eastAsia="MS Mincho" w:hAnsi="Cambria" w:cs="Times New Roman"/>
                <w:sz w:val="22"/>
                <w:lang w:val="en-US"/>
              </w:rPr>
            </w:pPr>
          </w:p>
        </w:tc>
        <w:tc>
          <w:tcPr>
            <w:tcW w:w="1826" w:type="dxa"/>
            <w:gridSpan w:val="2"/>
            <w:vMerge/>
            <w:tcBorders>
              <w:left w:val="single" w:sz="4" w:space="0" w:color="000000"/>
              <w:bottom w:val="single" w:sz="4" w:space="0" w:color="000000"/>
              <w:right w:val="single" w:sz="4" w:space="0" w:color="000000"/>
            </w:tcBorders>
          </w:tcPr>
          <w:p w14:paraId="71CD8CF8" w14:textId="77777777" w:rsidR="00AA2478" w:rsidRPr="00AA2478" w:rsidRDefault="00AA2478" w:rsidP="00AA2478">
            <w:pPr>
              <w:jc w:val="left"/>
              <w:rPr>
                <w:rFonts w:ascii="Cambria" w:eastAsia="MS Mincho" w:hAnsi="Cambria" w:cs="Times New Roman"/>
                <w:sz w:val="22"/>
                <w:lang w:val="en-US"/>
              </w:rPr>
            </w:pPr>
          </w:p>
        </w:tc>
      </w:tr>
      <w:tr w:rsidR="00AA2478" w:rsidRPr="00600724" w14:paraId="59DC71F6" w14:textId="77777777" w:rsidTr="00DF5DF7">
        <w:trPr>
          <w:gridAfter w:val="1"/>
          <w:wAfter w:w="69" w:type="dxa"/>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A6104F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708EEEA" w14:textId="77777777" w:rsidR="00AA2478" w:rsidRPr="00AA2478" w:rsidRDefault="00AA2478" w:rsidP="00AA2478">
            <w:pPr>
              <w:autoSpaceDE w:val="0"/>
              <w:autoSpaceDN w:val="0"/>
              <w:spacing w:before="98" w:after="0" w:line="271"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 xml:space="preserve"> «</w:t>
            </w:r>
            <w:r w:rsidRPr="00AA2478">
              <w:rPr>
                <w:rFonts w:eastAsia="Times New Roman" w:cs="Times New Roman"/>
                <w:color w:val="000000"/>
                <w:sz w:val="24"/>
              </w:rPr>
              <w:t>Ис</w:t>
            </w:r>
            <w:r w:rsidRPr="00AA2478">
              <w:rPr>
                <w:rFonts w:eastAsia="Times New Roman" w:cs="Times New Roman"/>
                <w:color w:val="000000"/>
                <w:sz w:val="24"/>
                <w:lang w:val="en-US"/>
              </w:rPr>
              <w:t>ə</w:t>
            </w:r>
            <w:r w:rsidRPr="00AA2478">
              <w:rPr>
                <w:rFonts w:eastAsia="Times New Roman" w:cs="Times New Roman"/>
                <w:color w:val="000000"/>
                <w:sz w:val="24"/>
              </w:rPr>
              <w:t>нме</w:t>
            </w:r>
            <w:r w:rsidRPr="00AA2478">
              <w:rPr>
                <w:rFonts w:eastAsia="Times New Roman" w:cs="Times New Roman"/>
                <w:color w:val="000000"/>
                <w:sz w:val="24"/>
                <w:lang w:val="en-US"/>
              </w:rPr>
              <w:t xml:space="preserve">, </w:t>
            </w:r>
            <w:r w:rsidRPr="00AA2478">
              <w:rPr>
                <w:rFonts w:eastAsia="Times New Roman" w:cs="Times New Roman"/>
                <w:color w:val="000000"/>
                <w:sz w:val="24"/>
              </w:rPr>
              <w:t>м</w:t>
            </w:r>
            <w:r w:rsidRPr="00AA2478">
              <w:rPr>
                <w:rFonts w:eastAsia="Times New Roman" w:cs="Times New Roman"/>
                <w:color w:val="000000"/>
                <w:sz w:val="24"/>
                <w:lang w:val="en-US"/>
              </w:rPr>
              <w:t>ə</w:t>
            </w:r>
            <w:r w:rsidRPr="00AA2478">
              <w:rPr>
                <w:rFonts w:eastAsia="Times New Roman" w:cs="Times New Roman"/>
                <w:color w:val="000000"/>
                <w:sz w:val="24"/>
              </w:rPr>
              <w:t>кт</w:t>
            </w:r>
            <w:r w:rsidRPr="00AA2478">
              <w:rPr>
                <w:rFonts w:eastAsia="Times New Roman" w:cs="Times New Roman"/>
                <w:color w:val="000000"/>
                <w:sz w:val="24"/>
                <w:lang w:val="en-US"/>
              </w:rPr>
              <w:t>ə</w:t>
            </w:r>
            <w:r w:rsidRPr="00AA2478">
              <w:rPr>
                <w:rFonts w:eastAsia="Times New Roman" w:cs="Times New Roman"/>
                <w:color w:val="000000"/>
                <w:sz w:val="24"/>
              </w:rPr>
              <w:t>п</w:t>
            </w:r>
            <w:proofErr w:type="gramStart"/>
            <w:r w:rsidRPr="00AA2478">
              <w:rPr>
                <w:rFonts w:eastAsia="Times New Roman" w:cs="Times New Roman"/>
                <w:color w:val="000000"/>
                <w:sz w:val="24"/>
                <w:lang w:val="en-US"/>
              </w:rPr>
              <w:t>!»</w:t>
            </w:r>
            <w:proofErr w:type="gramEnd"/>
            <w:r w:rsidRPr="00AA2478">
              <w:rPr>
                <w:rFonts w:eastAsia="Times New Roman" w:cs="Times New Roman"/>
                <w:color w:val="000000"/>
                <w:sz w:val="24"/>
              </w:rPr>
              <w:t>темасы</w:t>
            </w:r>
            <w:r w:rsidRPr="00AA2478">
              <w:rPr>
                <w:rFonts w:eastAsia="Times New Roman" w:cs="Times New Roman"/>
                <w:color w:val="000000"/>
                <w:sz w:val="24"/>
                <w:lang w:val="en-US"/>
              </w:rPr>
              <w:t xml:space="preserve"> </w:t>
            </w:r>
            <w:r w:rsidRPr="00AA2478">
              <w:rPr>
                <w:rFonts w:eastAsia="Times New Roman" w:cs="Times New Roman"/>
                <w:color w:val="000000"/>
                <w:sz w:val="24"/>
              </w:rPr>
              <w:t>буенча</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әңгәмә</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CC29034"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F22E4D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38B2170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32A11E1"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0</w:t>
            </w:r>
            <w:r w:rsidRPr="00AA2478">
              <w:rPr>
                <w:rFonts w:eastAsia="Times New Roman" w:cs="Times New Roman"/>
                <w:color w:val="000000"/>
                <w:sz w:val="24"/>
              </w:rPr>
              <w:t>7</w:t>
            </w:r>
            <w:r w:rsidRPr="00AA2478">
              <w:rPr>
                <w:rFonts w:eastAsia="Times New Roman" w:cs="Times New Roman"/>
                <w:color w:val="000000"/>
                <w:sz w:val="24"/>
                <w:lang w:val="en-US"/>
              </w:rPr>
              <w:t>.09.202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FFCB04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3C02FE24"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r w:rsidRPr="00AA2478">
              <w:rPr>
                <w:rFonts w:eastAsia="Times New Roman" w:cs="Times New Roman"/>
                <w:color w:val="000000"/>
                <w:w w:val="97"/>
                <w:sz w:val="16"/>
                <w:lang w:val="en-US"/>
              </w:rPr>
              <w:t xml:space="preserve">tatarmultfilm.ru бала.рф </w:t>
            </w:r>
            <w:r w:rsidRPr="00AA2478">
              <w:rPr>
                <w:rFonts w:ascii="Cambria" w:eastAsia="MS Mincho" w:hAnsi="Cambria" w:cs="Times New Roman"/>
                <w:sz w:val="22"/>
                <w:lang w:val="en-US"/>
              </w:rPr>
              <w:br/>
            </w:r>
            <w:r w:rsidRPr="00AA2478">
              <w:rPr>
                <w:rFonts w:eastAsia="Times New Roman" w:cs="Times New Roman"/>
                <w:color w:val="000000"/>
                <w:w w:val="97"/>
                <w:sz w:val="16"/>
                <w:lang w:val="en-US"/>
              </w:rPr>
              <w:t>tatarschool.ru</w:t>
            </w:r>
          </w:p>
        </w:tc>
      </w:tr>
      <w:tr w:rsidR="00AA2478" w:rsidRPr="00AA2478" w14:paraId="7D835BF0" w14:textId="77777777" w:rsidTr="00DF5DF7">
        <w:trPr>
          <w:gridAfter w:val="1"/>
          <w:wAfter w:w="69" w:type="dxa"/>
          <w:trHeight w:hRule="exact" w:val="251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90CBDC2"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8D8C20B" w14:textId="77777777" w:rsidR="00AA2478" w:rsidRPr="00AA2478" w:rsidRDefault="00AA2478" w:rsidP="00AA2478">
            <w:pPr>
              <w:autoSpaceDE w:val="0"/>
              <w:autoSpaceDN w:val="0"/>
              <w:spacing w:before="100" w:after="0" w:line="283" w:lineRule="auto"/>
              <w:ind w:left="72" w:right="288"/>
              <w:jc w:val="left"/>
              <w:rPr>
                <w:rFonts w:ascii="Cambria" w:eastAsia="MS Mincho" w:hAnsi="Cambria" w:cs="Times New Roman"/>
                <w:sz w:val="22"/>
              </w:rPr>
            </w:pPr>
            <w:r w:rsidRPr="00AA2478">
              <w:rPr>
                <w:rFonts w:eastAsia="Times New Roman" w:cs="Times New Roman"/>
                <w:color w:val="000000"/>
                <w:sz w:val="24"/>
                <w:lang w:val="en-US"/>
              </w:rPr>
              <w:t xml:space="preserve">Уку һəм язу кагыйдəлəре гигиенасы.Язу сызыгы, язуның башлангыч </w:t>
            </w:r>
            <w:r w:rsidRPr="00AA2478">
              <w:rPr>
                <w:rFonts w:ascii="Cambria" w:eastAsia="MS Mincho" w:hAnsi="Cambria" w:cs="Times New Roman"/>
                <w:sz w:val="22"/>
                <w:lang w:val="en-US"/>
              </w:rPr>
              <w:br/>
            </w:r>
            <w:r w:rsidRPr="00AA2478">
              <w:rPr>
                <w:rFonts w:eastAsia="Times New Roman" w:cs="Times New Roman"/>
                <w:color w:val="000000"/>
                <w:sz w:val="24"/>
                <w:lang w:val="en-US"/>
              </w:rPr>
              <w:t xml:space="preserve">ноктасы.  Структур </w:t>
            </w:r>
            <w:r w:rsidRPr="00AA2478">
              <w:rPr>
                <w:rFonts w:ascii="Cambria" w:eastAsia="MS Mincho" w:hAnsi="Cambria" w:cs="Times New Roman"/>
                <w:sz w:val="22"/>
                <w:lang w:val="en-US"/>
              </w:rPr>
              <w:br/>
            </w:r>
            <w:r w:rsidRPr="00AA2478">
              <w:rPr>
                <w:rFonts w:eastAsia="Times New Roman" w:cs="Times New Roman"/>
                <w:color w:val="000000"/>
                <w:sz w:val="24"/>
                <w:lang w:val="en-US"/>
              </w:rPr>
              <w:t xml:space="preserve">берəмлек буларак </w:t>
            </w:r>
            <w:r w:rsidRPr="00AA2478">
              <w:rPr>
                <w:rFonts w:ascii="Cambria" w:eastAsia="MS Mincho" w:hAnsi="Cambria" w:cs="Times New Roman"/>
                <w:sz w:val="22"/>
                <w:lang w:val="en-US"/>
              </w:rPr>
              <w:br/>
            </w:r>
            <w:proofErr w:type="gramStart"/>
            <w:r w:rsidRPr="00AA2478">
              <w:rPr>
                <w:rFonts w:eastAsia="Times New Roman" w:cs="Times New Roman"/>
                <w:color w:val="000000"/>
                <w:sz w:val="24"/>
                <w:lang w:val="en-US"/>
              </w:rPr>
              <w:t>кулланылган  сызык</w:t>
            </w:r>
            <w:proofErr w:type="gramEnd"/>
            <w:r w:rsidRPr="00AA2478">
              <w:rPr>
                <w:rFonts w:eastAsia="Times New Roman" w:cs="Times New Roman"/>
                <w:color w:val="000000"/>
                <w:sz w:val="24"/>
                <w:lang w:val="en-US"/>
              </w:rPr>
              <w:t xml:space="preserve"> </w:t>
            </w:r>
            <w:r w:rsidRPr="00AA2478">
              <w:rPr>
                <w:rFonts w:ascii="Cambria" w:eastAsia="MS Mincho" w:hAnsi="Cambria" w:cs="Times New Roman"/>
                <w:sz w:val="22"/>
                <w:lang w:val="en-US"/>
              </w:rPr>
              <w:br/>
            </w:r>
            <w:r w:rsidRPr="00AA2478">
              <w:rPr>
                <w:rFonts w:eastAsia="Times New Roman" w:cs="Times New Roman"/>
                <w:color w:val="000000"/>
                <w:sz w:val="24"/>
                <w:lang w:val="en-US"/>
              </w:rPr>
              <w:t>элементлары.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9928E4" w14:textId="77777777" w:rsidR="00AA2478" w:rsidRPr="00AA2478" w:rsidRDefault="00AA2478" w:rsidP="00AA2478">
            <w:pPr>
              <w:autoSpaceDE w:val="0"/>
              <w:autoSpaceDN w:val="0"/>
              <w:spacing w:before="100"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4C28746"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75CC571A"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3B367602"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rPr>
            </w:pPr>
            <w:r w:rsidRPr="00AA2478">
              <w:rPr>
                <w:rFonts w:eastAsia="Times New Roman" w:cs="Times New Roman"/>
                <w:color w:val="000000"/>
                <w:sz w:val="24"/>
                <w:lang w:val="en-US"/>
              </w:rPr>
              <w:t>0</w:t>
            </w:r>
            <w:r w:rsidRPr="00AA2478">
              <w:rPr>
                <w:rFonts w:eastAsia="Times New Roman" w:cs="Times New Roman"/>
                <w:color w:val="000000"/>
                <w:sz w:val="24"/>
              </w:rPr>
              <w:t>8</w:t>
            </w:r>
            <w:r w:rsidRPr="00AA2478">
              <w:rPr>
                <w:rFonts w:eastAsia="Times New Roman" w:cs="Times New Roman"/>
                <w:color w:val="000000"/>
                <w:sz w:val="24"/>
                <w:lang w:val="en-US"/>
              </w:rPr>
              <w:t>.09.202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35A046B"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1F68409C" w14:textId="77777777" w:rsidR="00AA2478" w:rsidRPr="00AA2478" w:rsidRDefault="00AA2478" w:rsidP="00AA2478">
            <w:pPr>
              <w:autoSpaceDE w:val="0"/>
              <w:autoSpaceDN w:val="0"/>
              <w:spacing w:before="100" w:after="0" w:line="230" w:lineRule="auto"/>
              <w:ind w:left="72"/>
              <w:jc w:val="left"/>
              <w:rPr>
                <w:rFonts w:eastAsia="Times New Roman" w:cs="Times New Roman"/>
                <w:color w:val="000000"/>
                <w:sz w:val="24"/>
                <w:lang w:val="en-US"/>
              </w:rPr>
            </w:pPr>
          </w:p>
        </w:tc>
      </w:tr>
      <w:tr w:rsidR="00AA2478" w:rsidRPr="00AA2478" w14:paraId="48C16685" w14:textId="77777777" w:rsidTr="00DF5DF7">
        <w:trPr>
          <w:gridAfter w:val="1"/>
          <w:wAfter w:w="69" w:type="dxa"/>
          <w:trHeight w:hRule="exact" w:val="1836"/>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36AFA0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A06B17E" w14:textId="77777777" w:rsidR="00AA2478" w:rsidRPr="00AA2478" w:rsidRDefault="00AA2478" w:rsidP="00AA2478">
            <w:pPr>
              <w:autoSpaceDE w:val="0"/>
              <w:autoSpaceDN w:val="0"/>
              <w:spacing w:before="98" w:after="0" w:line="281"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 xml:space="preserve">Уку һəм язу кагыйдəлəре гигиенасы.Астан, өстəн элмəкле кыска, озын туры сызыклар Овал </w:t>
            </w:r>
            <w:r w:rsidRPr="00AA2478">
              <w:rPr>
                <w:rFonts w:ascii="Cambria" w:eastAsia="MS Mincho" w:hAnsi="Cambria" w:cs="Times New Roman"/>
                <w:sz w:val="22"/>
                <w:lang w:val="en-US"/>
              </w:rPr>
              <w:br/>
            </w:r>
            <w:r w:rsidRPr="00AA2478">
              <w:rPr>
                <w:rFonts w:eastAsia="Times New Roman" w:cs="Times New Roman"/>
                <w:color w:val="000000"/>
                <w:sz w:val="24"/>
                <w:lang w:val="en-US"/>
              </w:rPr>
              <w:t xml:space="preserve">формасындагы язу.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5DD3E52B"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0B9DE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9B492D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F72DEC2"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14</w:t>
            </w:r>
            <w:r w:rsidRPr="00AA2478">
              <w:rPr>
                <w:rFonts w:eastAsia="Times New Roman" w:cs="Times New Roman"/>
                <w:color w:val="000000"/>
                <w:sz w:val="24"/>
                <w:lang w:val="en-US"/>
              </w:rPr>
              <w:t>.09.202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4D8945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63BF9B9B"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6BE70BD6" w14:textId="77777777" w:rsidTr="00DF5DF7">
        <w:trPr>
          <w:gridAfter w:val="1"/>
          <w:wAfter w:w="69" w:type="dxa"/>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E86D4A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59910CA" w14:textId="77777777" w:rsidR="00AA2478" w:rsidRPr="00AA2478" w:rsidRDefault="00AA2478" w:rsidP="00AA2478">
            <w:pPr>
              <w:autoSpaceDE w:val="0"/>
              <w:autoSpaceDN w:val="0"/>
              <w:spacing w:before="98" w:after="0" w:line="262" w:lineRule="auto"/>
              <w:ind w:left="72" w:right="144"/>
              <w:jc w:val="left"/>
              <w:rPr>
                <w:rFonts w:ascii="Cambria" w:eastAsia="MS Mincho" w:hAnsi="Cambria" w:cs="Times New Roman"/>
                <w:sz w:val="22"/>
                <w:lang w:val="en-US"/>
              </w:rPr>
            </w:pPr>
            <w:r w:rsidRPr="00AA2478">
              <w:rPr>
                <w:rFonts w:eastAsia="Times New Roman" w:cs="Times New Roman"/>
                <w:color w:val="000000"/>
                <w:sz w:val="24"/>
              </w:rPr>
              <w:t>Юл</w:t>
            </w:r>
            <w:r w:rsidRPr="00AA2478">
              <w:rPr>
                <w:rFonts w:eastAsia="Times New Roman" w:cs="Times New Roman"/>
                <w:color w:val="000000"/>
                <w:sz w:val="24"/>
                <w:lang w:val="en-US"/>
              </w:rPr>
              <w:t xml:space="preserve"> </w:t>
            </w:r>
            <w:r w:rsidRPr="00AA2478">
              <w:rPr>
                <w:rFonts w:eastAsia="Times New Roman" w:cs="Times New Roman"/>
                <w:color w:val="000000"/>
                <w:sz w:val="24"/>
              </w:rPr>
              <w:t>ә</w:t>
            </w:r>
            <w:r w:rsidRPr="00AA2478">
              <w:rPr>
                <w:rFonts w:eastAsia="Times New Roman" w:cs="Times New Roman"/>
                <w:color w:val="000000"/>
                <w:sz w:val="24"/>
                <w:lang w:val="en-US"/>
              </w:rPr>
              <w:t xml:space="preserve"> </w:t>
            </w:r>
            <w:r w:rsidRPr="00AA2478">
              <w:rPr>
                <w:rFonts w:eastAsia="Times New Roman" w:cs="Times New Roman"/>
                <w:color w:val="000000"/>
                <w:sz w:val="24"/>
              </w:rPr>
              <w:t>х</w:t>
            </w:r>
            <w:r w:rsidRPr="00AA2478">
              <w:rPr>
                <w:rFonts w:eastAsia="Times New Roman" w:cs="Times New Roman"/>
                <w:color w:val="000000"/>
                <w:sz w:val="24"/>
                <w:lang w:val="en-US"/>
              </w:rPr>
              <w:t>ə</w:t>
            </w:r>
            <w:r w:rsidRPr="00AA2478">
              <w:rPr>
                <w:rFonts w:eastAsia="Times New Roman" w:cs="Times New Roman"/>
                <w:color w:val="000000"/>
                <w:sz w:val="24"/>
              </w:rPr>
              <w:t>рефен</w:t>
            </w:r>
            <w:r w:rsidRPr="00AA2478">
              <w:rPr>
                <w:rFonts w:eastAsia="Times New Roman" w:cs="Times New Roman"/>
                <w:color w:val="000000"/>
                <w:sz w:val="24"/>
                <w:lang w:val="en-US"/>
              </w:rPr>
              <w:t xml:space="preserve"> </w:t>
            </w:r>
            <w:r w:rsidRPr="00AA2478">
              <w:rPr>
                <w:rFonts w:eastAsia="Times New Roman" w:cs="Times New Roman"/>
                <w:color w:val="000000"/>
                <w:sz w:val="24"/>
              </w:rPr>
              <w:t>язу</w:t>
            </w:r>
            <w:r w:rsidRPr="00AA2478">
              <w:rPr>
                <w:rFonts w:eastAsia="Times New Roman" w:cs="Times New Roman"/>
                <w:color w:val="000000"/>
                <w:sz w:val="24"/>
                <w:lang w:val="en-US"/>
              </w:rPr>
              <w:t xml:space="preserve">.  </w:t>
            </w:r>
            <w:proofErr w:type="gramStart"/>
            <w:r w:rsidRPr="00AA2478">
              <w:rPr>
                <w:rFonts w:eastAsia="Times New Roman" w:cs="Times New Roman"/>
                <w:color w:val="000000"/>
                <w:sz w:val="24"/>
              </w:rPr>
              <w:t>Баш</w:t>
            </w:r>
            <w:proofErr w:type="gramEnd"/>
            <w:r w:rsidRPr="00AA2478">
              <w:rPr>
                <w:rFonts w:eastAsia="Times New Roman" w:cs="Times New Roman"/>
                <w:color w:val="000000"/>
                <w:sz w:val="24"/>
                <w:lang w:val="en-US"/>
              </w:rPr>
              <w:t xml:space="preserve"> </w:t>
            </w:r>
            <w:r w:rsidRPr="00AA2478">
              <w:rPr>
                <w:rFonts w:eastAsia="Times New Roman" w:cs="Times New Roman"/>
                <w:color w:val="000000"/>
                <w:sz w:val="24"/>
              </w:rPr>
              <w:t>Ә</w:t>
            </w:r>
            <w:r w:rsidRPr="00AA2478">
              <w:rPr>
                <w:rFonts w:eastAsia="Times New Roman" w:cs="Times New Roman"/>
                <w:color w:val="000000"/>
                <w:sz w:val="24"/>
                <w:lang w:val="en-US"/>
              </w:rPr>
              <w:t xml:space="preserve"> </w:t>
            </w:r>
            <w:r w:rsidRPr="00AA2478">
              <w:rPr>
                <w:rFonts w:eastAsia="Times New Roman" w:cs="Times New Roman"/>
                <w:color w:val="000000"/>
                <w:sz w:val="24"/>
              </w:rPr>
              <w:t>х</w:t>
            </w:r>
            <w:r w:rsidRPr="00AA2478">
              <w:rPr>
                <w:rFonts w:eastAsia="Times New Roman" w:cs="Times New Roman"/>
                <w:color w:val="000000"/>
                <w:sz w:val="24"/>
                <w:lang w:val="en-US"/>
              </w:rPr>
              <w:t>ə</w:t>
            </w:r>
            <w:r w:rsidRPr="00AA2478">
              <w:rPr>
                <w:rFonts w:eastAsia="Times New Roman" w:cs="Times New Roman"/>
                <w:color w:val="000000"/>
                <w:sz w:val="24"/>
              </w:rPr>
              <w:t>рефен</w:t>
            </w:r>
            <w:r w:rsidRPr="00AA2478">
              <w:rPr>
                <w:rFonts w:eastAsia="Times New Roman" w:cs="Times New Roman"/>
                <w:color w:val="000000"/>
                <w:sz w:val="24"/>
                <w:lang w:val="en-US"/>
              </w:rPr>
              <w:t xml:space="preserve"> </w:t>
            </w:r>
            <w:r w:rsidRPr="00AA2478">
              <w:rPr>
                <w:rFonts w:eastAsia="Times New Roman" w:cs="Times New Roman"/>
                <w:color w:val="000000"/>
                <w:sz w:val="24"/>
              </w:rPr>
              <w:t>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6C25F477"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720665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010269F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4A85DE8"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5</w:t>
            </w:r>
            <w:r w:rsidRPr="00AA2478">
              <w:rPr>
                <w:rFonts w:eastAsia="Times New Roman" w:cs="Times New Roman"/>
                <w:color w:val="000000"/>
                <w:sz w:val="24"/>
                <w:lang w:val="en-US"/>
              </w:rPr>
              <w:t>.09.202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A276F1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35DC9FB1"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3773E224" w14:textId="77777777" w:rsidTr="00DF5DF7">
        <w:trPr>
          <w:gridAfter w:val="1"/>
          <w:wAfter w:w="69" w:type="dxa"/>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9BDF5F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792143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А</w:t>
            </w:r>
            <w:r w:rsidRPr="00AA2478">
              <w:rPr>
                <w:rFonts w:eastAsia="Times New Roman" w:cs="Times New Roman"/>
                <w:color w:val="000000"/>
                <w:sz w:val="24"/>
                <w:lang w:val="en-US"/>
              </w:rPr>
              <w:t>,</w:t>
            </w:r>
            <w:r w:rsidRPr="00AA2478">
              <w:rPr>
                <w:rFonts w:eastAsia="Times New Roman" w:cs="Times New Roman"/>
                <w:color w:val="000000"/>
                <w:sz w:val="24"/>
                <w:lang w:val="tt-RU"/>
              </w:rPr>
              <w:t>а</w:t>
            </w:r>
            <w:r w:rsidRPr="00AA2478">
              <w:rPr>
                <w:rFonts w:eastAsia="Times New Roman" w:cs="Times New Roman"/>
                <w:color w:val="000000"/>
                <w:sz w:val="24"/>
                <w:lang w:val="en-US"/>
              </w:rPr>
              <w:t xml:space="preserve"> хəрефлəрен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A1E7C1E"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E8C413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15AEF5A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74121E17"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21</w:t>
            </w:r>
            <w:r w:rsidRPr="00AA2478">
              <w:rPr>
                <w:rFonts w:eastAsia="Times New Roman" w:cs="Times New Roman"/>
                <w:color w:val="000000"/>
                <w:sz w:val="24"/>
                <w:lang w:val="en-US"/>
              </w:rPr>
              <w:t>.09.202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6195B2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45CBD33F"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66CB3D8B" w14:textId="77777777" w:rsidTr="00DF5DF7">
        <w:trPr>
          <w:gridAfter w:val="1"/>
          <w:wAfter w:w="69" w:type="dxa"/>
          <w:trHeight w:hRule="exact" w:val="101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3B7592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BE3A0A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Л</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л</w:t>
            </w:r>
            <w:r w:rsidRPr="00AA2478">
              <w:rPr>
                <w:rFonts w:eastAsia="Times New Roman" w:cs="Times New Roman"/>
                <w:color w:val="000000"/>
                <w:sz w:val="24"/>
                <w:lang w:val="en-US"/>
              </w:rPr>
              <w:t xml:space="preserve"> </w:t>
            </w:r>
            <w:r w:rsidRPr="00AA2478">
              <w:rPr>
                <w:rFonts w:eastAsia="Times New Roman" w:cs="Times New Roman"/>
                <w:color w:val="000000"/>
                <w:sz w:val="24"/>
              </w:rPr>
              <w:t>х</w:t>
            </w:r>
            <w:r w:rsidRPr="00AA2478">
              <w:rPr>
                <w:rFonts w:eastAsia="Times New Roman" w:cs="Times New Roman"/>
                <w:color w:val="000000"/>
                <w:sz w:val="24"/>
                <w:lang w:val="en-US"/>
              </w:rPr>
              <w:t>ə</w:t>
            </w:r>
            <w:r w:rsidRPr="00AA2478">
              <w:rPr>
                <w:rFonts w:eastAsia="Times New Roman" w:cs="Times New Roman"/>
                <w:color w:val="000000"/>
                <w:sz w:val="24"/>
              </w:rPr>
              <w:t>рефл</w:t>
            </w:r>
            <w:r w:rsidRPr="00AA2478">
              <w:rPr>
                <w:rFonts w:eastAsia="Times New Roman" w:cs="Times New Roman"/>
                <w:color w:val="000000"/>
                <w:sz w:val="24"/>
                <w:lang w:val="en-US"/>
              </w:rPr>
              <w:t>ə</w:t>
            </w:r>
            <w:r w:rsidRPr="00AA2478">
              <w:rPr>
                <w:rFonts w:eastAsia="Times New Roman" w:cs="Times New Roman"/>
                <w:color w:val="000000"/>
                <w:sz w:val="24"/>
              </w:rPr>
              <w:t>рен</w:t>
            </w:r>
            <w:r w:rsidRPr="00AA2478">
              <w:rPr>
                <w:rFonts w:eastAsia="Times New Roman" w:cs="Times New Roman"/>
                <w:color w:val="000000"/>
                <w:sz w:val="24"/>
                <w:lang w:val="en-US"/>
              </w:rPr>
              <w:t xml:space="preserve"> </w:t>
            </w:r>
            <w:r w:rsidRPr="00AA2478">
              <w:rPr>
                <w:rFonts w:eastAsia="Times New Roman" w:cs="Times New Roman"/>
                <w:color w:val="000000"/>
                <w:sz w:val="24"/>
              </w:rPr>
              <w:t>язу</w:t>
            </w:r>
            <w:r w:rsidRPr="00AA2478">
              <w:rPr>
                <w:rFonts w:eastAsia="Times New Roman" w:cs="Times New Roman"/>
                <w:color w:val="000000"/>
                <w:sz w:val="24"/>
                <w:lang w:val="en-US"/>
              </w:rPr>
              <w:t xml:space="preserve">. </w:t>
            </w:r>
            <w:proofErr w:type="gramStart"/>
            <w:r w:rsidRPr="00AA2478">
              <w:rPr>
                <w:rFonts w:eastAsia="Times New Roman" w:cs="Times New Roman"/>
                <w:color w:val="000000"/>
                <w:sz w:val="24"/>
              </w:rPr>
              <w:t>Баш</w:t>
            </w:r>
            <w:proofErr w:type="gramEnd"/>
            <w:r w:rsidRPr="00AA2478">
              <w:rPr>
                <w:rFonts w:eastAsia="Times New Roman" w:cs="Times New Roman"/>
                <w:color w:val="000000"/>
                <w:sz w:val="24"/>
                <w:lang w:val="en-US"/>
              </w:rPr>
              <w:t xml:space="preserve"> </w:t>
            </w:r>
            <w:r w:rsidRPr="00AA2478">
              <w:rPr>
                <w:rFonts w:eastAsia="Times New Roman" w:cs="Times New Roman"/>
                <w:color w:val="000000"/>
                <w:sz w:val="24"/>
              </w:rPr>
              <w:t>х</w:t>
            </w:r>
            <w:r w:rsidRPr="00AA2478">
              <w:rPr>
                <w:rFonts w:eastAsia="Times New Roman" w:cs="Times New Roman"/>
                <w:color w:val="000000"/>
                <w:sz w:val="24"/>
                <w:lang w:val="en-US"/>
              </w:rPr>
              <w:t>ə</w:t>
            </w:r>
            <w:r w:rsidRPr="00AA2478">
              <w:rPr>
                <w:rFonts w:eastAsia="Times New Roman" w:cs="Times New Roman"/>
                <w:color w:val="000000"/>
                <w:sz w:val="24"/>
              </w:rPr>
              <w:t>рефт</w:t>
            </w:r>
            <w:r w:rsidRPr="00AA2478">
              <w:rPr>
                <w:rFonts w:eastAsia="Times New Roman" w:cs="Times New Roman"/>
                <w:color w:val="000000"/>
                <w:sz w:val="24"/>
                <w:lang w:val="en-US"/>
              </w:rPr>
              <w:t>ə</w:t>
            </w:r>
            <w:r w:rsidRPr="00AA2478">
              <w:rPr>
                <w:rFonts w:eastAsia="Times New Roman" w:cs="Times New Roman"/>
                <w:color w:val="000000"/>
                <w:sz w:val="24"/>
              </w:rPr>
              <w:t>н</w:t>
            </w:r>
            <w:r w:rsidRPr="00AA2478">
              <w:rPr>
                <w:rFonts w:eastAsia="Times New Roman" w:cs="Times New Roman"/>
                <w:color w:val="000000"/>
                <w:sz w:val="24"/>
                <w:lang w:val="en-US"/>
              </w:rPr>
              <w:t xml:space="preserve"> </w:t>
            </w:r>
            <w:r w:rsidRPr="00AA2478">
              <w:rPr>
                <w:rFonts w:eastAsia="Times New Roman" w:cs="Times New Roman"/>
                <w:color w:val="000000"/>
                <w:sz w:val="24"/>
              </w:rPr>
              <w:t>языла</w:t>
            </w:r>
            <w:r w:rsidRPr="00AA2478">
              <w:rPr>
                <w:rFonts w:eastAsia="Times New Roman" w:cs="Times New Roman"/>
                <w:color w:val="000000"/>
                <w:sz w:val="24"/>
                <w:lang w:val="en-US"/>
              </w:rPr>
              <w:t xml:space="preserve"> </w:t>
            </w:r>
            <w:r w:rsidRPr="00AA2478">
              <w:rPr>
                <w:rFonts w:eastAsia="Times New Roman" w:cs="Times New Roman"/>
                <w:color w:val="000000"/>
                <w:sz w:val="24"/>
              </w:rPr>
              <w:t>торган</w:t>
            </w:r>
            <w:r w:rsidRPr="00AA2478">
              <w:rPr>
                <w:rFonts w:eastAsia="Times New Roman" w:cs="Times New Roman"/>
                <w:color w:val="000000"/>
                <w:sz w:val="24"/>
                <w:lang w:val="en-US"/>
              </w:rPr>
              <w:t xml:space="preserve"> </w:t>
            </w:r>
            <w:r w:rsidRPr="00AA2478">
              <w:rPr>
                <w:rFonts w:eastAsia="Times New Roman" w:cs="Times New Roman"/>
                <w:color w:val="000000"/>
                <w:sz w:val="24"/>
              </w:rPr>
              <w:t>сүзл</w:t>
            </w:r>
            <w:r w:rsidRPr="00AA2478">
              <w:rPr>
                <w:rFonts w:eastAsia="Times New Roman" w:cs="Times New Roman"/>
                <w:color w:val="000000"/>
                <w:sz w:val="24"/>
                <w:lang w:val="en-US"/>
              </w:rPr>
              <w:t>ə</w:t>
            </w:r>
            <w:r w:rsidRPr="00AA2478">
              <w:rPr>
                <w:rFonts w:eastAsia="Times New Roman" w:cs="Times New Roman"/>
                <w:color w:val="000000"/>
                <w:sz w:val="24"/>
              </w:rPr>
              <w:t>р</w:t>
            </w:r>
            <w:r w:rsidRPr="00AA2478">
              <w:rPr>
                <w:rFonts w:eastAsia="Times New Roman" w:cs="Times New Roman"/>
                <w:color w:val="000000"/>
                <w:sz w:val="24"/>
                <w:lang w:val="en-US"/>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6971A22"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rPr>
            </w:pPr>
            <w:r w:rsidRPr="00AA2478">
              <w:rPr>
                <w:rFonts w:eastAsia="Times New Roman" w:cs="Times New Roman"/>
                <w:color w:val="000000"/>
                <w:sz w:val="24"/>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DD260A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7AD3638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1A9EF37D"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22.09.2023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EEFBF2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2E86071A"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rPr>
            </w:pPr>
          </w:p>
        </w:tc>
      </w:tr>
      <w:tr w:rsidR="00AA2478" w:rsidRPr="00AA2478" w14:paraId="6C6A2980" w14:textId="77777777" w:rsidTr="00DF5DF7">
        <w:trPr>
          <w:gridAfter w:val="1"/>
          <w:wAfter w:w="69" w:type="dxa"/>
          <w:trHeight w:hRule="exact" w:val="49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E04FA2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FFE73C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lang w:val="tt-RU"/>
              </w:rPr>
              <w:t>Н</w:t>
            </w:r>
            <w:r w:rsidRPr="00AA2478">
              <w:rPr>
                <w:rFonts w:eastAsia="Times New Roman" w:cs="Times New Roman"/>
                <w:color w:val="000000"/>
                <w:sz w:val="24"/>
              </w:rPr>
              <w:t xml:space="preserve">, </w:t>
            </w:r>
            <w:r w:rsidRPr="00AA2478">
              <w:rPr>
                <w:rFonts w:eastAsia="Times New Roman" w:cs="Times New Roman"/>
                <w:color w:val="000000"/>
                <w:sz w:val="24"/>
                <w:lang w:val="tt-RU"/>
              </w:rPr>
              <w:t>н</w:t>
            </w:r>
            <w:r w:rsidRPr="00AA2478">
              <w:rPr>
                <w:rFonts w:eastAsia="Times New Roman" w:cs="Times New Roman"/>
                <w:color w:val="000000"/>
                <w:sz w:val="24"/>
              </w:rPr>
              <w:t xml:space="preserve"> хəрефлəрен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1FAC748F"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rPr>
            </w:pPr>
            <w:r w:rsidRPr="00AA2478">
              <w:rPr>
                <w:rFonts w:eastAsia="Times New Roman" w:cs="Times New Roman"/>
                <w:color w:val="000000"/>
                <w:sz w:val="24"/>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6004E9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4D2E87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A2DFF1D"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28.09.2023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1A0F77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17427AB5"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rPr>
            </w:pPr>
          </w:p>
        </w:tc>
      </w:tr>
      <w:tr w:rsidR="00AA2478" w:rsidRPr="00AA2478" w14:paraId="15125EF0" w14:textId="77777777" w:rsidTr="00DF5DF7">
        <w:trPr>
          <w:gridAfter w:val="1"/>
          <w:wAfter w:w="69" w:type="dxa"/>
          <w:trHeight w:hRule="exact" w:val="101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FC6FE3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14273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И, и хəрефлəрен язу Хəрефлəрне тоташтырып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031B756"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E531AD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553A41B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36F8C501"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2</w:t>
            </w:r>
            <w:r w:rsidRPr="00AA2478">
              <w:rPr>
                <w:rFonts w:eastAsia="Times New Roman" w:cs="Times New Roman"/>
                <w:color w:val="000000"/>
                <w:sz w:val="24"/>
              </w:rPr>
              <w:t>9</w:t>
            </w:r>
            <w:r w:rsidRPr="00AA2478">
              <w:rPr>
                <w:rFonts w:eastAsia="Times New Roman" w:cs="Times New Roman"/>
                <w:color w:val="000000"/>
                <w:sz w:val="24"/>
                <w:lang w:val="en-US"/>
              </w:rPr>
              <w:t>.09.202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0AA8CF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29ED70F0"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2892E7A0" w14:textId="77777777" w:rsidTr="00DF5DF7">
        <w:trPr>
          <w:gridAfter w:val="1"/>
          <w:wAfter w:w="69" w:type="dxa"/>
          <w:trHeight w:hRule="exact" w:val="80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CD0E18E"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46A0E44"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Б</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б</w:t>
            </w:r>
            <w:r w:rsidRPr="00AA2478">
              <w:rPr>
                <w:rFonts w:eastAsia="Times New Roman" w:cs="Times New Roman"/>
                <w:color w:val="000000"/>
                <w:sz w:val="24"/>
                <w:lang w:val="en-US"/>
              </w:rPr>
              <w:t xml:space="preserve"> хəрефлəрен язу. </w:t>
            </w:r>
            <w:r w:rsidRPr="00AA2478">
              <w:rPr>
                <w:rFonts w:eastAsia="Times New Roman" w:cs="Times New Roman"/>
                <w:color w:val="000000"/>
                <w:sz w:val="24"/>
              </w:rPr>
              <w:t>Сүзл</w:t>
            </w:r>
            <w:r w:rsidRPr="00AA2478">
              <w:rPr>
                <w:rFonts w:eastAsia="Times New Roman" w:cs="Times New Roman"/>
                <w:color w:val="000000"/>
                <w:sz w:val="24"/>
                <w:lang w:val="en-US"/>
              </w:rPr>
              <w:t>ə</w:t>
            </w:r>
            <w:r w:rsidRPr="00AA2478">
              <w:rPr>
                <w:rFonts w:eastAsia="Times New Roman" w:cs="Times New Roman"/>
                <w:color w:val="000000"/>
                <w:sz w:val="24"/>
              </w:rPr>
              <w:t>рне</w:t>
            </w:r>
            <w:r w:rsidRPr="00AA2478">
              <w:rPr>
                <w:rFonts w:eastAsia="Times New Roman" w:cs="Times New Roman"/>
                <w:color w:val="000000"/>
                <w:sz w:val="24"/>
                <w:lang w:val="en-US"/>
              </w:rPr>
              <w:t xml:space="preserve"> </w:t>
            </w:r>
            <w:r w:rsidRPr="00AA2478">
              <w:rPr>
                <w:rFonts w:eastAsia="Times New Roman" w:cs="Times New Roman"/>
                <w:color w:val="000000"/>
                <w:sz w:val="24"/>
              </w:rPr>
              <w:t>иҗекл</w:t>
            </w:r>
            <w:r w:rsidRPr="00AA2478">
              <w:rPr>
                <w:rFonts w:eastAsia="Times New Roman" w:cs="Times New Roman"/>
                <w:color w:val="000000"/>
                <w:sz w:val="24"/>
                <w:lang w:val="en-US"/>
              </w:rPr>
              <w:t>ə</w:t>
            </w:r>
            <w:proofErr w:type="gramStart"/>
            <w:r w:rsidRPr="00AA2478">
              <w:rPr>
                <w:rFonts w:eastAsia="Times New Roman" w:cs="Times New Roman"/>
                <w:color w:val="000000"/>
                <w:sz w:val="24"/>
              </w:rPr>
              <w:t>п</w:t>
            </w:r>
            <w:proofErr w:type="gramEnd"/>
            <w:r w:rsidRPr="00AA2478">
              <w:rPr>
                <w:rFonts w:eastAsia="Times New Roman" w:cs="Times New Roman"/>
                <w:color w:val="000000"/>
                <w:sz w:val="24"/>
                <w:lang w:val="en-US"/>
              </w:rPr>
              <w:t xml:space="preserve"> </w:t>
            </w:r>
            <w:r w:rsidRPr="00AA2478">
              <w:rPr>
                <w:rFonts w:eastAsia="Times New Roman" w:cs="Times New Roman"/>
                <w:color w:val="000000"/>
                <w:sz w:val="24"/>
              </w:rPr>
              <w:t>уку</w:t>
            </w:r>
            <w:r w:rsidRPr="00AA2478">
              <w:rPr>
                <w:rFonts w:eastAsia="Times New Roman" w:cs="Times New Roman"/>
                <w:color w:val="000000"/>
                <w:sz w:val="24"/>
                <w:lang w:val="en-US"/>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3B22ABC" w14:textId="77777777" w:rsidR="00AA2478" w:rsidRPr="00AA2478" w:rsidRDefault="00AA2478" w:rsidP="00AA2478">
            <w:pPr>
              <w:autoSpaceDE w:val="0"/>
              <w:autoSpaceDN w:val="0"/>
              <w:spacing w:before="100"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51E34A9"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72D6DA02"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37767BC8"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rPr>
            </w:pPr>
            <w:r w:rsidRPr="00AA2478">
              <w:rPr>
                <w:rFonts w:eastAsia="Times New Roman" w:cs="Times New Roman"/>
                <w:color w:val="000000"/>
                <w:sz w:val="24"/>
              </w:rPr>
              <w:t>05</w:t>
            </w:r>
            <w:r w:rsidRPr="00AA2478">
              <w:rPr>
                <w:rFonts w:eastAsia="Times New Roman" w:cs="Times New Roman"/>
                <w:color w:val="000000"/>
                <w:sz w:val="24"/>
                <w:lang w:val="en-US"/>
              </w:rPr>
              <w:t>.</w:t>
            </w:r>
            <w:r w:rsidRPr="00AA2478">
              <w:rPr>
                <w:rFonts w:eastAsia="Times New Roman" w:cs="Times New Roman"/>
                <w:color w:val="000000"/>
                <w:sz w:val="24"/>
              </w:rPr>
              <w:t>10</w:t>
            </w:r>
            <w:r w:rsidRPr="00AA2478">
              <w:rPr>
                <w:rFonts w:eastAsia="Times New Roman" w:cs="Times New Roman"/>
                <w:color w:val="000000"/>
                <w:sz w:val="24"/>
                <w:lang w:val="en-US"/>
              </w:rPr>
              <w:t>.202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77787A3"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1F9B6C35" w14:textId="77777777" w:rsidR="00AA2478" w:rsidRPr="00AA2478" w:rsidRDefault="00AA2478" w:rsidP="00AA2478">
            <w:pPr>
              <w:autoSpaceDE w:val="0"/>
              <w:autoSpaceDN w:val="0"/>
              <w:spacing w:before="100" w:after="0" w:line="230" w:lineRule="auto"/>
              <w:ind w:left="72"/>
              <w:jc w:val="left"/>
              <w:rPr>
                <w:rFonts w:eastAsia="Times New Roman" w:cs="Times New Roman"/>
                <w:color w:val="000000"/>
                <w:sz w:val="24"/>
                <w:lang w:val="en-US"/>
              </w:rPr>
            </w:pPr>
          </w:p>
        </w:tc>
      </w:tr>
      <w:tr w:rsidR="00AA2478" w:rsidRPr="00AA2478" w14:paraId="6D8B93B8" w14:textId="77777777" w:rsidTr="00DF5DF7">
        <w:trPr>
          <w:gridAfter w:val="1"/>
          <w:wAfter w:w="69" w:type="dxa"/>
          <w:trHeight w:hRule="exact" w:val="50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6CCABB6"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E41CA4"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М</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м</w:t>
            </w:r>
            <w:r w:rsidRPr="00AA2478">
              <w:rPr>
                <w:rFonts w:eastAsia="Times New Roman" w:cs="Times New Roman"/>
                <w:color w:val="000000"/>
                <w:sz w:val="24"/>
                <w:lang w:val="en-US"/>
              </w:rPr>
              <w:t xml:space="preserve"> хəрефлəрен язу.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2B89E9" w14:textId="77777777" w:rsidR="00AA2478" w:rsidRPr="00AA2478" w:rsidRDefault="00AA2478" w:rsidP="00AA2478">
            <w:pPr>
              <w:autoSpaceDE w:val="0"/>
              <w:autoSpaceDN w:val="0"/>
              <w:spacing w:before="100"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7566A50"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09396186"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795EF8B7"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r w:rsidRPr="00AA2478">
              <w:rPr>
                <w:rFonts w:eastAsia="Times New Roman" w:cs="Times New Roman"/>
                <w:color w:val="000000"/>
                <w:sz w:val="24"/>
              </w:rPr>
              <w:t>6</w:t>
            </w:r>
            <w:r w:rsidRPr="00AA2478">
              <w:rPr>
                <w:rFonts w:eastAsia="Times New Roman" w:cs="Times New Roman"/>
                <w:color w:val="000000"/>
                <w:sz w:val="24"/>
                <w:lang w:val="en-US"/>
              </w:rPr>
              <w:t>.10.202</w:t>
            </w:r>
            <w:r w:rsidRPr="00AA2478">
              <w:rPr>
                <w:rFonts w:eastAsia="Times New Roman" w:cs="Times New Roman"/>
                <w:color w:val="000000"/>
                <w:sz w:val="24"/>
              </w:rPr>
              <w:t>3</w:t>
            </w:r>
            <w:r w:rsidRPr="00AA2478">
              <w:rPr>
                <w:rFonts w:eastAsia="Times New Roman" w:cs="Times New Roman"/>
                <w:color w:val="000000"/>
                <w:sz w:val="24"/>
                <w:lang w:val="en-US"/>
              </w:rPr>
              <w:t xml:space="preserve"> </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B7876AC" w14:textId="77777777" w:rsidR="00AA2478" w:rsidRPr="00AA2478" w:rsidRDefault="00AA2478" w:rsidP="00AA2478">
            <w:pPr>
              <w:autoSpaceDE w:val="0"/>
              <w:autoSpaceDN w:val="0"/>
              <w:spacing w:before="100" w:after="0" w:line="230" w:lineRule="auto"/>
              <w:jc w:val="left"/>
              <w:rPr>
                <w:rFonts w:ascii="Cambria" w:eastAsia="MS Mincho" w:hAnsi="Cambria" w:cs="Times New Roman"/>
                <w:sz w:val="22"/>
                <w:lang w:val="en-US"/>
              </w:rPr>
            </w:pPr>
            <w:r w:rsidRPr="00AA2478">
              <w:rPr>
                <w:rFonts w:eastAsia="Times New Roman" w:cs="Times New Roman"/>
                <w:color w:val="000000"/>
                <w:sz w:val="24"/>
                <w:lang w:val="en-US"/>
              </w:rPr>
              <w:t xml:space="preserve"> 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676D776E" w14:textId="77777777" w:rsidR="00AA2478" w:rsidRPr="00AA2478" w:rsidRDefault="00AA2478" w:rsidP="00AA2478">
            <w:pPr>
              <w:autoSpaceDE w:val="0"/>
              <w:autoSpaceDN w:val="0"/>
              <w:spacing w:before="100" w:after="0" w:line="230" w:lineRule="auto"/>
              <w:jc w:val="left"/>
              <w:rPr>
                <w:rFonts w:eastAsia="Times New Roman" w:cs="Times New Roman"/>
                <w:color w:val="000000"/>
                <w:sz w:val="24"/>
                <w:lang w:val="en-US"/>
              </w:rPr>
            </w:pPr>
          </w:p>
        </w:tc>
      </w:tr>
      <w:tr w:rsidR="00AA2478" w:rsidRPr="00AA2478" w14:paraId="48F96B9B" w14:textId="77777777" w:rsidTr="00DF5DF7">
        <w:trPr>
          <w:gridAfter w:val="1"/>
          <w:wAfter w:w="69" w:type="dxa"/>
          <w:trHeight w:hRule="exact" w:val="1031"/>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EAEF51A"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8FDB8A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lang w:val="tt-RU"/>
              </w:rPr>
              <w:t>У</w:t>
            </w:r>
            <w:r w:rsidRPr="00AA2478">
              <w:rPr>
                <w:rFonts w:eastAsia="Times New Roman" w:cs="Times New Roman"/>
                <w:color w:val="000000"/>
                <w:sz w:val="24"/>
              </w:rPr>
              <w:t xml:space="preserve">, </w:t>
            </w:r>
            <w:r w:rsidRPr="00AA2478">
              <w:rPr>
                <w:rFonts w:eastAsia="Times New Roman" w:cs="Times New Roman"/>
                <w:color w:val="000000"/>
                <w:sz w:val="24"/>
                <w:lang w:val="tt-RU"/>
              </w:rPr>
              <w:t>у</w:t>
            </w:r>
            <w:r w:rsidRPr="00AA2478">
              <w:rPr>
                <w:rFonts w:eastAsia="Times New Roman" w:cs="Times New Roman"/>
                <w:color w:val="000000"/>
                <w:sz w:val="24"/>
              </w:rPr>
              <w:t xml:space="preserve">  хəрефлəрен язу. Хəрефлəрне тоташтырып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8A14F61"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F6F3A5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91E106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2168B988"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12</w:t>
            </w:r>
            <w:r w:rsidRPr="00AA2478">
              <w:rPr>
                <w:rFonts w:eastAsia="Times New Roman" w:cs="Times New Roman"/>
                <w:color w:val="000000"/>
                <w:sz w:val="24"/>
                <w:lang w:val="en-US"/>
              </w:rPr>
              <w:t>.10.202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9A2560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73CADFD2"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5286E214" w14:textId="77777777" w:rsidTr="00DF5DF7">
        <w:trPr>
          <w:gridAfter w:val="1"/>
          <w:wAfter w:w="69" w:type="dxa"/>
          <w:trHeight w:hRule="exact" w:val="8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3A1FDF0"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lastRenderedPageBreak/>
              <w:t>12.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897B7D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С</w:t>
            </w:r>
            <w:r w:rsidRPr="00AA2478">
              <w:rPr>
                <w:rFonts w:eastAsia="Times New Roman" w:cs="Times New Roman"/>
                <w:color w:val="000000"/>
                <w:sz w:val="24"/>
              </w:rPr>
              <w:t xml:space="preserve">, </w:t>
            </w:r>
            <w:r w:rsidRPr="00AA2478">
              <w:rPr>
                <w:rFonts w:eastAsia="Times New Roman" w:cs="Times New Roman"/>
                <w:color w:val="000000"/>
                <w:sz w:val="24"/>
                <w:lang w:val="tt-RU"/>
              </w:rPr>
              <w:t>с</w:t>
            </w:r>
            <w:r w:rsidRPr="00AA2478">
              <w:rPr>
                <w:rFonts w:eastAsia="Times New Roman" w:cs="Times New Roman"/>
                <w:color w:val="000000"/>
                <w:sz w:val="24"/>
              </w:rPr>
              <w:t xml:space="preserve"> хəрефлəрен язу. Иҗек. </w:t>
            </w:r>
            <w:r w:rsidRPr="00AA2478">
              <w:rPr>
                <w:rFonts w:eastAsia="Times New Roman" w:cs="Times New Roman"/>
                <w:color w:val="000000"/>
                <w:sz w:val="24"/>
                <w:lang w:val="en-US"/>
              </w:rPr>
              <w:t>Сүзлəрне иҗеклəп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F7513F8"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98BC88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22993FD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6C3399B6"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3</w:t>
            </w:r>
            <w:r w:rsidRPr="00AA2478">
              <w:rPr>
                <w:rFonts w:eastAsia="Times New Roman" w:cs="Times New Roman"/>
                <w:color w:val="000000"/>
                <w:sz w:val="24"/>
                <w:lang w:val="en-US"/>
              </w:rPr>
              <w:t>.10.202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29CBD3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22131E87"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2AF0A280" w14:textId="77777777" w:rsidTr="00DF5DF7">
        <w:trPr>
          <w:gridAfter w:val="1"/>
          <w:wAfter w:w="69" w:type="dxa"/>
          <w:trHeight w:hRule="exact" w:val="395"/>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B9C0C9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C9B7882"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Ү, ү хəрефлəрен язу.</w:t>
            </w:r>
          </w:p>
          <w:p w14:paraId="036AFEE7" w14:textId="77777777" w:rsidR="00AA2478" w:rsidRPr="00AA2478" w:rsidRDefault="00AA2478" w:rsidP="00AA2478">
            <w:pPr>
              <w:autoSpaceDE w:val="0"/>
              <w:autoSpaceDN w:val="0"/>
              <w:spacing w:before="70" w:after="0" w:line="230" w:lineRule="auto"/>
              <w:ind w:left="72"/>
              <w:jc w:val="left"/>
              <w:rPr>
                <w:rFonts w:ascii="Cambria" w:eastAsia="MS Mincho" w:hAnsi="Cambria" w:cs="Times New Roman"/>
                <w:sz w:val="22"/>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AC19812"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FF3AE3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326EB53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5C29EA6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9</w:t>
            </w:r>
            <w:r w:rsidRPr="00AA2478">
              <w:rPr>
                <w:rFonts w:eastAsia="Times New Roman" w:cs="Times New Roman"/>
                <w:color w:val="000000"/>
                <w:sz w:val="24"/>
                <w:lang w:val="en-US"/>
              </w:rPr>
              <w:t>.10.202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F121D7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0501A3AC"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4AC6E7A6" w14:textId="77777777" w:rsidTr="00DF5DF7">
        <w:trPr>
          <w:gridAfter w:val="1"/>
          <w:wAfter w:w="69" w:type="dxa"/>
          <w:trHeight w:hRule="exact" w:val="4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C96D7F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1E9471F"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К</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к</w:t>
            </w:r>
            <w:r w:rsidRPr="00AA2478">
              <w:rPr>
                <w:rFonts w:eastAsia="Times New Roman" w:cs="Times New Roman"/>
                <w:color w:val="000000"/>
                <w:sz w:val="24"/>
                <w:lang w:val="en-US"/>
              </w:rPr>
              <w:t xml:space="preserve"> хəрефлəрен язу.</w:t>
            </w:r>
          </w:p>
          <w:p w14:paraId="1D5A6946" w14:textId="77777777" w:rsidR="00AA2478" w:rsidRPr="00AA2478" w:rsidRDefault="00AA2478" w:rsidP="00AA2478">
            <w:pPr>
              <w:autoSpaceDE w:val="0"/>
              <w:autoSpaceDN w:val="0"/>
              <w:spacing w:before="70" w:after="0" w:line="262"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0856365"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842DFA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088BBC5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73C58DA0"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20</w:t>
            </w:r>
            <w:r w:rsidRPr="00AA2478">
              <w:rPr>
                <w:rFonts w:eastAsia="Times New Roman" w:cs="Times New Roman"/>
                <w:color w:val="000000"/>
                <w:sz w:val="24"/>
                <w:lang w:val="en-US"/>
              </w:rPr>
              <w:t>.10.202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CD73785"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1826" w:type="dxa"/>
            <w:gridSpan w:val="2"/>
            <w:tcBorders>
              <w:top w:val="single" w:sz="4" w:space="0" w:color="000000"/>
              <w:left w:val="single" w:sz="4" w:space="0" w:color="000000"/>
              <w:bottom w:val="single" w:sz="4" w:space="0" w:color="000000"/>
              <w:right w:val="single" w:sz="4" w:space="0" w:color="000000"/>
            </w:tcBorders>
          </w:tcPr>
          <w:p w14:paraId="6779E805"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2434213C" w14:textId="77777777" w:rsidTr="00DF5DF7">
        <w:trPr>
          <w:gridAfter w:val="1"/>
          <w:wAfter w:w="69" w:type="dxa"/>
          <w:trHeight w:hRule="exact" w:val="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BB1B15B"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AEDD90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Т</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т</w:t>
            </w:r>
            <w:r w:rsidRPr="00AA2478">
              <w:rPr>
                <w:rFonts w:eastAsia="Times New Roman" w:cs="Times New Roman"/>
                <w:color w:val="000000"/>
                <w:sz w:val="24"/>
                <w:lang w:val="en-US"/>
              </w:rPr>
              <w:t xml:space="preserve"> хəрефлəрен язу.</w:t>
            </w:r>
          </w:p>
          <w:p w14:paraId="11ABF41B" w14:textId="77777777" w:rsidR="00AA2478" w:rsidRPr="00AA2478" w:rsidRDefault="00AA2478" w:rsidP="00AA2478">
            <w:pPr>
              <w:autoSpaceDE w:val="0"/>
              <w:autoSpaceDN w:val="0"/>
              <w:spacing w:before="70" w:after="0" w:line="262" w:lineRule="auto"/>
              <w:ind w:left="72" w:right="144"/>
              <w:jc w:val="left"/>
              <w:rPr>
                <w:rFonts w:ascii="Cambria" w:eastAsia="MS Mincho" w:hAnsi="Cambria" w:cs="Times New Roman"/>
                <w:sz w:val="22"/>
                <w:lang w:val="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CC06E61"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D57260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235B9E0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167" w:type="dxa"/>
            <w:tcBorders>
              <w:top w:val="single" w:sz="4" w:space="0" w:color="000000"/>
              <w:left w:val="single" w:sz="4" w:space="0" w:color="000000"/>
              <w:bottom w:val="single" w:sz="4" w:space="0" w:color="000000"/>
              <w:right w:val="single" w:sz="4" w:space="0" w:color="000000"/>
            </w:tcBorders>
            <w:tcMar>
              <w:left w:w="0" w:type="dxa"/>
              <w:right w:w="0" w:type="dxa"/>
            </w:tcMar>
          </w:tcPr>
          <w:p w14:paraId="0CC9920A"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2</w:t>
            </w:r>
            <w:r w:rsidRPr="00AA2478">
              <w:rPr>
                <w:rFonts w:eastAsia="Times New Roman" w:cs="Times New Roman"/>
                <w:color w:val="000000"/>
                <w:sz w:val="24"/>
              </w:rPr>
              <w:t>6</w:t>
            </w:r>
            <w:r w:rsidRPr="00AA2478">
              <w:rPr>
                <w:rFonts w:eastAsia="Times New Roman" w:cs="Times New Roman"/>
                <w:color w:val="000000"/>
                <w:sz w:val="24"/>
                <w:lang w:val="en-US"/>
              </w:rPr>
              <w:t>.10.202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BF43EE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541E29BD"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1649D7B8"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1D4A390"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59374BF"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Р, р хəрефлəрен язу.</w:t>
            </w:r>
          </w:p>
          <w:p w14:paraId="14F2AE64" w14:textId="77777777" w:rsidR="00AA2478" w:rsidRPr="00AA2478" w:rsidRDefault="00AA2478" w:rsidP="00AA2478">
            <w:pPr>
              <w:autoSpaceDE w:val="0"/>
              <w:autoSpaceDN w:val="0"/>
              <w:spacing w:before="70" w:after="0" w:line="262"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 xml:space="preserve">Хəрефлəрне тоташтырып язу.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D18E521"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F1B02A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A42589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E4DD6CC"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2</w:t>
            </w:r>
            <w:r w:rsidRPr="00AA2478">
              <w:rPr>
                <w:rFonts w:eastAsia="Times New Roman" w:cs="Times New Roman"/>
                <w:color w:val="000000"/>
                <w:sz w:val="24"/>
              </w:rPr>
              <w:t>7</w:t>
            </w:r>
            <w:r w:rsidRPr="00AA2478">
              <w:rPr>
                <w:rFonts w:eastAsia="Times New Roman" w:cs="Times New Roman"/>
                <w:color w:val="000000"/>
                <w:sz w:val="24"/>
                <w:lang w:val="en-US"/>
              </w:rPr>
              <w:t>.10.202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B363B8F"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2A97A2B6"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3EDA243F" w14:textId="77777777" w:rsidTr="00DF5DF7">
        <w:trPr>
          <w:trHeight w:hRule="exact" w:val="537"/>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9E558C8"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E8BA734" w14:textId="77777777" w:rsidR="00AA2478" w:rsidRPr="00AA2478" w:rsidRDefault="00AA2478" w:rsidP="00AA2478">
            <w:pPr>
              <w:autoSpaceDE w:val="0"/>
              <w:autoSpaceDN w:val="0"/>
              <w:spacing w:before="98" w:after="0" w:line="271"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Ш</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ш</w:t>
            </w:r>
            <w:r w:rsidRPr="00AA2478">
              <w:rPr>
                <w:rFonts w:eastAsia="Times New Roman" w:cs="Times New Roman"/>
                <w:color w:val="000000"/>
                <w:sz w:val="24"/>
                <w:lang w:val="en-US"/>
              </w:rPr>
              <w:t xml:space="preserve"> хəрефлəрен язу. </w:t>
            </w:r>
            <w:r w:rsidRPr="00AA2478">
              <w:rPr>
                <w:rFonts w:eastAsia="Times New Roman" w:cs="Times New Roman"/>
                <w:color w:val="000000"/>
                <w:sz w:val="24"/>
                <w:lang w:val="tt-RU"/>
              </w:rPr>
              <w:t xml:space="preserve"> </w:t>
            </w:r>
            <w:r w:rsidRPr="00AA2478">
              <w:rPr>
                <w:rFonts w:eastAsia="Times New Roman" w:cs="Times New Roman"/>
                <w:color w:val="000000"/>
                <w:sz w:val="24"/>
                <w:lang w:val="en-US"/>
              </w:rPr>
              <w:t xml:space="preserve">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E9A58B9"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4A7B1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2E60D89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4617AA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09</w:t>
            </w:r>
            <w:r w:rsidRPr="00AA2478">
              <w:rPr>
                <w:rFonts w:eastAsia="Times New Roman" w:cs="Times New Roman"/>
                <w:color w:val="000000"/>
                <w:sz w:val="24"/>
                <w:lang w:val="en-US"/>
              </w:rPr>
              <w:t>.1</w:t>
            </w:r>
            <w:r w:rsidRPr="00AA2478">
              <w:rPr>
                <w:rFonts w:eastAsia="Times New Roman" w:cs="Times New Roman"/>
                <w:color w:val="000000"/>
                <w:sz w:val="24"/>
              </w:rPr>
              <w:t>1</w:t>
            </w:r>
            <w:r w:rsidRPr="00AA2478">
              <w:rPr>
                <w:rFonts w:eastAsia="Times New Roman" w:cs="Times New Roman"/>
                <w:color w:val="000000"/>
                <w:sz w:val="24"/>
                <w:lang w:val="en-US"/>
              </w:rPr>
              <w:t>.202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AAB778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5F14DFCA"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78C7066B" w14:textId="77777777" w:rsidTr="00DF5DF7">
        <w:trPr>
          <w:trHeight w:hRule="exact" w:val="559"/>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1AD52E3"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0151ABAE" w14:textId="77777777" w:rsidR="00AA2478" w:rsidRPr="00AA2478" w:rsidRDefault="00AA2478" w:rsidP="00AA2478">
            <w:pPr>
              <w:autoSpaceDE w:val="0"/>
              <w:autoSpaceDN w:val="0"/>
              <w:spacing w:before="98" w:after="0" w:line="271" w:lineRule="auto"/>
              <w:ind w:left="72" w:right="288"/>
              <w:jc w:val="left"/>
              <w:rPr>
                <w:rFonts w:ascii="Cambria" w:eastAsia="MS Mincho" w:hAnsi="Cambria" w:cs="Times New Roman"/>
                <w:sz w:val="22"/>
              </w:rPr>
            </w:pPr>
            <w:r w:rsidRPr="00AA2478">
              <w:rPr>
                <w:rFonts w:eastAsia="Times New Roman" w:cs="Times New Roman"/>
                <w:color w:val="000000"/>
                <w:sz w:val="24"/>
              </w:rPr>
              <w:t xml:space="preserve">Д, д хəрефлəрен язу.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533E430"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2C5E53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1CF699C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B753022"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10</w:t>
            </w:r>
            <w:r w:rsidRPr="00AA2478">
              <w:rPr>
                <w:rFonts w:eastAsia="Times New Roman" w:cs="Times New Roman"/>
                <w:color w:val="000000"/>
                <w:sz w:val="24"/>
                <w:lang w:val="en-US"/>
              </w:rPr>
              <w:t>.11.202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9C44E3A"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1826" w:type="dxa"/>
            <w:gridSpan w:val="2"/>
            <w:tcBorders>
              <w:top w:val="single" w:sz="4" w:space="0" w:color="000000"/>
              <w:left w:val="single" w:sz="4" w:space="0" w:color="000000"/>
              <w:bottom w:val="single" w:sz="4" w:space="0" w:color="000000"/>
              <w:right w:val="single" w:sz="4" w:space="0" w:color="000000"/>
            </w:tcBorders>
          </w:tcPr>
          <w:p w14:paraId="1AF9B5FA"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09D402B3" w14:textId="77777777" w:rsidTr="00DF5DF7">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64E2578"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0023F6" w14:textId="77777777" w:rsidR="00AA2478" w:rsidRPr="00AA2478" w:rsidRDefault="00AA2478" w:rsidP="00AA2478">
            <w:pPr>
              <w:autoSpaceDE w:val="0"/>
              <w:autoSpaceDN w:val="0"/>
              <w:spacing w:before="98" w:after="0" w:line="262" w:lineRule="auto"/>
              <w:ind w:left="72" w:right="576"/>
              <w:jc w:val="left"/>
              <w:rPr>
                <w:rFonts w:ascii="Cambria" w:eastAsia="MS Mincho" w:hAnsi="Cambria" w:cs="Times New Roman"/>
                <w:sz w:val="22"/>
              </w:rPr>
            </w:pPr>
            <w:r w:rsidRPr="00AA2478">
              <w:rPr>
                <w:rFonts w:eastAsia="Times New Roman" w:cs="Times New Roman"/>
                <w:color w:val="000000"/>
                <w:sz w:val="24"/>
              </w:rPr>
              <w:t>Й, й хəрефлəрен язу. Кабатлау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3709D7C"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256877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5C97F63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CCE4E5D"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6</w:t>
            </w:r>
            <w:r w:rsidRPr="00AA2478">
              <w:rPr>
                <w:rFonts w:eastAsia="Times New Roman" w:cs="Times New Roman"/>
                <w:color w:val="000000"/>
                <w:sz w:val="24"/>
                <w:lang w:val="en-US"/>
              </w:rPr>
              <w:t>.11.202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1A1153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3BB780C6"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25734C25"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5784D8B"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343900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proofErr w:type="gramStart"/>
            <w:r w:rsidRPr="00AA2478">
              <w:rPr>
                <w:rFonts w:eastAsia="Times New Roman" w:cs="Times New Roman"/>
                <w:color w:val="000000"/>
                <w:sz w:val="24"/>
              </w:rPr>
              <w:t>Ы</w:t>
            </w:r>
            <w:proofErr w:type="gramEnd"/>
            <w:r w:rsidRPr="00AA2478">
              <w:rPr>
                <w:rFonts w:eastAsia="Times New Roman" w:cs="Times New Roman"/>
                <w:color w:val="000000"/>
                <w:sz w:val="24"/>
              </w:rPr>
              <w:t>, ы хəрефлəрен язу.</w:t>
            </w:r>
          </w:p>
          <w:p w14:paraId="21F96823" w14:textId="77777777" w:rsidR="00AA2478" w:rsidRPr="00AA2478" w:rsidRDefault="00AA2478" w:rsidP="00AA2478">
            <w:pPr>
              <w:autoSpaceDE w:val="0"/>
              <w:autoSpaceDN w:val="0"/>
              <w:spacing w:before="70" w:after="0" w:line="262" w:lineRule="auto"/>
              <w:ind w:left="72" w:right="576"/>
              <w:jc w:val="left"/>
              <w:rPr>
                <w:rFonts w:ascii="Cambria" w:eastAsia="MS Mincho" w:hAnsi="Cambria" w:cs="Times New Roman"/>
                <w:sz w:val="22"/>
              </w:rPr>
            </w:pPr>
            <w:r w:rsidRPr="00AA2478">
              <w:rPr>
                <w:rFonts w:eastAsia="Times New Roman" w:cs="Times New Roman"/>
                <w:color w:val="000000"/>
                <w:sz w:val="24"/>
              </w:rPr>
              <w:t>«Минем дустым»</w:t>
            </w:r>
            <w:r w:rsidRPr="00AA2478">
              <w:rPr>
                <w:rFonts w:ascii="Cambria" w:eastAsia="MS Mincho" w:hAnsi="Cambria" w:cs="Times New Roman"/>
                <w:sz w:val="22"/>
              </w:rPr>
              <w:br/>
            </w:r>
            <w:r w:rsidRPr="00AA2478">
              <w:rPr>
                <w:rFonts w:eastAsia="Times New Roman" w:cs="Times New Roman"/>
                <w:color w:val="000000"/>
                <w:sz w:val="24"/>
              </w:rPr>
              <w:t>темасына диалог төзү</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81CC966"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0367413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2B3DE23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01C9F98"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7</w:t>
            </w:r>
            <w:r w:rsidRPr="00AA2478">
              <w:rPr>
                <w:rFonts w:eastAsia="Times New Roman" w:cs="Times New Roman"/>
                <w:color w:val="000000"/>
                <w:sz w:val="24"/>
                <w:lang w:val="en-US"/>
              </w:rPr>
              <w:t>.11.202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523397F"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1361AE95"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6D7165A9"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33CDBE4"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0CC995C" w14:textId="77777777" w:rsidR="00AA2478" w:rsidRPr="00AA2478" w:rsidRDefault="00AA2478" w:rsidP="00AA2478">
            <w:pPr>
              <w:autoSpaceDE w:val="0"/>
              <w:autoSpaceDN w:val="0"/>
              <w:spacing w:before="98" w:after="0" w:line="271" w:lineRule="auto"/>
              <w:ind w:left="72" w:right="576"/>
              <w:jc w:val="left"/>
              <w:rPr>
                <w:rFonts w:ascii="Cambria" w:eastAsia="MS Mincho" w:hAnsi="Cambria" w:cs="Times New Roman"/>
                <w:sz w:val="22"/>
                <w:lang w:val="en-US"/>
              </w:rPr>
            </w:pPr>
            <w:r w:rsidRPr="00AA2478">
              <w:rPr>
                <w:rFonts w:eastAsia="Times New Roman" w:cs="Times New Roman"/>
                <w:color w:val="000000"/>
                <w:sz w:val="24"/>
                <w:lang w:val="tt-RU"/>
              </w:rPr>
              <w:t>Ч</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ч</w:t>
            </w:r>
            <w:r w:rsidRPr="00AA2478">
              <w:rPr>
                <w:rFonts w:eastAsia="Times New Roman" w:cs="Times New Roman"/>
                <w:color w:val="000000"/>
                <w:sz w:val="24"/>
                <w:lang w:val="en-US"/>
              </w:rPr>
              <w:t xml:space="preserve"> хəрефлəрен </w:t>
            </w:r>
            <w:r w:rsidRPr="00AA2478">
              <w:rPr>
                <w:rFonts w:ascii="Cambria" w:eastAsia="MS Mincho" w:hAnsi="Cambria" w:cs="Times New Roman"/>
                <w:sz w:val="22"/>
                <w:lang w:val="en-US"/>
              </w:rPr>
              <w:br/>
            </w:r>
            <w:r w:rsidRPr="00AA2478">
              <w:rPr>
                <w:rFonts w:eastAsia="Times New Roman" w:cs="Times New Roman"/>
                <w:color w:val="000000"/>
                <w:sz w:val="24"/>
                <w:lang w:val="en-US"/>
              </w:rPr>
              <w:t xml:space="preserve">язу. Тыңланган текст белəн эшлəү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4244EF7"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FF62CD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222855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1629A5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23</w:t>
            </w:r>
            <w:r w:rsidRPr="00AA2478">
              <w:rPr>
                <w:rFonts w:eastAsia="Times New Roman" w:cs="Times New Roman"/>
                <w:color w:val="000000"/>
                <w:sz w:val="24"/>
                <w:lang w:val="en-US"/>
              </w:rPr>
              <w:t>.11.202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EC81B3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5DC86FAF"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714B7040" w14:textId="77777777" w:rsidTr="00DF5DF7">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256037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28D01532"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Э</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 xml:space="preserve">э,е  </w:t>
            </w:r>
            <w:r w:rsidRPr="00AA2478">
              <w:rPr>
                <w:rFonts w:eastAsia="Times New Roman" w:cs="Times New Roman"/>
                <w:color w:val="000000"/>
                <w:sz w:val="24"/>
                <w:lang w:val="en-US"/>
              </w:rPr>
              <w:t xml:space="preserve"> хəрефлəрен язу.</w:t>
            </w:r>
          </w:p>
          <w:p w14:paraId="51C9E9A4" w14:textId="77777777" w:rsidR="00AA2478" w:rsidRPr="00AA2478" w:rsidRDefault="00AA2478" w:rsidP="00AA2478">
            <w:pPr>
              <w:autoSpaceDE w:val="0"/>
              <w:autoSpaceDN w:val="0"/>
              <w:spacing w:before="70" w:after="0" w:line="271"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«Сыйныфташлар белəн дөрес аралашу» темасына əңгəмə</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A15278C"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89B001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5D5EA70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33B88E0"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2</w:t>
            </w:r>
            <w:r w:rsidRPr="00AA2478">
              <w:rPr>
                <w:rFonts w:eastAsia="Times New Roman" w:cs="Times New Roman"/>
                <w:color w:val="000000"/>
                <w:sz w:val="24"/>
              </w:rPr>
              <w:t>4</w:t>
            </w:r>
            <w:r w:rsidRPr="00AA2478">
              <w:rPr>
                <w:rFonts w:eastAsia="Times New Roman" w:cs="Times New Roman"/>
                <w:color w:val="000000"/>
                <w:sz w:val="24"/>
                <w:lang w:val="en-US"/>
              </w:rPr>
              <w:t>.11.202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DFEA31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5CC449AE"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3E9D49B2" w14:textId="77777777" w:rsidTr="00DF5DF7">
        <w:trPr>
          <w:trHeight w:hRule="exact" w:val="1473"/>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61E317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F5DC4D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rPr>
              <w:t>О, о хəрефлəрен язу.</w:t>
            </w:r>
          </w:p>
          <w:p w14:paraId="4B55D8CE" w14:textId="77777777" w:rsidR="00AA2478" w:rsidRPr="00AA2478" w:rsidRDefault="00AA2478" w:rsidP="00AA2478">
            <w:pPr>
              <w:autoSpaceDE w:val="0"/>
              <w:autoSpaceDN w:val="0"/>
              <w:spacing w:before="70" w:after="0" w:line="262" w:lineRule="auto"/>
              <w:ind w:left="72" w:right="432"/>
              <w:jc w:val="left"/>
              <w:rPr>
                <w:rFonts w:ascii="Cambria" w:eastAsia="MS Mincho" w:hAnsi="Cambria" w:cs="Times New Roman"/>
                <w:sz w:val="22"/>
              </w:rPr>
            </w:pPr>
            <w:r w:rsidRPr="00AA2478">
              <w:rPr>
                <w:rFonts w:eastAsia="Times New Roman" w:cs="Times New Roman"/>
                <w:color w:val="000000"/>
                <w:sz w:val="24"/>
              </w:rPr>
              <w:t>«Минем уенчыкларым» темасына диалог.</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76B292F"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2517BB7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1A7F20A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A1402B4"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30</w:t>
            </w:r>
            <w:r w:rsidRPr="00AA2478">
              <w:rPr>
                <w:rFonts w:eastAsia="Times New Roman" w:cs="Times New Roman"/>
                <w:color w:val="000000"/>
                <w:sz w:val="24"/>
                <w:lang w:val="en-US"/>
              </w:rPr>
              <w:t>.11.202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CB8860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1DFAEE86"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685F46CA" w14:textId="77777777" w:rsidTr="00DF5DF7">
        <w:trPr>
          <w:trHeight w:hRule="exact" w:val="151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3321024A"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14619572" w14:textId="77777777" w:rsidR="00AA2478" w:rsidRPr="00AA2478" w:rsidRDefault="00AA2478" w:rsidP="00AA2478">
            <w:pPr>
              <w:autoSpaceDE w:val="0"/>
              <w:autoSpaceDN w:val="0"/>
              <w:spacing w:before="98" w:after="0" w:line="271" w:lineRule="auto"/>
              <w:ind w:left="72" w:right="118"/>
              <w:rPr>
                <w:rFonts w:ascii="Cambria" w:eastAsia="MS Mincho" w:hAnsi="Cambria" w:cs="Times New Roman"/>
                <w:sz w:val="22"/>
                <w:lang w:val="en-US"/>
              </w:rPr>
            </w:pPr>
            <w:r w:rsidRPr="00AA2478">
              <w:rPr>
                <w:rFonts w:eastAsia="Times New Roman" w:cs="Times New Roman"/>
                <w:color w:val="000000"/>
                <w:sz w:val="24"/>
                <w:lang w:val="tt-RU"/>
              </w:rPr>
              <w:t>Ө</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ө</w:t>
            </w:r>
            <w:r w:rsidRPr="00AA2478">
              <w:rPr>
                <w:rFonts w:eastAsia="Times New Roman" w:cs="Times New Roman"/>
                <w:color w:val="000000"/>
                <w:sz w:val="24"/>
                <w:lang w:val="en-US"/>
              </w:rPr>
              <w:t xml:space="preserve"> хəрефлəрен язу. Сүздə хəрефлəрне кушып язуның төп элементлары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EAEF19B"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877B42F"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3481FB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0F511C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01</w:t>
            </w:r>
            <w:r w:rsidRPr="00AA2478">
              <w:rPr>
                <w:rFonts w:eastAsia="Times New Roman" w:cs="Times New Roman"/>
                <w:color w:val="000000"/>
                <w:sz w:val="24"/>
                <w:lang w:val="en-US"/>
              </w:rPr>
              <w:t>.1</w:t>
            </w:r>
            <w:r w:rsidRPr="00AA2478">
              <w:rPr>
                <w:rFonts w:eastAsia="Times New Roman" w:cs="Times New Roman"/>
                <w:color w:val="000000"/>
                <w:sz w:val="24"/>
              </w:rPr>
              <w:t>2</w:t>
            </w:r>
            <w:r w:rsidRPr="00AA2478">
              <w:rPr>
                <w:rFonts w:eastAsia="Times New Roman" w:cs="Times New Roman"/>
                <w:color w:val="000000"/>
                <w:sz w:val="24"/>
                <w:lang w:val="en-US"/>
              </w:rPr>
              <w:t>.202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4B90EBD"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1826" w:type="dxa"/>
            <w:gridSpan w:val="2"/>
            <w:tcBorders>
              <w:top w:val="single" w:sz="4" w:space="0" w:color="000000"/>
              <w:left w:val="single" w:sz="4" w:space="0" w:color="000000"/>
              <w:bottom w:val="single" w:sz="4" w:space="0" w:color="000000"/>
              <w:right w:val="single" w:sz="4" w:space="0" w:color="000000"/>
            </w:tcBorders>
          </w:tcPr>
          <w:p w14:paraId="1A7728A7"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137FDE09"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A2B8F19"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41D7225" w14:textId="77777777" w:rsidR="00AA2478" w:rsidRPr="00AA2478" w:rsidRDefault="00AA2478" w:rsidP="00AA2478">
            <w:pPr>
              <w:autoSpaceDE w:val="0"/>
              <w:autoSpaceDN w:val="0"/>
              <w:spacing w:before="100" w:after="0" w:line="271"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З</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 xml:space="preserve">з </w:t>
            </w:r>
            <w:r w:rsidRPr="00AA2478">
              <w:rPr>
                <w:rFonts w:eastAsia="Times New Roman" w:cs="Times New Roman"/>
                <w:color w:val="000000"/>
                <w:sz w:val="24"/>
                <w:lang w:val="en-US"/>
              </w:rPr>
              <w:t>хəрефлəрен язу. Сүздə хəрефлəрне кушып язуның төп элементлары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58B0DAE5" w14:textId="77777777" w:rsidR="00AA2478" w:rsidRPr="00AA2478" w:rsidRDefault="00AA2478" w:rsidP="00AA2478">
            <w:pPr>
              <w:autoSpaceDE w:val="0"/>
              <w:autoSpaceDN w:val="0"/>
              <w:spacing w:before="100"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3CA5AC9"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55099175"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B1E176F"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rPr>
            </w:pPr>
            <w:r w:rsidRPr="00AA2478">
              <w:rPr>
                <w:rFonts w:eastAsia="Times New Roman" w:cs="Times New Roman"/>
                <w:color w:val="000000"/>
                <w:sz w:val="24"/>
                <w:lang w:val="en-US"/>
              </w:rPr>
              <w:t>0</w:t>
            </w:r>
            <w:r w:rsidRPr="00AA2478">
              <w:rPr>
                <w:rFonts w:eastAsia="Times New Roman" w:cs="Times New Roman"/>
                <w:color w:val="000000"/>
                <w:sz w:val="24"/>
              </w:rPr>
              <w:t>7</w:t>
            </w:r>
            <w:r w:rsidRPr="00AA2478">
              <w:rPr>
                <w:rFonts w:eastAsia="Times New Roman" w:cs="Times New Roman"/>
                <w:color w:val="000000"/>
                <w:sz w:val="24"/>
                <w:lang w:val="en-US"/>
              </w:rPr>
              <w:t>.12.202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C75E6AC"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521F3D4F" w14:textId="77777777" w:rsidR="00AA2478" w:rsidRPr="00AA2478" w:rsidRDefault="00AA2478" w:rsidP="00AA2478">
            <w:pPr>
              <w:autoSpaceDE w:val="0"/>
              <w:autoSpaceDN w:val="0"/>
              <w:spacing w:before="100" w:after="0" w:line="230" w:lineRule="auto"/>
              <w:ind w:left="72"/>
              <w:jc w:val="left"/>
              <w:rPr>
                <w:rFonts w:eastAsia="Times New Roman" w:cs="Times New Roman"/>
                <w:color w:val="000000"/>
                <w:sz w:val="24"/>
                <w:lang w:val="en-US"/>
              </w:rPr>
            </w:pPr>
          </w:p>
        </w:tc>
      </w:tr>
      <w:tr w:rsidR="00AA2478" w:rsidRPr="00AA2478" w14:paraId="454009FD"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B75CD0C"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1480DAA" w14:textId="77777777" w:rsidR="00AA2478" w:rsidRPr="00AA2478" w:rsidRDefault="00AA2478" w:rsidP="00AA2478">
            <w:pPr>
              <w:autoSpaceDE w:val="0"/>
              <w:autoSpaceDN w:val="0"/>
              <w:spacing w:before="98" w:after="0" w:line="271" w:lineRule="auto"/>
              <w:ind w:left="72" w:right="118"/>
              <w:rPr>
                <w:rFonts w:ascii="Cambria" w:eastAsia="MS Mincho" w:hAnsi="Cambria" w:cs="Times New Roman"/>
                <w:sz w:val="22"/>
                <w:lang w:val="en-US"/>
              </w:rPr>
            </w:pPr>
            <w:r w:rsidRPr="00AA2478">
              <w:rPr>
                <w:rFonts w:eastAsia="Times New Roman" w:cs="Times New Roman"/>
                <w:color w:val="000000"/>
                <w:sz w:val="24"/>
                <w:lang w:val="tt-RU"/>
              </w:rPr>
              <w:t>Г</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г</w:t>
            </w:r>
            <w:r w:rsidRPr="00AA2478">
              <w:rPr>
                <w:rFonts w:eastAsia="Times New Roman" w:cs="Times New Roman"/>
                <w:color w:val="000000"/>
                <w:sz w:val="24"/>
                <w:lang w:val="en-US"/>
              </w:rPr>
              <w:t xml:space="preserve"> хəрефлəрен язу. Сүздə хəрефлəрне кушып язуның төп элементлары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24411777"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2DE88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2C3D602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99E7024"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0</w:t>
            </w:r>
            <w:r w:rsidRPr="00AA2478">
              <w:rPr>
                <w:rFonts w:eastAsia="Times New Roman" w:cs="Times New Roman"/>
                <w:color w:val="000000"/>
                <w:sz w:val="24"/>
              </w:rPr>
              <w:t>8</w:t>
            </w:r>
            <w:r w:rsidRPr="00AA2478">
              <w:rPr>
                <w:rFonts w:eastAsia="Times New Roman" w:cs="Times New Roman"/>
                <w:color w:val="000000"/>
                <w:sz w:val="24"/>
                <w:lang w:val="en-US"/>
              </w:rPr>
              <w:t>.12.202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E40E2D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7A4BB3DC"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3F2A309C"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4CC0D8B"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lastRenderedPageBreak/>
              <w:t>27.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3307725" w14:textId="77777777" w:rsidR="00AA2478" w:rsidRPr="00AA2478" w:rsidRDefault="00AA2478" w:rsidP="00AA2478">
            <w:pPr>
              <w:autoSpaceDE w:val="0"/>
              <w:autoSpaceDN w:val="0"/>
              <w:spacing w:before="98" w:after="0" w:line="271" w:lineRule="auto"/>
              <w:ind w:left="72" w:right="118"/>
              <w:rPr>
                <w:rFonts w:ascii="Cambria" w:eastAsia="MS Mincho" w:hAnsi="Cambria" w:cs="Times New Roman"/>
                <w:sz w:val="22"/>
                <w:lang w:val="en-US"/>
              </w:rPr>
            </w:pPr>
            <w:r w:rsidRPr="00AA2478">
              <w:rPr>
                <w:rFonts w:eastAsia="Times New Roman" w:cs="Times New Roman"/>
                <w:color w:val="000000"/>
                <w:sz w:val="24"/>
                <w:lang w:val="tt-RU"/>
              </w:rPr>
              <w:t>П</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п</w:t>
            </w:r>
            <w:r w:rsidRPr="00AA2478">
              <w:rPr>
                <w:rFonts w:eastAsia="Times New Roman" w:cs="Times New Roman"/>
                <w:color w:val="000000"/>
                <w:sz w:val="24"/>
                <w:lang w:val="en-US"/>
              </w:rPr>
              <w:t xml:space="preserve"> хəрефлəрен язу. Сүздə хəрефлəрне кушып язуның төп элементлары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5557A4A0"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E53745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02A28B1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0BDC8C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14</w:t>
            </w:r>
            <w:r w:rsidRPr="00AA2478">
              <w:rPr>
                <w:rFonts w:eastAsia="Times New Roman" w:cs="Times New Roman"/>
                <w:color w:val="000000"/>
                <w:sz w:val="24"/>
                <w:lang w:val="en-US"/>
              </w:rPr>
              <w:t>.12.202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BCBECE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594B773C"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0A98BB4D" w14:textId="77777777" w:rsidTr="00DF5DF7">
        <w:trPr>
          <w:trHeight w:hRule="exact" w:val="114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979528"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241FA1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Я</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я</w:t>
            </w:r>
            <w:r w:rsidRPr="00AA2478">
              <w:rPr>
                <w:rFonts w:eastAsia="Times New Roman" w:cs="Times New Roman"/>
                <w:color w:val="000000"/>
                <w:sz w:val="24"/>
                <w:lang w:val="en-US"/>
              </w:rPr>
              <w:t xml:space="preserve"> хəрефлəрен язу.</w:t>
            </w:r>
          </w:p>
          <w:p w14:paraId="182541E5" w14:textId="77777777" w:rsidR="00AA2478" w:rsidRPr="00AA2478" w:rsidRDefault="00AA2478" w:rsidP="00AA2478">
            <w:pPr>
              <w:autoSpaceDE w:val="0"/>
              <w:autoSpaceDN w:val="0"/>
              <w:spacing w:before="70" w:after="0" w:line="262" w:lineRule="auto"/>
              <w:ind w:left="72" w:right="288"/>
              <w:jc w:val="left"/>
              <w:rPr>
                <w:rFonts w:ascii="Cambria" w:eastAsia="MS Mincho" w:hAnsi="Cambria" w:cs="Times New Roman"/>
                <w:sz w:val="22"/>
                <w:lang w:val="en-US"/>
              </w:rPr>
            </w:pP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685D9E5E"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A91747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692E87F2"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922330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5</w:t>
            </w:r>
            <w:r w:rsidRPr="00AA2478">
              <w:rPr>
                <w:rFonts w:eastAsia="Times New Roman" w:cs="Times New Roman"/>
                <w:color w:val="000000"/>
                <w:sz w:val="24"/>
                <w:lang w:val="en-US"/>
              </w:rPr>
              <w:t>.12.202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00C1411" w14:textId="77777777" w:rsidR="00AA2478" w:rsidRPr="00AA2478" w:rsidRDefault="00AA2478" w:rsidP="00AA2478">
            <w:pPr>
              <w:tabs>
                <w:tab w:val="left" w:pos="156"/>
              </w:tabs>
              <w:autoSpaceDE w:val="0"/>
              <w:autoSpaceDN w:val="0"/>
              <w:spacing w:before="98" w:after="0" w:line="262" w:lineRule="auto"/>
              <w:ind w:right="288"/>
              <w:jc w:val="left"/>
              <w:rPr>
                <w:rFonts w:ascii="Cambria" w:eastAsia="MS Mincho" w:hAnsi="Cambria" w:cs="Times New Roman"/>
                <w:sz w:val="22"/>
                <w:lang w:val="en-US"/>
              </w:rPr>
            </w:pPr>
            <w:r w:rsidRPr="00AA2478">
              <w:rPr>
                <w:rFonts w:eastAsia="Times New Roman" w:cs="Times New Roman"/>
                <w:color w:val="000000"/>
                <w:sz w:val="24"/>
                <w:lang w:val="en-US"/>
              </w:rPr>
              <w:t xml:space="preserve"> Письменный </w:t>
            </w:r>
            <w:r w:rsidRPr="00AA2478">
              <w:rPr>
                <w:rFonts w:ascii="Cambria" w:eastAsia="MS Mincho" w:hAnsi="Cambria" w:cs="Times New Roman"/>
                <w:sz w:val="22"/>
                <w:lang w:val="en-US"/>
              </w:rPr>
              <w:tab/>
            </w:r>
            <w:r w:rsidRPr="00AA2478">
              <w:rPr>
                <w:rFonts w:eastAsia="Times New Roman" w:cs="Times New Roman"/>
                <w:color w:val="000000"/>
                <w:sz w:val="24"/>
                <w:lang w:val="en-US"/>
              </w:rPr>
              <w:t>контроль;</w:t>
            </w:r>
          </w:p>
        </w:tc>
        <w:tc>
          <w:tcPr>
            <w:tcW w:w="1826" w:type="dxa"/>
            <w:gridSpan w:val="2"/>
            <w:tcBorders>
              <w:top w:val="single" w:sz="4" w:space="0" w:color="000000"/>
              <w:left w:val="single" w:sz="4" w:space="0" w:color="000000"/>
              <w:bottom w:val="single" w:sz="4" w:space="0" w:color="000000"/>
              <w:right w:val="single" w:sz="4" w:space="0" w:color="000000"/>
            </w:tcBorders>
          </w:tcPr>
          <w:p w14:paraId="1A6AB46F" w14:textId="77777777" w:rsidR="00AA2478" w:rsidRPr="00AA2478" w:rsidRDefault="00AA2478" w:rsidP="00AA2478">
            <w:pPr>
              <w:tabs>
                <w:tab w:val="left" w:pos="156"/>
              </w:tabs>
              <w:autoSpaceDE w:val="0"/>
              <w:autoSpaceDN w:val="0"/>
              <w:spacing w:before="98" w:after="0" w:line="262" w:lineRule="auto"/>
              <w:ind w:right="288"/>
              <w:jc w:val="left"/>
              <w:rPr>
                <w:rFonts w:eastAsia="Times New Roman" w:cs="Times New Roman"/>
                <w:color w:val="000000"/>
                <w:sz w:val="24"/>
                <w:lang w:val="en-US"/>
              </w:rPr>
            </w:pPr>
          </w:p>
        </w:tc>
      </w:tr>
      <w:tr w:rsidR="00AA2478" w:rsidRPr="00AA2478" w14:paraId="69CBF463" w14:textId="77777777" w:rsidTr="00DF5DF7">
        <w:trPr>
          <w:trHeight w:hRule="exact" w:val="82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6764D72"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29.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385BDEB" w14:textId="77777777" w:rsidR="00AA2478" w:rsidRPr="00AA2478" w:rsidRDefault="00AA2478" w:rsidP="00AA2478">
            <w:pPr>
              <w:autoSpaceDE w:val="0"/>
              <w:autoSpaceDN w:val="0"/>
              <w:spacing w:before="98" w:after="0" w:line="262"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Е</w:t>
            </w:r>
            <w:r w:rsidRPr="00AA2478">
              <w:rPr>
                <w:rFonts w:eastAsia="Times New Roman" w:cs="Times New Roman"/>
                <w:color w:val="000000"/>
                <w:sz w:val="24"/>
                <w:lang w:val="en-US"/>
              </w:rPr>
              <w:t xml:space="preserve">, </w:t>
            </w:r>
            <w:r w:rsidRPr="00AA2478">
              <w:rPr>
                <w:rFonts w:eastAsia="Times New Roman" w:cs="Times New Roman"/>
                <w:color w:val="000000"/>
                <w:sz w:val="24"/>
              </w:rPr>
              <w:t>Ё</w:t>
            </w:r>
            <w:r w:rsidRPr="00AA2478">
              <w:rPr>
                <w:rFonts w:eastAsia="Times New Roman" w:cs="Times New Roman"/>
                <w:color w:val="000000"/>
                <w:sz w:val="24"/>
                <w:lang w:val="en-US"/>
              </w:rPr>
              <w:t>,</w:t>
            </w:r>
            <w:r w:rsidRPr="00AA2478">
              <w:rPr>
                <w:rFonts w:eastAsia="Times New Roman" w:cs="Times New Roman"/>
                <w:color w:val="000000"/>
                <w:sz w:val="24"/>
              </w:rPr>
              <w:t>ё</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е,</w:t>
            </w:r>
            <w:r w:rsidRPr="00AA2478">
              <w:rPr>
                <w:rFonts w:eastAsia="Times New Roman" w:cs="Times New Roman"/>
                <w:color w:val="000000"/>
                <w:sz w:val="24"/>
                <w:lang w:val="en-US"/>
              </w:rPr>
              <w:t xml:space="preserve"> хəрефлəрен язу. Иҗек. Сүзлəрне иҗеклəп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4CD3C05B"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28730A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7638A4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0BDBF5B"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21</w:t>
            </w:r>
            <w:r w:rsidRPr="00AA2478">
              <w:rPr>
                <w:rFonts w:eastAsia="Times New Roman" w:cs="Times New Roman"/>
                <w:color w:val="000000"/>
                <w:sz w:val="24"/>
                <w:lang w:val="en-US"/>
              </w:rPr>
              <w:t>.12.202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A62EAE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5FDAD937"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0504E098"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506B58E6"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13E4EB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ң</w:t>
            </w:r>
            <w:r w:rsidRPr="00AA2478">
              <w:rPr>
                <w:rFonts w:eastAsia="Times New Roman" w:cs="Times New Roman"/>
                <w:color w:val="000000"/>
                <w:sz w:val="24"/>
                <w:lang w:val="en-US"/>
              </w:rPr>
              <w:t xml:space="preserve"> хəрефен язу.</w:t>
            </w:r>
          </w:p>
          <w:p w14:paraId="0E5E902F" w14:textId="77777777" w:rsidR="00AA2478" w:rsidRPr="00AA2478" w:rsidRDefault="00AA2478" w:rsidP="00AA2478">
            <w:pPr>
              <w:autoSpaceDE w:val="0"/>
              <w:autoSpaceDN w:val="0"/>
              <w:spacing w:before="70" w:after="0" w:line="262"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Сүзлəрне һəм җөмлəлəрне хəтердəн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5CCE1C69"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A24D0F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2171985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DEEA1DE"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2</w:t>
            </w:r>
            <w:r w:rsidRPr="00AA2478">
              <w:rPr>
                <w:rFonts w:eastAsia="Times New Roman" w:cs="Times New Roman"/>
                <w:color w:val="000000"/>
                <w:sz w:val="24"/>
              </w:rPr>
              <w:t>2</w:t>
            </w:r>
            <w:r w:rsidRPr="00AA2478">
              <w:rPr>
                <w:rFonts w:eastAsia="Times New Roman" w:cs="Times New Roman"/>
                <w:color w:val="000000"/>
                <w:sz w:val="24"/>
                <w:lang w:val="en-US"/>
              </w:rPr>
              <w:t>.12.202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6C48E13"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1826" w:type="dxa"/>
            <w:gridSpan w:val="2"/>
            <w:tcBorders>
              <w:top w:val="single" w:sz="4" w:space="0" w:color="000000"/>
              <w:left w:val="single" w:sz="4" w:space="0" w:color="000000"/>
              <w:bottom w:val="single" w:sz="4" w:space="0" w:color="000000"/>
              <w:right w:val="single" w:sz="4" w:space="0" w:color="000000"/>
            </w:tcBorders>
          </w:tcPr>
          <w:p w14:paraId="1D8B533C"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23B527A1" w14:textId="77777777" w:rsidTr="00DF5DF7">
        <w:trPr>
          <w:trHeight w:hRule="exact" w:val="1502"/>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728D8C0"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50FF3B2" w14:textId="77777777" w:rsidR="00AA2478" w:rsidRPr="00AA2478" w:rsidRDefault="00AA2478" w:rsidP="00AA2478">
            <w:pPr>
              <w:autoSpaceDE w:val="0"/>
              <w:autoSpaceDN w:val="0"/>
              <w:spacing w:before="98" w:after="0"/>
              <w:ind w:left="72" w:right="144"/>
              <w:jc w:val="left"/>
              <w:rPr>
                <w:rFonts w:ascii="Cambria" w:eastAsia="MS Mincho" w:hAnsi="Cambria" w:cs="Times New Roman"/>
                <w:sz w:val="22"/>
                <w:lang w:val="en-US"/>
              </w:rPr>
            </w:pPr>
            <w:r w:rsidRPr="00AA2478">
              <w:rPr>
                <w:rFonts w:eastAsia="Times New Roman" w:cs="Times New Roman"/>
                <w:color w:val="000000"/>
                <w:sz w:val="24"/>
                <w:lang w:val="tt-RU"/>
              </w:rPr>
              <w:t>В</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в</w:t>
            </w:r>
            <w:r w:rsidRPr="00AA2478">
              <w:rPr>
                <w:rFonts w:eastAsia="Times New Roman" w:cs="Times New Roman"/>
                <w:color w:val="000000"/>
                <w:sz w:val="24"/>
                <w:lang w:val="en-US"/>
              </w:rPr>
              <w:t xml:space="preserve"> хəрефлəрен язу. Һəр сүзгə иҗек –аваз анализы ясаганнан соң җөмлəлəр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004EB7A"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CA6BC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3B96986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B62583B"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2</w:t>
            </w:r>
            <w:r w:rsidRPr="00AA2478">
              <w:rPr>
                <w:rFonts w:eastAsia="Times New Roman" w:cs="Times New Roman"/>
                <w:color w:val="000000"/>
                <w:sz w:val="24"/>
              </w:rPr>
              <w:t>8</w:t>
            </w:r>
            <w:r w:rsidRPr="00AA2478">
              <w:rPr>
                <w:rFonts w:eastAsia="Times New Roman" w:cs="Times New Roman"/>
                <w:color w:val="000000"/>
                <w:sz w:val="24"/>
                <w:lang w:val="en-US"/>
              </w:rPr>
              <w:t>.12.202</w:t>
            </w:r>
            <w:r w:rsidRPr="00AA2478">
              <w:rPr>
                <w:rFonts w:eastAsia="Times New Roman" w:cs="Times New Roman"/>
                <w:color w:val="000000"/>
                <w:sz w:val="24"/>
              </w:rPr>
              <w:t>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6DF7F9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672F7C01"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1D534060" w14:textId="77777777" w:rsidTr="00DF5DF7">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77BE093A"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32.</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074E9AF" w14:textId="77777777" w:rsidR="00AA2478" w:rsidRPr="00AA2478" w:rsidRDefault="00AA2478" w:rsidP="00AA2478">
            <w:pPr>
              <w:autoSpaceDE w:val="0"/>
              <w:autoSpaceDN w:val="0"/>
              <w:spacing w:before="98" w:after="0"/>
              <w:ind w:left="72" w:right="144"/>
              <w:jc w:val="left"/>
              <w:rPr>
                <w:rFonts w:ascii="Cambria" w:eastAsia="MS Mincho" w:hAnsi="Cambria" w:cs="Times New Roman"/>
                <w:sz w:val="22"/>
                <w:lang w:val="en-US"/>
              </w:rPr>
            </w:pPr>
            <w:r w:rsidRPr="00AA2478">
              <w:rPr>
                <w:rFonts w:eastAsia="Times New Roman" w:cs="Times New Roman"/>
                <w:color w:val="000000"/>
                <w:sz w:val="24"/>
                <w:lang w:val="tt-RU"/>
              </w:rPr>
              <w:t>Х</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х</w:t>
            </w:r>
            <w:r w:rsidRPr="00AA2478">
              <w:rPr>
                <w:rFonts w:eastAsia="Times New Roman" w:cs="Times New Roman"/>
                <w:color w:val="000000"/>
                <w:sz w:val="24"/>
                <w:lang w:val="en-US"/>
              </w:rPr>
              <w:t xml:space="preserve"> хəрефлəрен язу. Һəр сүзгə иҗек –аваз анализы ясаганнан соң җөмлəлəр язу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035C2E8"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982FA1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50C082C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4668210"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rPr>
              <w:t>29</w:t>
            </w:r>
            <w:r w:rsidRPr="00AA2478">
              <w:rPr>
                <w:rFonts w:eastAsia="Times New Roman" w:cs="Times New Roman"/>
                <w:color w:val="000000"/>
                <w:sz w:val="24"/>
                <w:lang w:val="en-US"/>
              </w:rPr>
              <w:t>.</w:t>
            </w:r>
            <w:r w:rsidRPr="00AA2478">
              <w:rPr>
                <w:rFonts w:eastAsia="Times New Roman" w:cs="Times New Roman"/>
                <w:color w:val="000000"/>
                <w:sz w:val="24"/>
              </w:rPr>
              <w:t>12</w:t>
            </w:r>
            <w:r w:rsidRPr="00AA2478">
              <w:rPr>
                <w:rFonts w:eastAsia="Times New Roman" w:cs="Times New Roman"/>
                <w:color w:val="000000"/>
                <w:sz w:val="24"/>
                <w:lang w:val="en-US"/>
              </w:rPr>
              <w:t>.2023</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B984AE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4C7E1E0A"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6E485AB0"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1DD95514"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33.</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35A1AE9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Һ</w:t>
            </w:r>
            <w:r w:rsidRPr="00AA2478">
              <w:rPr>
                <w:rFonts w:eastAsia="Times New Roman" w:cs="Times New Roman"/>
                <w:color w:val="000000"/>
                <w:sz w:val="24"/>
                <w:lang w:val="en-US"/>
              </w:rPr>
              <w:t xml:space="preserve">, </w:t>
            </w:r>
            <w:r w:rsidRPr="00AA2478">
              <w:rPr>
                <w:rFonts w:eastAsia="Times New Roman" w:cs="Times New Roman"/>
                <w:color w:val="000000"/>
                <w:sz w:val="24"/>
                <w:lang w:val="tt-RU"/>
              </w:rPr>
              <w:t>һ</w:t>
            </w:r>
            <w:r w:rsidRPr="00AA2478">
              <w:rPr>
                <w:rFonts w:eastAsia="Times New Roman" w:cs="Times New Roman"/>
                <w:color w:val="000000"/>
                <w:sz w:val="24"/>
                <w:lang w:val="en-US"/>
              </w:rPr>
              <w:t xml:space="preserve"> хəрефлəрен язу.</w:t>
            </w:r>
          </w:p>
          <w:p w14:paraId="16B2C366" w14:textId="77777777" w:rsidR="00AA2478" w:rsidRPr="00AA2478" w:rsidRDefault="00AA2478" w:rsidP="00AA2478">
            <w:pPr>
              <w:autoSpaceDE w:val="0"/>
              <w:autoSpaceDN w:val="0"/>
              <w:spacing w:before="70" w:after="0" w:line="262" w:lineRule="auto"/>
              <w:ind w:left="72" w:right="576"/>
              <w:jc w:val="left"/>
              <w:rPr>
                <w:rFonts w:ascii="Cambria" w:eastAsia="MS Mincho" w:hAnsi="Cambria" w:cs="Times New Roman"/>
                <w:sz w:val="22"/>
                <w:lang w:val="en-US"/>
              </w:rPr>
            </w:pPr>
            <w:r w:rsidRPr="00AA2478">
              <w:rPr>
                <w:rFonts w:eastAsia="Times New Roman" w:cs="Times New Roman"/>
                <w:color w:val="000000"/>
                <w:sz w:val="24"/>
                <w:lang w:val="en-US"/>
              </w:rPr>
              <w:t xml:space="preserve">Кулдан язылган </w:t>
            </w:r>
            <w:r w:rsidRPr="00AA2478">
              <w:rPr>
                <w:rFonts w:ascii="Cambria" w:eastAsia="MS Mincho" w:hAnsi="Cambria" w:cs="Times New Roman"/>
                <w:sz w:val="22"/>
                <w:lang w:val="en-US"/>
              </w:rPr>
              <w:br/>
            </w:r>
            <w:r w:rsidRPr="00AA2478">
              <w:rPr>
                <w:rFonts w:eastAsia="Times New Roman" w:cs="Times New Roman"/>
                <w:color w:val="000000"/>
                <w:sz w:val="24"/>
                <w:lang w:val="en-US"/>
              </w:rPr>
              <w:t>җөмлəлəрне дөрес уку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62FEE7E9"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6813B6E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575C8CE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496D46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11</w:t>
            </w:r>
            <w:r w:rsidRPr="00AA2478">
              <w:rPr>
                <w:rFonts w:eastAsia="Times New Roman" w:cs="Times New Roman"/>
                <w:color w:val="000000"/>
                <w:sz w:val="24"/>
                <w:lang w:val="en-US"/>
              </w:rPr>
              <w:t>.01.202</w:t>
            </w:r>
            <w:r w:rsidRPr="00AA2478">
              <w:rPr>
                <w:rFonts w:eastAsia="Times New Roman" w:cs="Times New Roman"/>
                <w:color w:val="000000"/>
                <w:sz w:val="24"/>
              </w:rPr>
              <w:t>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95F8D1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61B4C076"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617B361F"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8CBFA63"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34.</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45189E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tt-RU"/>
              </w:rPr>
              <w:t>Җ</w:t>
            </w:r>
            <w:r w:rsidRPr="00AA2478">
              <w:rPr>
                <w:rFonts w:eastAsia="Times New Roman" w:cs="Times New Roman"/>
                <w:color w:val="000000"/>
                <w:sz w:val="24"/>
                <w:lang w:val="en-US"/>
              </w:rPr>
              <w:t>,</w:t>
            </w:r>
            <w:r w:rsidRPr="00AA2478">
              <w:rPr>
                <w:rFonts w:eastAsia="Times New Roman" w:cs="Times New Roman"/>
                <w:color w:val="000000"/>
                <w:sz w:val="24"/>
                <w:lang w:val="tt-RU"/>
              </w:rPr>
              <w:t xml:space="preserve">җ, </w:t>
            </w:r>
            <w:r w:rsidRPr="00AA2478">
              <w:rPr>
                <w:rFonts w:eastAsia="Times New Roman" w:cs="Times New Roman"/>
                <w:color w:val="000000"/>
                <w:sz w:val="24"/>
                <w:lang w:val="en-US"/>
              </w:rPr>
              <w:t xml:space="preserve">   хəрефлəрен язу.</w:t>
            </w:r>
          </w:p>
          <w:p w14:paraId="7723FF8A" w14:textId="77777777" w:rsidR="00AA2478" w:rsidRPr="00AA2478" w:rsidRDefault="00AA2478" w:rsidP="00AA2478">
            <w:pPr>
              <w:autoSpaceDE w:val="0"/>
              <w:autoSpaceDN w:val="0"/>
              <w:spacing w:before="70" w:after="0" w:line="262" w:lineRule="auto"/>
              <w:ind w:left="72" w:right="576"/>
              <w:jc w:val="left"/>
              <w:rPr>
                <w:rFonts w:ascii="Cambria" w:eastAsia="MS Mincho" w:hAnsi="Cambria" w:cs="Times New Roman"/>
                <w:sz w:val="22"/>
                <w:lang w:val="en-US"/>
              </w:rPr>
            </w:pPr>
            <w:r w:rsidRPr="00AA2478">
              <w:rPr>
                <w:rFonts w:eastAsia="Times New Roman" w:cs="Times New Roman"/>
                <w:color w:val="000000"/>
                <w:sz w:val="24"/>
                <w:lang w:val="en-US"/>
              </w:rPr>
              <w:t xml:space="preserve">Кулдан язылган </w:t>
            </w:r>
            <w:r w:rsidRPr="00AA2478">
              <w:rPr>
                <w:rFonts w:ascii="Cambria" w:eastAsia="MS Mincho" w:hAnsi="Cambria" w:cs="Times New Roman"/>
                <w:sz w:val="22"/>
                <w:lang w:val="en-US"/>
              </w:rPr>
              <w:br/>
            </w:r>
            <w:r w:rsidRPr="00AA2478">
              <w:rPr>
                <w:rFonts w:eastAsia="Times New Roman" w:cs="Times New Roman"/>
                <w:color w:val="000000"/>
                <w:sz w:val="24"/>
                <w:lang w:val="en-US"/>
              </w:rPr>
              <w:t>җөмлəлəрне дөрес уку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3B0F39F5"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22F4A5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7B43B96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02BACE8"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2</w:t>
            </w:r>
            <w:r w:rsidRPr="00AA2478">
              <w:rPr>
                <w:rFonts w:eastAsia="Times New Roman" w:cs="Times New Roman"/>
                <w:color w:val="000000"/>
                <w:sz w:val="24"/>
                <w:lang w:val="en-US"/>
              </w:rPr>
              <w:t>.01.202</w:t>
            </w:r>
            <w:r w:rsidRPr="00AA2478">
              <w:rPr>
                <w:rFonts w:eastAsia="Times New Roman" w:cs="Times New Roman"/>
                <w:color w:val="000000"/>
                <w:sz w:val="24"/>
              </w:rPr>
              <w:t>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5695250F"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32BB9621"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7B685E2C"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ED81DB3"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35.</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3F83F1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rPr>
              <w:t>Ф</w:t>
            </w:r>
            <w:r w:rsidRPr="00AA2478">
              <w:rPr>
                <w:rFonts w:eastAsia="Times New Roman" w:cs="Times New Roman"/>
                <w:color w:val="000000"/>
                <w:sz w:val="24"/>
                <w:lang w:val="en-US"/>
              </w:rPr>
              <w:t xml:space="preserve">,  </w:t>
            </w:r>
            <w:r w:rsidRPr="00AA2478">
              <w:rPr>
                <w:rFonts w:eastAsia="Times New Roman" w:cs="Times New Roman"/>
                <w:color w:val="000000"/>
                <w:sz w:val="24"/>
              </w:rPr>
              <w:t>ф</w:t>
            </w:r>
            <w:r w:rsidRPr="00AA2478">
              <w:rPr>
                <w:rFonts w:eastAsia="Times New Roman" w:cs="Times New Roman"/>
                <w:color w:val="000000"/>
                <w:sz w:val="24"/>
                <w:lang w:val="en-US"/>
              </w:rPr>
              <w:t xml:space="preserve"> </w:t>
            </w:r>
            <w:r w:rsidRPr="00AA2478">
              <w:rPr>
                <w:rFonts w:eastAsia="Times New Roman" w:cs="Times New Roman"/>
                <w:color w:val="000000"/>
                <w:sz w:val="24"/>
              </w:rPr>
              <w:t>х</w:t>
            </w:r>
            <w:r w:rsidRPr="00AA2478">
              <w:rPr>
                <w:rFonts w:eastAsia="Times New Roman" w:cs="Times New Roman"/>
                <w:color w:val="000000"/>
                <w:sz w:val="24"/>
                <w:lang w:val="en-US"/>
              </w:rPr>
              <w:t>ə</w:t>
            </w:r>
            <w:r w:rsidRPr="00AA2478">
              <w:rPr>
                <w:rFonts w:eastAsia="Times New Roman" w:cs="Times New Roman"/>
                <w:color w:val="000000"/>
                <w:sz w:val="24"/>
              </w:rPr>
              <w:t>рефл</w:t>
            </w:r>
            <w:r w:rsidRPr="00AA2478">
              <w:rPr>
                <w:rFonts w:eastAsia="Times New Roman" w:cs="Times New Roman"/>
                <w:color w:val="000000"/>
                <w:sz w:val="24"/>
                <w:lang w:val="en-US"/>
              </w:rPr>
              <w:t>ə</w:t>
            </w:r>
            <w:r w:rsidRPr="00AA2478">
              <w:rPr>
                <w:rFonts w:eastAsia="Times New Roman" w:cs="Times New Roman"/>
                <w:color w:val="000000"/>
                <w:sz w:val="24"/>
              </w:rPr>
              <w:t>рен</w:t>
            </w:r>
            <w:r w:rsidRPr="00AA2478">
              <w:rPr>
                <w:rFonts w:eastAsia="Times New Roman" w:cs="Times New Roman"/>
                <w:color w:val="000000"/>
                <w:sz w:val="24"/>
                <w:lang w:val="en-US"/>
              </w:rPr>
              <w:t xml:space="preserve"> </w:t>
            </w:r>
            <w:r w:rsidRPr="00AA2478">
              <w:rPr>
                <w:rFonts w:eastAsia="Times New Roman" w:cs="Times New Roman"/>
                <w:color w:val="000000"/>
                <w:sz w:val="24"/>
              </w:rPr>
              <w:t>язу</w:t>
            </w:r>
            <w:r w:rsidRPr="00AA2478">
              <w:rPr>
                <w:rFonts w:eastAsia="Times New Roman" w:cs="Times New Roman"/>
                <w:color w:val="000000"/>
                <w:sz w:val="24"/>
                <w:lang w:val="en-US"/>
              </w:rPr>
              <w:t>.</w:t>
            </w:r>
          </w:p>
          <w:p w14:paraId="7598E769" w14:textId="77777777" w:rsidR="00AA2478" w:rsidRPr="00AA2478" w:rsidRDefault="00AA2478" w:rsidP="00AA2478">
            <w:pPr>
              <w:autoSpaceDE w:val="0"/>
              <w:autoSpaceDN w:val="0"/>
              <w:spacing w:before="70" w:after="0" w:line="262" w:lineRule="auto"/>
              <w:ind w:left="72" w:right="576"/>
              <w:jc w:val="left"/>
              <w:rPr>
                <w:rFonts w:ascii="Cambria" w:eastAsia="MS Mincho" w:hAnsi="Cambria" w:cs="Times New Roman"/>
                <w:sz w:val="22"/>
                <w:lang w:val="en-US"/>
              </w:rPr>
            </w:pPr>
            <w:r w:rsidRPr="00AA2478">
              <w:rPr>
                <w:rFonts w:eastAsia="Times New Roman" w:cs="Times New Roman"/>
                <w:color w:val="000000"/>
                <w:sz w:val="24"/>
              </w:rPr>
              <w:t>Кулдан</w:t>
            </w:r>
            <w:r w:rsidRPr="00AA2478">
              <w:rPr>
                <w:rFonts w:eastAsia="Times New Roman" w:cs="Times New Roman"/>
                <w:color w:val="000000"/>
                <w:sz w:val="24"/>
                <w:lang w:val="en-US"/>
              </w:rPr>
              <w:t xml:space="preserve"> </w:t>
            </w:r>
            <w:r w:rsidRPr="00AA2478">
              <w:rPr>
                <w:rFonts w:eastAsia="Times New Roman" w:cs="Times New Roman"/>
                <w:color w:val="000000"/>
                <w:sz w:val="24"/>
              </w:rPr>
              <w:t>язылган</w:t>
            </w:r>
            <w:r w:rsidRPr="00AA2478">
              <w:rPr>
                <w:rFonts w:eastAsia="Times New Roman" w:cs="Times New Roman"/>
                <w:color w:val="000000"/>
                <w:sz w:val="24"/>
                <w:lang w:val="en-US"/>
              </w:rPr>
              <w:t xml:space="preserve"> </w:t>
            </w:r>
            <w:r w:rsidRPr="00AA2478">
              <w:rPr>
                <w:rFonts w:ascii="Cambria" w:eastAsia="MS Mincho" w:hAnsi="Cambria" w:cs="Times New Roman"/>
                <w:sz w:val="22"/>
                <w:lang w:val="en-US"/>
              </w:rPr>
              <w:br/>
            </w:r>
            <w:r w:rsidRPr="00AA2478">
              <w:rPr>
                <w:rFonts w:eastAsia="Times New Roman" w:cs="Times New Roman"/>
                <w:color w:val="000000"/>
                <w:sz w:val="24"/>
              </w:rPr>
              <w:t>җөмл</w:t>
            </w:r>
            <w:r w:rsidRPr="00AA2478">
              <w:rPr>
                <w:rFonts w:eastAsia="Times New Roman" w:cs="Times New Roman"/>
                <w:color w:val="000000"/>
                <w:sz w:val="24"/>
                <w:lang w:val="en-US"/>
              </w:rPr>
              <w:t>ə</w:t>
            </w:r>
            <w:r w:rsidRPr="00AA2478">
              <w:rPr>
                <w:rFonts w:eastAsia="Times New Roman" w:cs="Times New Roman"/>
                <w:color w:val="000000"/>
                <w:sz w:val="24"/>
              </w:rPr>
              <w:t>л</w:t>
            </w:r>
            <w:r w:rsidRPr="00AA2478">
              <w:rPr>
                <w:rFonts w:eastAsia="Times New Roman" w:cs="Times New Roman"/>
                <w:color w:val="000000"/>
                <w:sz w:val="24"/>
                <w:lang w:val="en-US"/>
              </w:rPr>
              <w:t>ə</w:t>
            </w:r>
            <w:r w:rsidRPr="00AA2478">
              <w:rPr>
                <w:rFonts w:eastAsia="Times New Roman" w:cs="Times New Roman"/>
                <w:color w:val="000000"/>
                <w:sz w:val="24"/>
              </w:rPr>
              <w:t>рне</w:t>
            </w:r>
            <w:r w:rsidRPr="00AA2478">
              <w:rPr>
                <w:rFonts w:eastAsia="Times New Roman" w:cs="Times New Roman"/>
                <w:color w:val="000000"/>
                <w:sz w:val="24"/>
                <w:lang w:val="en-US"/>
              </w:rPr>
              <w:t xml:space="preserve"> </w:t>
            </w:r>
            <w:r w:rsidRPr="00AA2478">
              <w:rPr>
                <w:rFonts w:eastAsia="Times New Roman" w:cs="Times New Roman"/>
                <w:color w:val="000000"/>
                <w:sz w:val="24"/>
              </w:rPr>
              <w:t>дөрес</w:t>
            </w:r>
            <w:r w:rsidRPr="00AA2478">
              <w:rPr>
                <w:rFonts w:eastAsia="Times New Roman" w:cs="Times New Roman"/>
                <w:color w:val="000000"/>
                <w:sz w:val="24"/>
                <w:lang w:val="en-US"/>
              </w:rPr>
              <w:t xml:space="preserve"> </w:t>
            </w:r>
            <w:r w:rsidRPr="00AA2478">
              <w:rPr>
                <w:rFonts w:eastAsia="Times New Roman" w:cs="Times New Roman"/>
                <w:color w:val="000000"/>
                <w:sz w:val="24"/>
              </w:rPr>
              <w:t>уку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5F29EBC"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7C041E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35AC155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5BB0106"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18</w:t>
            </w:r>
            <w:r w:rsidRPr="00AA2478">
              <w:rPr>
                <w:rFonts w:eastAsia="Times New Roman" w:cs="Times New Roman"/>
                <w:color w:val="000000"/>
                <w:sz w:val="24"/>
                <w:lang w:val="en-US"/>
              </w:rPr>
              <w:t>.01.202</w:t>
            </w:r>
            <w:r w:rsidRPr="00AA2478">
              <w:rPr>
                <w:rFonts w:eastAsia="Times New Roman" w:cs="Times New Roman"/>
                <w:color w:val="000000"/>
                <w:sz w:val="24"/>
              </w:rPr>
              <w:t>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1222FDE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63743028"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36BB3164"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6DF1B08C"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36.</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6C0EE0B8" w14:textId="77777777" w:rsidR="00AA2478" w:rsidRPr="00AA2478" w:rsidRDefault="00AA2478" w:rsidP="00AA2478">
            <w:pPr>
              <w:autoSpaceDE w:val="0"/>
              <w:autoSpaceDN w:val="0"/>
              <w:spacing w:before="98" w:after="0" w:line="271" w:lineRule="auto"/>
              <w:ind w:left="72" w:right="720"/>
              <w:jc w:val="left"/>
              <w:rPr>
                <w:rFonts w:ascii="Cambria" w:eastAsia="MS Mincho" w:hAnsi="Cambria" w:cs="Times New Roman"/>
                <w:sz w:val="22"/>
                <w:lang w:val="en-US"/>
              </w:rPr>
            </w:pPr>
            <w:proofErr w:type="gramStart"/>
            <w:r w:rsidRPr="00AA2478">
              <w:rPr>
                <w:rFonts w:eastAsia="Times New Roman" w:cs="Times New Roman"/>
                <w:color w:val="000000"/>
                <w:sz w:val="24"/>
              </w:rPr>
              <w:t>Ж</w:t>
            </w:r>
            <w:proofErr w:type="gramEnd"/>
            <w:r w:rsidRPr="00AA2478">
              <w:rPr>
                <w:rFonts w:eastAsia="Times New Roman" w:cs="Times New Roman"/>
                <w:color w:val="000000"/>
                <w:sz w:val="24"/>
                <w:lang w:val="en-US"/>
              </w:rPr>
              <w:t xml:space="preserve">, </w:t>
            </w:r>
            <w:r w:rsidRPr="00AA2478">
              <w:rPr>
                <w:rFonts w:eastAsia="Times New Roman" w:cs="Times New Roman"/>
                <w:color w:val="000000"/>
                <w:sz w:val="24"/>
              </w:rPr>
              <w:t>ж</w:t>
            </w:r>
            <w:r w:rsidRPr="00AA2478">
              <w:rPr>
                <w:rFonts w:eastAsia="Times New Roman" w:cs="Times New Roman"/>
                <w:color w:val="000000"/>
                <w:sz w:val="24"/>
                <w:lang w:val="en-US"/>
              </w:rPr>
              <w:t xml:space="preserve"> хəрефлəрен язу. Иҗеклəп сүзлəр һəм җөмлəлəр уку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11CFE869"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7013B77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3F7260B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1F447E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1</w:t>
            </w:r>
            <w:r w:rsidRPr="00AA2478">
              <w:rPr>
                <w:rFonts w:eastAsia="Times New Roman" w:cs="Times New Roman"/>
                <w:color w:val="000000"/>
                <w:sz w:val="24"/>
              </w:rPr>
              <w:t>9</w:t>
            </w:r>
            <w:r w:rsidRPr="00AA2478">
              <w:rPr>
                <w:rFonts w:eastAsia="Times New Roman" w:cs="Times New Roman"/>
                <w:color w:val="000000"/>
                <w:sz w:val="24"/>
                <w:lang w:val="en-US"/>
              </w:rPr>
              <w:t>.01.2024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378694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2D6C81C5"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6736FD5A" w14:textId="77777777" w:rsidTr="00DF5DF7">
        <w:trPr>
          <w:trHeight w:hRule="exact" w:val="83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662A677"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37.</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5198F49A" w14:textId="77777777" w:rsidR="00AA2478" w:rsidRPr="00AA2478" w:rsidRDefault="00AA2478" w:rsidP="00AA2478">
            <w:pPr>
              <w:autoSpaceDE w:val="0"/>
              <w:autoSpaceDN w:val="0"/>
              <w:spacing w:before="98" w:after="0" w:line="262" w:lineRule="auto"/>
              <w:ind w:left="72"/>
              <w:jc w:val="left"/>
              <w:rPr>
                <w:rFonts w:ascii="Cambria" w:eastAsia="MS Mincho" w:hAnsi="Cambria" w:cs="Times New Roman"/>
                <w:sz w:val="22"/>
                <w:lang w:val="en-US"/>
              </w:rPr>
            </w:pPr>
            <w:r w:rsidRPr="00AA2478">
              <w:rPr>
                <w:rFonts w:eastAsia="Times New Roman" w:cs="Times New Roman"/>
                <w:color w:val="000000"/>
                <w:sz w:val="24"/>
              </w:rPr>
              <w:t>Юл</w:t>
            </w:r>
            <w:r w:rsidRPr="00AA2478">
              <w:rPr>
                <w:rFonts w:eastAsia="Times New Roman" w:cs="Times New Roman"/>
                <w:color w:val="000000"/>
                <w:sz w:val="24"/>
                <w:lang w:val="en-US"/>
              </w:rPr>
              <w:t xml:space="preserve"> </w:t>
            </w:r>
            <w:r w:rsidRPr="00AA2478">
              <w:rPr>
                <w:rFonts w:eastAsia="Times New Roman" w:cs="Times New Roman"/>
                <w:color w:val="000000"/>
                <w:sz w:val="24"/>
              </w:rPr>
              <w:t>щ</w:t>
            </w:r>
            <w:r w:rsidRPr="00AA2478">
              <w:rPr>
                <w:rFonts w:eastAsia="Times New Roman" w:cs="Times New Roman"/>
                <w:color w:val="000000"/>
                <w:sz w:val="24"/>
                <w:lang w:val="en-US"/>
              </w:rPr>
              <w:t xml:space="preserve">  </w:t>
            </w:r>
            <w:r w:rsidRPr="00AA2478">
              <w:rPr>
                <w:rFonts w:eastAsia="Times New Roman" w:cs="Times New Roman"/>
                <w:color w:val="000000"/>
                <w:sz w:val="24"/>
              </w:rPr>
              <w:t>һ</w:t>
            </w:r>
            <w:r w:rsidRPr="00AA2478">
              <w:rPr>
                <w:rFonts w:eastAsia="Times New Roman" w:cs="Times New Roman"/>
                <w:color w:val="000000"/>
                <w:sz w:val="24"/>
                <w:lang w:val="en-US"/>
              </w:rPr>
              <w:t>ə</w:t>
            </w:r>
            <w:r w:rsidRPr="00AA2478">
              <w:rPr>
                <w:rFonts w:eastAsia="Times New Roman" w:cs="Times New Roman"/>
                <w:color w:val="000000"/>
                <w:sz w:val="24"/>
              </w:rPr>
              <w:t>м</w:t>
            </w:r>
            <w:r w:rsidRPr="00AA2478">
              <w:rPr>
                <w:rFonts w:eastAsia="Times New Roman" w:cs="Times New Roman"/>
                <w:color w:val="000000"/>
                <w:sz w:val="24"/>
                <w:lang w:val="en-US"/>
              </w:rPr>
              <w:t xml:space="preserve"> </w:t>
            </w:r>
            <w:r w:rsidRPr="00AA2478">
              <w:rPr>
                <w:rFonts w:eastAsia="Times New Roman" w:cs="Times New Roman"/>
                <w:color w:val="000000"/>
                <w:sz w:val="24"/>
              </w:rPr>
              <w:t>баш</w:t>
            </w:r>
            <w:r w:rsidRPr="00AA2478">
              <w:rPr>
                <w:rFonts w:eastAsia="Times New Roman" w:cs="Times New Roman"/>
                <w:color w:val="000000"/>
                <w:sz w:val="24"/>
                <w:lang w:val="en-US"/>
              </w:rPr>
              <w:t xml:space="preserve"> </w:t>
            </w:r>
            <w:proofErr w:type="gramStart"/>
            <w:r w:rsidRPr="00AA2478">
              <w:rPr>
                <w:rFonts w:eastAsia="Times New Roman" w:cs="Times New Roman"/>
                <w:color w:val="000000"/>
                <w:sz w:val="24"/>
              </w:rPr>
              <w:t>Щ</w:t>
            </w:r>
            <w:proofErr w:type="gramEnd"/>
            <w:r w:rsidRPr="00AA2478">
              <w:rPr>
                <w:rFonts w:eastAsia="Times New Roman" w:cs="Times New Roman"/>
                <w:color w:val="000000"/>
                <w:sz w:val="24"/>
                <w:lang w:val="en-US"/>
              </w:rPr>
              <w:t xml:space="preserve"> </w:t>
            </w:r>
            <w:r w:rsidRPr="00AA2478">
              <w:rPr>
                <w:rFonts w:eastAsia="Times New Roman" w:cs="Times New Roman"/>
                <w:color w:val="000000"/>
                <w:sz w:val="24"/>
              </w:rPr>
              <w:t>х</w:t>
            </w:r>
            <w:r w:rsidRPr="00AA2478">
              <w:rPr>
                <w:rFonts w:eastAsia="Times New Roman" w:cs="Times New Roman"/>
                <w:color w:val="000000"/>
                <w:sz w:val="24"/>
                <w:lang w:val="en-US"/>
              </w:rPr>
              <w:t>ə</w:t>
            </w:r>
            <w:r w:rsidRPr="00AA2478">
              <w:rPr>
                <w:rFonts w:eastAsia="Times New Roman" w:cs="Times New Roman"/>
                <w:color w:val="000000"/>
                <w:sz w:val="24"/>
              </w:rPr>
              <w:t>рефен</w:t>
            </w:r>
            <w:r w:rsidRPr="00AA2478">
              <w:rPr>
                <w:rFonts w:eastAsia="Times New Roman" w:cs="Times New Roman"/>
                <w:color w:val="000000"/>
                <w:sz w:val="24"/>
                <w:lang w:val="en-US"/>
              </w:rPr>
              <w:t xml:space="preserve"> </w:t>
            </w:r>
            <w:r w:rsidRPr="00AA2478">
              <w:rPr>
                <w:rFonts w:eastAsia="Times New Roman" w:cs="Times New Roman"/>
                <w:color w:val="000000"/>
                <w:sz w:val="24"/>
              </w:rPr>
              <w:t>язу</w:t>
            </w:r>
            <w:r w:rsidRPr="00AA2478">
              <w:rPr>
                <w:rFonts w:eastAsia="Times New Roman" w:cs="Times New Roman"/>
                <w:color w:val="000000"/>
                <w:sz w:val="24"/>
                <w:lang w:val="en-US"/>
              </w:rPr>
              <w:t xml:space="preserve">. </w:t>
            </w:r>
            <w:r w:rsidRPr="00AA2478">
              <w:rPr>
                <w:rFonts w:eastAsia="Times New Roman" w:cs="Times New Roman"/>
                <w:color w:val="000000"/>
                <w:sz w:val="24"/>
              </w:rPr>
              <w:t>Текст</w:t>
            </w:r>
            <w:r w:rsidRPr="00AA2478">
              <w:rPr>
                <w:rFonts w:eastAsia="Times New Roman" w:cs="Times New Roman"/>
                <w:color w:val="000000"/>
                <w:sz w:val="24"/>
                <w:lang w:val="en-US"/>
              </w:rPr>
              <w:t xml:space="preserve"> </w:t>
            </w:r>
            <w:r w:rsidRPr="00AA2478">
              <w:rPr>
                <w:rFonts w:eastAsia="Times New Roman" w:cs="Times New Roman"/>
                <w:color w:val="000000"/>
                <w:sz w:val="24"/>
              </w:rPr>
              <w:t>буенча</w:t>
            </w:r>
            <w:r w:rsidRPr="00AA2478">
              <w:rPr>
                <w:rFonts w:eastAsia="Times New Roman" w:cs="Times New Roman"/>
                <w:color w:val="000000"/>
                <w:sz w:val="24"/>
                <w:lang w:val="en-US"/>
              </w:rPr>
              <w:t xml:space="preserve"> </w:t>
            </w:r>
            <w:r w:rsidRPr="00AA2478">
              <w:rPr>
                <w:rFonts w:eastAsia="Times New Roman" w:cs="Times New Roman"/>
                <w:color w:val="000000"/>
                <w:sz w:val="24"/>
              </w:rPr>
              <w:t>эш</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3EC9BD2"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722CC5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6D06D60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A4E17B3"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rPr>
              <w:t>25</w:t>
            </w:r>
            <w:r w:rsidRPr="00AA2478">
              <w:rPr>
                <w:rFonts w:eastAsia="Times New Roman" w:cs="Times New Roman"/>
                <w:color w:val="000000"/>
                <w:sz w:val="24"/>
                <w:lang w:val="en-US"/>
              </w:rPr>
              <w:t>.01.2024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60EFEE6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6F994D4A"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00BA563D" w14:textId="77777777" w:rsidTr="00DF5DF7">
        <w:trPr>
          <w:trHeight w:hRule="exact" w:val="1164"/>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3A24E12"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38.</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4499E35A" w14:textId="77777777" w:rsidR="00AA2478" w:rsidRPr="00AA2478" w:rsidRDefault="00AA2478" w:rsidP="00AA2478">
            <w:pPr>
              <w:autoSpaceDE w:val="0"/>
              <w:autoSpaceDN w:val="0"/>
              <w:spacing w:before="100" w:after="0" w:line="271"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 xml:space="preserve">Ц, ц хəрефлəрен </w:t>
            </w:r>
            <w:r w:rsidRPr="00AA2478">
              <w:rPr>
                <w:rFonts w:ascii="Cambria" w:eastAsia="MS Mincho" w:hAnsi="Cambria" w:cs="Times New Roman"/>
                <w:sz w:val="22"/>
                <w:lang w:val="en-US"/>
              </w:rPr>
              <w:br/>
            </w:r>
            <w:r w:rsidRPr="00AA2478">
              <w:rPr>
                <w:rFonts w:eastAsia="Times New Roman" w:cs="Times New Roman"/>
                <w:color w:val="000000"/>
                <w:sz w:val="24"/>
                <w:lang w:val="en-US"/>
              </w:rPr>
              <w:t>язу. Шүрəле, Су анасын тасвирлау</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5EB3D33A" w14:textId="77777777" w:rsidR="00AA2478" w:rsidRPr="00AA2478" w:rsidRDefault="00AA2478" w:rsidP="00AA2478">
            <w:pPr>
              <w:autoSpaceDE w:val="0"/>
              <w:autoSpaceDN w:val="0"/>
              <w:spacing w:before="100"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33BB489D"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32DD8222"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6D616AF"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rPr>
            </w:pPr>
            <w:r w:rsidRPr="00AA2478">
              <w:rPr>
                <w:rFonts w:eastAsia="Times New Roman" w:cs="Times New Roman"/>
                <w:color w:val="000000"/>
                <w:sz w:val="24"/>
              </w:rPr>
              <w:t>26</w:t>
            </w:r>
            <w:r w:rsidRPr="00AA2478">
              <w:rPr>
                <w:rFonts w:eastAsia="Times New Roman" w:cs="Times New Roman"/>
                <w:color w:val="000000"/>
                <w:sz w:val="24"/>
                <w:lang w:val="en-US"/>
              </w:rPr>
              <w:t>.0</w:t>
            </w:r>
            <w:r w:rsidRPr="00AA2478">
              <w:rPr>
                <w:rFonts w:eastAsia="Times New Roman" w:cs="Times New Roman"/>
                <w:color w:val="000000"/>
                <w:sz w:val="24"/>
              </w:rPr>
              <w:t>1</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E312A98"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0F3BB5CE" w14:textId="77777777" w:rsidR="00AA2478" w:rsidRPr="00AA2478" w:rsidRDefault="00AA2478" w:rsidP="00AA2478">
            <w:pPr>
              <w:autoSpaceDE w:val="0"/>
              <w:autoSpaceDN w:val="0"/>
              <w:spacing w:before="100" w:after="0" w:line="230" w:lineRule="auto"/>
              <w:ind w:left="72"/>
              <w:jc w:val="left"/>
              <w:rPr>
                <w:rFonts w:eastAsia="Times New Roman" w:cs="Times New Roman"/>
                <w:color w:val="000000"/>
                <w:sz w:val="24"/>
                <w:lang w:val="en-US"/>
              </w:rPr>
            </w:pPr>
          </w:p>
        </w:tc>
      </w:tr>
      <w:tr w:rsidR="00AA2478" w:rsidRPr="00AA2478" w14:paraId="294DAF3E" w14:textId="77777777" w:rsidTr="00DF5DF7">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078B10B2"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lastRenderedPageBreak/>
              <w:t>39.</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D0C286C" w14:textId="77777777" w:rsidR="00AA2478" w:rsidRPr="00AA2478" w:rsidRDefault="00AA2478" w:rsidP="00AA2478">
            <w:pPr>
              <w:autoSpaceDE w:val="0"/>
              <w:autoSpaceDN w:val="0"/>
              <w:spacing w:before="98" w:after="0"/>
              <w:ind w:left="72"/>
              <w:jc w:val="left"/>
              <w:rPr>
                <w:rFonts w:ascii="Cambria" w:eastAsia="MS Mincho" w:hAnsi="Cambria" w:cs="Times New Roman"/>
                <w:sz w:val="22"/>
                <w:lang w:val="en-US"/>
              </w:rPr>
            </w:pPr>
            <w:r w:rsidRPr="00AA2478">
              <w:rPr>
                <w:rFonts w:eastAsia="Times New Roman" w:cs="Times New Roman"/>
                <w:color w:val="000000"/>
                <w:sz w:val="24"/>
                <w:lang w:val="en-US"/>
              </w:rPr>
              <w:t xml:space="preserve">Нечкəлек (ь), калынлык (ъ) билгелəре. Аларның </w:t>
            </w:r>
            <w:r w:rsidRPr="00AA2478">
              <w:rPr>
                <w:rFonts w:ascii="Cambria" w:eastAsia="MS Mincho" w:hAnsi="Cambria" w:cs="Times New Roman"/>
                <w:sz w:val="22"/>
                <w:lang w:val="en-US"/>
              </w:rPr>
              <w:br/>
            </w:r>
            <w:r w:rsidRPr="00AA2478">
              <w:rPr>
                <w:rFonts w:eastAsia="Times New Roman" w:cs="Times New Roman"/>
                <w:color w:val="000000"/>
                <w:sz w:val="24"/>
                <w:lang w:val="en-US"/>
              </w:rPr>
              <w:t xml:space="preserve">кулланылышы. Татар </w:t>
            </w:r>
            <w:r w:rsidRPr="00AA2478">
              <w:rPr>
                <w:rFonts w:ascii="Cambria" w:eastAsia="MS Mincho" w:hAnsi="Cambria" w:cs="Times New Roman"/>
                <w:sz w:val="22"/>
                <w:lang w:val="en-US"/>
              </w:rPr>
              <w:br/>
            </w:r>
            <w:r w:rsidRPr="00AA2478">
              <w:rPr>
                <w:rFonts w:eastAsia="Times New Roman" w:cs="Times New Roman"/>
                <w:color w:val="000000"/>
                <w:sz w:val="24"/>
                <w:lang w:val="en-US"/>
              </w:rPr>
              <w:t>алфавиты.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56779F92"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46318EA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763AD57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4A1B270B"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01</w:t>
            </w:r>
            <w:r w:rsidRPr="00AA2478">
              <w:rPr>
                <w:rFonts w:eastAsia="Times New Roman" w:cs="Times New Roman"/>
                <w:color w:val="000000"/>
                <w:sz w:val="24"/>
                <w:lang w:val="en-US"/>
              </w:rPr>
              <w:t>.0</w:t>
            </w:r>
            <w:r w:rsidRPr="00AA2478">
              <w:rPr>
                <w:rFonts w:eastAsia="Times New Roman" w:cs="Times New Roman"/>
                <w:color w:val="000000"/>
                <w:sz w:val="24"/>
              </w:rPr>
              <w:t>2</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0EB5A67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69C0ECEA"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49F6F13F" w14:textId="77777777" w:rsidTr="00DF5DF7">
        <w:trPr>
          <w:trHeight w:hRule="exact" w:val="1500"/>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448960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40.</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0FB0160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Татар алфавиты.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71491C8C"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1CD90E3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E020D7F"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3FCC949B"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0</w:t>
            </w:r>
            <w:r w:rsidRPr="00AA2478">
              <w:rPr>
                <w:rFonts w:eastAsia="Times New Roman" w:cs="Times New Roman"/>
                <w:color w:val="000000"/>
                <w:sz w:val="24"/>
              </w:rPr>
              <w:t>2</w:t>
            </w:r>
            <w:r w:rsidRPr="00AA2478">
              <w:rPr>
                <w:rFonts w:eastAsia="Times New Roman" w:cs="Times New Roman"/>
                <w:color w:val="000000"/>
                <w:sz w:val="24"/>
                <w:lang w:val="en-US"/>
              </w:rPr>
              <w:t>.02.202</w:t>
            </w:r>
            <w:r w:rsidRPr="00AA2478">
              <w:rPr>
                <w:rFonts w:eastAsia="Times New Roman" w:cs="Times New Roman"/>
                <w:color w:val="000000"/>
                <w:sz w:val="24"/>
              </w:rPr>
              <w:t>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66DE57D" w14:textId="77777777" w:rsidR="00AA2478" w:rsidRPr="00AA2478" w:rsidRDefault="00AA2478" w:rsidP="00AA2478">
            <w:pPr>
              <w:autoSpaceDE w:val="0"/>
              <w:autoSpaceDN w:val="0"/>
              <w:spacing w:before="98" w:after="0"/>
              <w:ind w:left="72"/>
              <w:jc w:val="left"/>
              <w:rPr>
                <w:rFonts w:ascii="Cambria" w:eastAsia="MS Mincho" w:hAnsi="Cambria" w:cs="Times New Roman"/>
                <w:sz w:val="22"/>
              </w:rPr>
            </w:pPr>
            <w:r w:rsidRPr="00AA2478">
              <w:rPr>
                <w:rFonts w:eastAsia="Times New Roman" w:cs="Times New Roman"/>
                <w:color w:val="000000"/>
                <w:sz w:val="24"/>
              </w:rPr>
              <w:t xml:space="preserve">Самооценка с </w:t>
            </w:r>
            <w:r w:rsidRPr="00AA2478">
              <w:rPr>
                <w:rFonts w:ascii="Cambria" w:eastAsia="MS Mincho" w:hAnsi="Cambria" w:cs="Times New Roman"/>
                <w:sz w:val="22"/>
              </w:rPr>
              <w:br/>
            </w:r>
            <w:r w:rsidRPr="00AA2478">
              <w:rPr>
                <w:rFonts w:eastAsia="Times New Roman" w:cs="Times New Roman"/>
                <w:color w:val="000000"/>
                <w:sz w:val="24"/>
              </w:rPr>
              <w:t>использованием</w:t>
            </w:r>
            <w:proofErr w:type="gramStart"/>
            <w:r w:rsidRPr="00AA2478">
              <w:rPr>
                <w:rFonts w:eastAsia="Times New Roman" w:cs="Times New Roman"/>
                <w:color w:val="000000"/>
                <w:sz w:val="24"/>
              </w:rPr>
              <w:t>«О</w:t>
            </w:r>
            <w:proofErr w:type="gramEnd"/>
            <w:r w:rsidRPr="00AA2478">
              <w:rPr>
                <w:rFonts w:eastAsia="Times New Roman" w:cs="Times New Roman"/>
                <w:color w:val="000000"/>
                <w:sz w:val="24"/>
              </w:rPr>
              <w:t xml:space="preserve">ценочного </w:t>
            </w:r>
            <w:r w:rsidRPr="00AA2478">
              <w:rPr>
                <w:rFonts w:ascii="Cambria" w:eastAsia="MS Mincho" w:hAnsi="Cambria" w:cs="Times New Roman"/>
                <w:sz w:val="22"/>
              </w:rPr>
              <w:br/>
            </w:r>
            <w:r w:rsidRPr="00AA2478">
              <w:rPr>
                <w:rFonts w:eastAsia="Times New Roman" w:cs="Times New Roman"/>
                <w:color w:val="000000"/>
                <w:sz w:val="24"/>
              </w:rPr>
              <w:t>листа»;</w:t>
            </w:r>
          </w:p>
        </w:tc>
        <w:tc>
          <w:tcPr>
            <w:tcW w:w="1826" w:type="dxa"/>
            <w:gridSpan w:val="2"/>
            <w:tcBorders>
              <w:top w:val="single" w:sz="4" w:space="0" w:color="000000"/>
              <w:left w:val="single" w:sz="4" w:space="0" w:color="000000"/>
              <w:bottom w:val="single" w:sz="4" w:space="0" w:color="000000"/>
              <w:right w:val="single" w:sz="4" w:space="0" w:color="000000"/>
            </w:tcBorders>
          </w:tcPr>
          <w:p w14:paraId="6109A474" w14:textId="77777777" w:rsidR="00AA2478" w:rsidRPr="00AA2478" w:rsidRDefault="00AA2478" w:rsidP="00AA2478">
            <w:pPr>
              <w:autoSpaceDE w:val="0"/>
              <w:autoSpaceDN w:val="0"/>
              <w:spacing w:before="98" w:after="0"/>
              <w:ind w:left="72"/>
              <w:jc w:val="left"/>
              <w:rPr>
                <w:rFonts w:eastAsia="Times New Roman" w:cs="Times New Roman"/>
                <w:color w:val="000000"/>
                <w:sz w:val="24"/>
              </w:rPr>
            </w:pPr>
          </w:p>
        </w:tc>
      </w:tr>
      <w:tr w:rsidR="00AA2478" w:rsidRPr="00AA2478" w14:paraId="4BE59B83" w14:textId="77777777" w:rsidTr="00DF5DF7">
        <w:trPr>
          <w:trHeight w:hRule="exact" w:val="808"/>
        </w:trPr>
        <w:tc>
          <w:tcPr>
            <w:tcW w:w="504" w:type="dxa"/>
            <w:tcBorders>
              <w:top w:val="single" w:sz="4" w:space="0" w:color="000000"/>
              <w:left w:val="single" w:sz="4" w:space="0" w:color="000000"/>
              <w:bottom w:val="single" w:sz="4" w:space="0" w:color="000000"/>
              <w:right w:val="single" w:sz="4" w:space="0" w:color="000000"/>
            </w:tcBorders>
            <w:tcMar>
              <w:left w:w="0" w:type="dxa"/>
              <w:right w:w="0" w:type="dxa"/>
            </w:tcMar>
          </w:tcPr>
          <w:p w14:paraId="2191E870"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41.</w:t>
            </w:r>
          </w:p>
        </w:tc>
        <w:tc>
          <w:tcPr>
            <w:tcW w:w="2966" w:type="dxa"/>
            <w:tcBorders>
              <w:top w:val="single" w:sz="4" w:space="0" w:color="000000"/>
              <w:left w:val="single" w:sz="4" w:space="0" w:color="000000"/>
              <w:bottom w:val="single" w:sz="4" w:space="0" w:color="000000"/>
              <w:right w:val="single" w:sz="4" w:space="0" w:color="000000"/>
            </w:tcBorders>
            <w:tcMar>
              <w:left w:w="0" w:type="dxa"/>
              <w:right w:w="0" w:type="dxa"/>
            </w:tcMar>
          </w:tcPr>
          <w:p w14:paraId="758ECF66" w14:textId="77777777" w:rsidR="00AA2478" w:rsidRPr="00AA2478" w:rsidRDefault="00AA2478" w:rsidP="00AA2478">
            <w:pPr>
              <w:autoSpaceDE w:val="0"/>
              <w:autoSpaceDN w:val="0"/>
              <w:spacing w:before="98" w:after="0" w:line="262"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Сөйлəм. Телдəн һəм язма сөйлəм.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14:paraId="02B77D89"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900" w:type="dxa"/>
            <w:tcBorders>
              <w:top w:val="single" w:sz="4" w:space="0" w:color="000000"/>
              <w:left w:val="single" w:sz="4" w:space="0" w:color="000000"/>
              <w:bottom w:val="single" w:sz="4" w:space="0" w:color="000000"/>
              <w:right w:val="single" w:sz="4" w:space="0" w:color="000000"/>
            </w:tcBorders>
            <w:tcMar>
              <w:left w:w="0" w:type="dxa"/>
              <w:right w:w="0" w:type="dxa"/>
            </w:tcMar>
          </w:tcPr>
          <w:p w14:paraId="54579F7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851" w:type="dxa"/>
            <w:tcBorders>
              <w:top w:val="single" w:sz="4" w:space="0" w:color="000000"/>
              <w:left w:val="single" w:sz="4" w:space="0" w:color="000000"/>
              <w:bottom w:val="single" w:sz="4" w:space="0" w:color="000000"/>
              <w:right w:val="single" w:sz="4" w:space="0" w:color="000000"/>
            </w:tcBorders>
            <w:tcMar>
              <w:left w:w="0" w:type="dxa"/>
              <w:right w:w="0" w:type="dxa"/>
            </w:tcMar>
          </w:tcPr>
          <w:p w14:paraId="408CDED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123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74DA356"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08</w:t>
            </w:r>
            <w:r w:rsidRPr="00AA2478">
              <w:rPr>
                <w:rFonts w:eastAsia="Times New Roman" w:cs="Times New Roman"/>
                <w:color w:val="000000"/>
                <w:sz w:val="24"/>
                <w:lang w:val="en-US"/>
              </w:rPr>
              <w:t>.02.202</w:t>
            </w:r>
            <w:r w:rsidRPr="00AA2478">
              <w:rPr>
                <w:rFonts w:eastAsia="Times New Roman" w:cs="Times New Roman"/>
                <w:color w:val="000000"/>
                <w:sz w:val="24"/>
              </w:rPr>
              <w:t>4</w:t>
            </w:r>
          </w:p>
        </w:tc>
        <w:tc>
          <w:tcPr>
            <w:tcW w:w="1826"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7880142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1826" w:type="dxa"/>
            <w:gridSpan w:val="2"/>
            <w:tcBorders>
              <w:top w:val="single" w:sz="4" w:space="0" w:color="000000"/>
              <w:left w:val="single" w:sz="4" w:space="0" w:color="000000"/>
              <w:bottom w:val="single" w:sz="4" w:space="0" w:color="000000"/>
              <w:right w:val="single" w:sz="4" w:space="0" w:color="000000"/>
            </w:tcBorders>
          </w:tcPr>
          <w:p w14:paraId="6491E406"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bl>
    <w:p w14:paraId="0799D2DF" w14:textId="77777777" w:rsidR="00AA2478" w:rsidRDefault="00AA2478" w:rsidP="00AA2478">
      <w:pPr>
        <w:jc w:val="left"/>
        <w:rPr>
          <w:rFonts w:ascii="Cambria" w:eastAsia="MS Mincho" w:hAnsi="Cambria" w:cs="Times New Roman"/>
          <w:sz w:val="22"/>
        </w:rPr>
      </w:pPr>
    </w:p>
    <w:p w14:paraId="74F0EF7A" w14:textId="77777777" w:rsidR="00DF5DF7" w:rsidRDefault="00DF5DF7" w:rsidP="00AA2478">
      <w:pPr>
        <w:jc w:val="left"/>
        <w:rPr>
          <w:rFonts w:ascii="Cambria" w:eastAsia="MS Mincho" w:hAnsi="Cambria" w:cs="Times New Roman"/>
          <w:sz w:val="22"/>
        </w:rPr>
      </w:pPr>
    </w:p>
    <w:p w14:paraId="5A201E85" w14:textId="77777777" w:rsidR="00DF5DF7" w:rsidRPr="00DF5DF7" w:rsidRDefault="00DF5DF7" w:rsidP="00AA2478">
      <w:pPr>
        <w:jc w:val="left"/>
        <w:rPr>
          <w:rFonts w:ascii="Cambria" w:eastAsia="MS Mincho" w:hAnsi="Cambria" w:cs="Times New Roman"/>
          <w:sz w:val="22"/>
        </w:rPr>
        <w:sectPr w:rsidR="00DF5DF7" w:rsidRPr="00DF5DF7">
          <w:pgSz w:w="11900" w:h="16840"/>
          <w:pgMar w:top="284" w:right="650" w:bottom="392" w:left="666" w:header="720" w:footer="720" w:gutter="0"/>
          <w:cols w:space="720" w:equalWidth="0">
            <w:col w:w="10584" w:space="0"/>
          </w:cols>
          <w:docGrid w:linePitch="360"/>
        </w:sectPr>
      </w:pPr>
    </w:p>
    <w:p w14:paraId="333B5BFA" w14:textId="77777777" w:rsidR="00AA2478" w:rsidRPr="00DF5DF7" w:rsidRDefault="00AA2478" w:rsidP="00AA2478">
      <w:pPr>
        <w:autoSpaceDE w:val="0"/>
        <w:autoSpaceDN w:val="0"/>
        <w:spacing w:after="66" w:line="220" w:lineRule="exact"/>
        <w:jc w:val="left"/>
        <w:rPr>
          <w:rFonts w:ascii="Cambria" w:eastAsia="MS Mincho" w:hAnsi="Cambria" w:cs="Times New Roman"/>
          <w:sz w:val="22"/>
        </w:rPr>
      </w:pPr>
    </w:p>
    <w:tbl>
      <w:tblPr>
        <w:tblW w:w="5000" w:type="pct"/>
        <w:tblLook w:val="04A0" w:firstRow="1" w:lastRow="0" w:firstColumn="1" w:lastColumn="0" w:noHBand="0" w:noVBand="1"/>
      </w:tblPr>
      <w:tblGrid>
        <w:gridCol w:w="725"/>
        <w:gridCol w:w="4265"/>
        <w:gridCol w:w="1051"/>
        <w:gridCol w:w="1296"/>
        <w:gridCol w:w="1224"/>
        <w:gridCol w:w="1834"/>
        <w:gridCol w:w="2626"/>
        <w:gridCol w:w="2626"/>
      </w:tblGrid>
      <w:tr w:rsidR="00AA2478" w:rsidRPr="00AA2478" w14:paraId="2074021A" w14:textId="77777777" w:rsidTr="00AA2478">
        <w:trPr>
          <w:trHeight w:hRule="exact" w:val="492"/>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07444AA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42.</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61F1CC4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Интонация</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14369C2F"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0E12692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7357D75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0BED72A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09</w:t>
            </w:r>
            <w:r w:rsidRPr="00AA2478">
              <w:rPr>
                <w:rFonts w:eastAsia="Times New Roman" w:cs="Times New Roman"/>
                <w:color w:val="000000"/>
                <w:sz w:val="24"/>
                <w:lang w:val="en-US"/>
              </w:rPr>
              <w:t>.02.202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2F5484A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5871CA8A"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6D8D9C56" w14:textId="77777777" w:rsidTr="00AA2478">
        <w:trPr>
          <w:trHeight w:hRule="exact" w:val="492"/>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1D815D7D"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43.</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06EC472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Җөмлə</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317336C1"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2C0866C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595C946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4FB5E34C"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15</w:t>
            </w:r>
            <w:r w:rsidRPr="00AA2478">
              <w:rPr>
                <w:rFonts w:eastAsia="Times New Roman" w:cs="Times New Roman"/>
                <w:color w:val="000000"/>
                <w:sz w:val="24"/>
                <w:lang w:val="en-US"/>
              </w:rPr>
              <w:t>.02.202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0FDDB71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47C50CEC"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7C644DB3" w14:textId="77777777" w:rsidTr="00AA2478">
        <w:trPr>
          <w:trHeight w:hRule="exact" w:val="492"/>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6CB390F1"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44.</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3FCC579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 xml:space="preserve"> Җөмлə</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1D487D25"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00F5A6A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6B06D63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0055DB40"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16</w:t>
            </w:r>
            <w:r w:rsidRPr="00AA2478">
              <w:rPr>
                <w:rFonts w:eastAsia="Times New Roman" w:cs="Times New Roman"/>
                <w:color w:val="000000"/>
                <w:sz w:val="24"/>
                <w:lang w:val="en-US"/>
              </w:rPr>
              <w:t>.0</w:t>
            </w:r>
            <w:r w:rsidRPr="00AA2478">
              <w:rPr>
                <w:rFonts w:eastAsia="Times New Roman" w:cs="Times New Roman"/>
                <w:color w:val="000000"/>
                <w:sz w:val="24"/>
              </w:rPr>
              <w:t>2</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78C8D34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4B5E515E"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18A5294A" w14:textId="77777777" w:rsidTr="00AA2478">
        <w:trPr>
          <w:trHeight w:hRule="exact" w:val="828"/>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2F05C1F7"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45.</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0AEEF6F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Җөмлə</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0C858AEC"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7A2F38C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00A126B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41573C2E"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29.</w:t>
            </w:r>
            <w:r w:rsidRPr="00AA2478">
              <w:rPr>
                <w:rFonts w:eastAsia="Times New Roman" w:cs="Times New Roman"/>
                <w:color w:val="000000"/>
                <w:sz w:val="24"/>
                <w:lang w:val="en-US"/>
              </w:rPr>
              <w:t>0</w:t>
            </w:r>
            <w:r w:rsidRPr="00AA2478">
              <w:rPr>
                <w:rFonts w:eastAsia="Times New Roman" w:cs="Times New Roman"/>
                <w:color w:val="000000"/>
                <w:sz w:val="24"/>
              </w:rPr>
              <w:t>2</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4AAC9AA9"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839" w:type="pct"/>
            <w:tcBorders>
              <w:top w:val="single" w:sz="4" w:space="0" w:color="000000"/>
              <w:left w:val="single" w:sz="4" w:space="0" w:color="000000"/>
              <w:bottom w:val="single" w:sz="4" w:space="0" w:color="000000"/>
              <w:right w:val="single" w:sz="4" w:space="0" w:color="000000"/>
            </w:tcBorders>
          </w:tcPr>
          <w:p w14:paraId="5AB6248D"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467A9567" w14:textId="77777777" w:rsidTr="00AA2478">
        <w:trPr>
          <w:trHeight w:hRule="exact" w:val="492"/>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132DBD3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46.</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5CC0F62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Текст</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71B0ADE1"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220B7DE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2DEA202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09E016BE"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01</w:t>
            </w:r>
            <w:r w:rsidRPr="00AA2478">
              <w:rPr>
                <w:rFonts w:eastAsia="Times New Roman" w:cs="Times New Roman"/>
                <w:color w:val="000000"/>
                <w:sz w:val="24"/>
                <w:lang w:val="en-US"/>
              </w:rPr>
              <w:t>.0</w:t>
            </w:r>
            <w:r w:rsidRPr="00AA2478">
              <w:rPr>
                <w:rFonts w:eastAsia="Times New Roman" w:cs="Times New Roman"/>
                <w:color w:val="000000"/>
                <w:sz w:val="24"/>
              </w:rPr>
              <w:t>3</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74D52EB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316D3AEE"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753F4475" w14:textId="77777777" w:rsidTr="00AA2478">
        <w:trPr>
          <w:trHeight w:hRule="exact" w:val="830"/>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67C25B32"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47.</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263171A5" w14:textId="77777777" w:rsidR="00AA2478" w:rsidRPr="00AA2478" w:rsidRDefault="00AA2478" w:rsidP="00AA2478">
            <w:pPr>
              <w:autoSpaceDE w:val="0"/>
              <w:autoSpaceDN w:val="0"/>
              <w:spacing w:before="98" w:after="0" w:line="262" w:lineRule="auto"/>
              <w:ind w:left="72" w:right="576"/>
              <w:jc w:val="left"/>
              <w:rPr>
                <w:rFonts w:ascii="Cambria" w:eastAsia="MS Mincho" w:hAnsi="Cambria" w:cs="Times New Roman"/>
                <w:sz w:val="22"/>
                <w:lang w:val="en-US"/>
              </w:rPr>
            </w:pPr>
            <w:r w:rsidRPr="00AA2478">
              <w:rPr>
                <w:rFonts w:eastAsia="Times New Roman" w:cs="Times New Roman"/>
                <w:color w:val="000000"/>
                <w:sz w:val="24"/>
                <w:lang w:val="en-US"/>
              </w:rPr>
              <w:t>Сүзлəрне юлдан юлга күчерү.</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51E190AC"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5577E622"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73C4836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54F243E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07</w:t>
            </w:r>
            <w:r w:rsidRPr="00AA2478">
              <w:rPr>
                <w:rFonts w:eastAsia="Times New Roman" w:cs="Times New Roman"/>
                <w:color w:val="000000"/>
                <w:sz w:val="24"/>
                <w:lang w:val="en-US"/>
              </w:rPr>
              <w:t>.03.202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6D2429B8"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839" w:type="pct"/>
            <w:tcBorders>
              <w:top w:val="single" w:sz="4" w:space="0" w:color="000000"/>
              <w:left w:val="single" w:sz="4" w:space="0" w:color="000000"/>
              <w:bottom w:val="single" w:sz="4" w:space="0" w:color="000000"/>
              <w:right w:val="single" w:sz="4" w:space="0" w:color="000000"/>
            </w:tcBorders>
          </w:tcPr>
          <w:p w14:paraId="1F615D26"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50339A9E" w14:textId="77777777" w:rsidTr="00AA2478">
        <w:trPr>
          <w:trHeight w:hRule="exact" w:val="828"/>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17322B8D"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48.</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7ABD7B30" w14:textId="77777777" w:rsidR="00AA2478" w:rsidRPr="00AA2478" w:rsidRDefault="00AA2478" w:rsidP="00AA2478">
            <w:pPr>
              <w:autoSpaceDE w:val="0"/>
              <w:autoSpaceDN w:val="0"/>
              <w:spacing w:before="100" w:after="0" w:line="262" w:lineRule="auto"/>
              <w:ind w:left="72" w:right="576"/>
              <w:jc w:val="left"/>
              <w:rPr>
                <w:rFonts w:ascii="Cambria" w:eastAsia="MS Mincho" w:hAnsi="Cambria" w:cs="Times New Roman"/>
                <w:sz w:val="22"/>
                <w:lang w:val="en-US"/>
              </w:rPr>
            </w:pPr>
            <w:r w:rsidRPr="00AA2478">
              <w:rPr>
                <w:rFonts w:eastAsia="Times New Roman" w:cs="Times New Roman"/>
                <w:color w:val="000000"/>
                <w:sz w:val="24"/>
                <w:lang w:val="en-US"/>
              </w:rPr>
              <w:t>Сүзлəрне юлдан юлга күчерү.</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522BDEC4" w14:textId="77777777" w:rsidR="00AA2478" w:rsidRPr="00AA2478" w:rsidRDefault="00AA2478" w:rsidP="00AA2478">
            <w:pPr>
              <w:autoSpaceDE w:val="0"/>
              <w:autoSpaceDN w:val="0"/>
              <w:spacing w:before="100"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780DE8A1"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48A26A1D"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19CDBDAB"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rPr>
            </w:pPr>
            <w:r w:rsidRPr="00AA2478">
              <w:rPr>
                <w:rFonts w:eastAsia="Times New Roman" w:cs="Times New Roman"/>
                <w:color w:val="000000"/>
                <w:sz w:val="24"/>
              </w:rPr>
              <w:t>14</w:t>
            </w:r>
            <w:r w:rsidRPr="00AA2478">
              <w:rPr>
                <w:rFonts w:eastAsia="Times New Roman" w:cs="Times New Roman"/>
                <w:color w:val="000000"/>
                <w:sz w:val="24"/>
                <w:lang w:val="en-US"/>
              </w:rPr>
              <w:t>.03.202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04F20884"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543D56B1" w14:textId="77777777" w:rsidR="00AA2478" w:rsidRPr="00AA2478" w:rsidRDefault="00AA2478" w:rsidP="00AA2478">
            <w:pPr>
              <w:autoSpaceDE w:val="0"/>
              <w:autoSpaceDN w:val="0"/>
              <w:spacing w:before="100" w:after="0" w:line="230" w:lineRule="auto"/>
              <w:ind w:left="72"/>
              <w:jc w:val="left"/>
              <w:rPr>
                <w:rFonts w:eastAsia="Times New Roman" w:cs="Times New Roman"/>
                <w:color w:val="000000"/>
                <w:sz w:val="24"/>
                <w:lang w:val="en-US"/>
              </w:rPr>
            </w:pPr>
          </w:p>
        </w:tc>
      </w:tr>
      <w:tr w:rsidR="00AA2478" w:rsidRPr="00AA2478" w14:paraId="526961E9" w14:textId="77777777" w:rsidTr="00AA2478">
        <w:trPr>
          <w:trHeight w:hRule="exact" w:val="492"/>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66BF82D4"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49.</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5C0ADA4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Басым. Басымлы иҗек.</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2764B8C6"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5E115BB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5AF983B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313F7281"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15</w:t>
            </w:r>
            <w:r w:rsidRPr="00AA2478">
              <w:rPr>
                <w:rFonts w:eastAsia="Times New Roman" w:cs="Times New Roman"/>
                <w:color w:val="000000"/>
                <w:sz w:val="24"/>
                <w:lang w:val="en-US"/>
              </w:rPr>
              <w:t>.03.202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6A1882F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49656891"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50FC635C" w14:textId="77777777" w:rsidTr="00AA2478">
        <w:trPr>
          <w:trHeight w:hRule="exact" w:val="492"/>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2FDDFC51"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50.</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72256CA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Агымдагы диагностика</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20C5B8C8"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5C4E850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4B525C7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31B25C42"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21</w:t>
            </w:r>
            <w:r w:rsidRPr="00AA2478">
              <w:rPr>
                <w:rFonts w:eastAsia="Times New Roman" w:cs="Times New Roman"/>
                <w:color w:val="000000"/>
                <w:sz w:val="24"/>
                <w:lang w:val="en-US"/>
              </w:rPr>
              <w:t>.03.202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228A22B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2861F4E3"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0C4B1329" w14:textId="77777777" w:rsidTr="00AA2478">
        <w:trPr>
          <w:trHeight w:hRule="exact" w:val="828"/>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7D7C916A"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51.</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2EE39D46" w14:textId="77777777" w:rsidR="00AA2478" w:rsidRPr="00AA2478" w:rsidRDefault="00AA2478" w:rsidP="00AA2478">
            <w:pPr>
              <w:autoSpaceDE w:val="0"/>
              <w:autoSpaceDN w:val="0"/>
              <w:spacing w:before="98" w:after="0" w:line="262" w:lineRule="auto"/>
              <w:ind w:left="72" w:right="432"/>
              <w:jc w:val="left"/>
              <w:rPr>
                <w:rFonts w:ascii="Cambria" w:eastAsia="MS Mincho" w:hAnsi="Cambria" w:cs="Times New Roman"/>
                <w:sz w:val="22"/>
              </w:rPr>
            </w:pPr>
            <w:r w:rsidRPr="00AA2478">
              <w:rPr>
                <w:rFonts w:eastAsia="Times New Roman" w:cs="Times New Roman"/>
                <w:color w:val="000000"/>
                <w:sz w:val="24"/>
              </w:rPr>
              <w:t>О, ө сузыклары кергəн сүзлəрне дөрес язу.</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6D155361"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662C9EF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58DBEF0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086CE1D1"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22</w:t>
            </w:r>
            <w:r w:rsidRPr="00AA2478">
              <w:rPr>
                <w:rFonts w:eastAsia="Times New Roman" w:cs="Times New Roman"/>
                <w:color w:val="000000"/>
                <w:sz w:val="24"/>
                <w:lang w:val="en-US"/>
              </w:rPr>
              <w:t>.0</w:t>
            </w:r>
            <w:r w:rsidRPr="00AA2478">
              <w:rPr>
                <w:rFonts w:eastAsia="Times New Roman" w:cs="Times New Roman"/>
                <w:color w:val="000000"/>
                <w:sz w:val="24"/>
              </w:rPr>
              <w:t>3</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541FCA58"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62A26D61"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30B54CDE" w14:textId="77777777" w:rsidTr="00AA2478">
        <w:trPr>
          <w:trHeight w:hRule="exact" w:val="681"/>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372AB51B"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52.</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7C72A2E6" w14:textId="77777777" w:rsidR="00AA2478" w:rsidRPr="00AA2478" w:rsidRDefault="00AA2478" w:rsidP="00AA2478">
            <w:pPr>
              <w:autoSpaceDE w:val="0"/>
              <w:autoSpaceDN w:val="0"/>
              <w:spacing w:before="98" w:after="0" w:line="262"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[ғ], [қ] тартыкларын дөрес язу</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54E04671"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3AFB44A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548682B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475115C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04</w:t>
            </w:r>
            <w:r w:rsidRPr="00AA2478">
              <w:rPr>
                <w:rFonts w:eastAsia="Times New Roman" w:cs="Times New Roman"/>
                <w:color w:val="000000"/>
                <w:sz w:val="24"/>
                <w:lang w:val="en-US"/>
              </w:rPr>
              <w:t>.0</w:t>
            </w:r>
            <w:r w:rsidRPr="00AA2478">
              <w:rPr>
                <w:rFonts w:eastAsia="Times New Roman" w:cs="Times New Roman"/>
                <w:color w:val="000000"/>
                <w:sz w:val="24"/>
              </w:rPr>
              <w:t>4</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0CBD135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4C9CA6BC"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0D15B7A7" w14:textId="77777777" w:rsidTr="00AA2478">
        <w:trPr>
          <w:trHeight w:hRule="exact" w:val="719"/>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3652C0E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53.</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1FC053F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Контроль күчереп язу.</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3061D49E"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3426797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430F337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3936E0A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05</w:t>
            </w:r>
            <w:r w:rsidRPr="00AA2478">
              <w:rPr>
                <w:rFonts w:eastAsia="Times New Roman" w:cs="Times New Roman"/>
                <w:color w:val="000000"/>
                <w:sz w:val="24"/>
                <w:lang w:val="en-US"/>
              </w:rPr>
              <w:t>.04.202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09565BB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839" w:type="pct"/>
            <w:tcBorders>
              <w:top w:val="single" w:sz="4" w:space="0" w:color="000000"/>
              <w:left w:val="single" w:sz="4" w:space="0" w:color="000000"/>
              <w:bottom w:val="single" w:sz="4" w:space="0" w:color="000000"/>
              <w:right w:val="single" w:sz="4" w:space="0" w:color="000000"/>
            </w:tcBorders>
          </w:tcPr>
          <w:p w14:paraId="510A240C"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4DF89C77" w14:textId="77777777" w:rsidTr="00AA2478">
        <w:trPr>
          <w:trHeight w:hRule="exact" w:val="492"/>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15334C9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54.</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6C0E55A2"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Тематик диагностика</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7CF80FB3"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537F3CF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5351A73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7E88D59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11</w:t>
            </w:r>
            <w:r w:rsidRPr="00AA2478">
              <w:rPr>
                <w:rFonts w:eastAsia="Times New Roman" w:cs="Times New Roman"/>
                <w:color w:val="000000"/>
                <w:sz w:val="24"/>
                <w:lang w:val="en-US"/>
              </w:rPr>
              <w:t>.04.202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6278438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Тестирование;</w:t>
            </w:r>
          </w:p>
        </w:tc>
        <w:tc>
          <w:tcPr>
            <w:tcW w:w="839" w:type="pct"/>
            <w:tcBorders>
              <w:top w:val="single" w:sz="4" w:space="0" w:color="000000"/>
              <w:left w:val="single" w:sz="4" w:space="0" w:color="000000"/>
              <w:bottom w:val="single" w:sz="4" w:space="0" w:color="000000"/>
              <w:right w:val="single" w:sz="4" w:space="0" w:color="000000"/>
            </w:tcBorders>
          </w:tcPr>
          <w:p w14:paraId="3AC26063"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44DFAC63" w14:textId="77777777" w:rsidTr="00AA2478">
        <w:trPr>
          <w:trHeight w:hRule="exact" w:val="1164"/>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55976DA7"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55.</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2D567324" w14:textId="77777777" w:rsidR="00AA2478" w:rsidRPr="00AA2478" w:rsidRDefault="00AA2478" w:rsidP="00AA2478">
            <w:pPr>
              <w:autoSpaceDE w:val="0"/>
              <w:autoSpaceDN w:val="0"/>
              <w:spacing w:before="98" w:after="0" w:line="271" w:lineRule="auto"/>
              <w:ind w:left="72" w:right="396"/>
              <w:rPr>
                <w:rFonts w:ascii="Cambria" w:eastAsia="MS Mincho" w:hAnsi="Cambria" w:cs="Times New Roman"/>
                <w:sz w:val="22"/>
              </w:rPr>
            </w:pPr>
            <w:r w:rsidRPr="00AA2478">
              <w:rPr>
                <w:rFonts w:eastAsia="Times New Roman" w:cs="Times New Roman"/>
                <w:color w:val="000000"/>
                <w:sz w:val="24"/>
              </w:rPr>
              <w:t>Олимпиада символлары турындагы текст буенча эш</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688BECE4"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5B0BC53D"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6D9A89E7"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5CA94D77"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2</w:t>
            </w:r>
            <w:r w:rsidRPr="00AA2478">
              <w:rPr>
                <w:rFonts w:eastAsia="Times New Roman" w:cs="Times New Roman"/>
                <w:color w:val="000000"/>
                <w:sz w:val="24"/>
                <w:lang w:val="en-US"/>
              </w:rPr>
              <w:t>.04.202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660DB37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36AA788E"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02C50612" w14:textId="77777777" w:rsidTr="00AA2478">
        <w:trPr>
          <w:trHeight w:hRule="exact" w:val="828"/>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53E532C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lastRenderedPageBreak/>
              <w:t>56.</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1AD9A37C" w14:textId="77777777" w:rsidR="00AA2478" w:rsidRPr="00AA2478" w:rsidRDefault="00AA2478" w:rsidP="00AA2478">
            <w:pPr>
              <w:autoSpaceDE w:val="0"/>
              <w:autoSpaceDN w:val="0"/>
              <w:spacing w:before="98" w:after="0" w:line="262" w:lineRule="auto"/>
              <w:ind w:left="72" w:right="864"/>
              <w:jc w:val="left"/>
              <w:rPr>
                <w:rFonts w:ascii="Cambria" w:eastAsia="MS Mincho" w:hAnsi="Cambria" w:cs="Times New Roman"/>
                <w:sz w:val="22"/>
                <w:lang w:val="en-US"/>
              </w:rPr>
            </w:pPr>
            <w:r w:rsidRPr="00AA2478">
              <w:rPr>
                <w:rFonts w:eastAsia="Times New Roman" w:cs="Times New Roman"/>
                <w:color w:val="000000"/>
                <w:sz w:val="24"/>
                <w:lang w:val="en-US"/>
              </w:rPr>
              <w:t>Татар теледə сузык авазлар.</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2A617F73"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7963297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6C3B313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35DB1904"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18</w:t>
            </w:r>
            <w:r w:rsidRPr="00AA2478">
              <w:rPr>
                <w:rFonts w:eastAsia="Times New Roman" w:cs="Times New Roman"/>
                <w:color w:val="000000"/>
                <w:sz w:val="24"/>
                <w:lang w:val="en-US"/>
              </w:rPr>
              <w:t>.04.202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315B7DCE"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Практическая работа;</w:t>
            </w:r>
          </w:p>
        </w:tc>
        <w:tc>
          <w:tcPr>
            <w:tcW w:w="839" w:type="pct"/>
            <w:tcBorders>
              <w:top w:val="single" w:sz="4" w:space="0" w:color="000000"/>
              <w:left w:val="single" w:sz="4" w:space="0" w:color="000000"/>
              <w:bottom w:val="single" w:sz="4" w:space="0" w:color="000000"/>
              <w:right w:val="single" w:sz="4" w:space="0" w:color="000000"/>
            </w:tcBorders>
          </w:tcPr>
          <w:p w14:paraId="1DF60907"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07B831FA" w14:textId="77777777" w:rsidTr="00AA2478">
        <w:trPr>
          <w:trHeight w:hRule="exact" w:val="1166"/>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5B86A0AD"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57.</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56CEF945" w14:textId="77777777" w:rsidR="00AA2478" w:rsidRPr="00AA2478" w:rsidRDefault="00AA2478" w:rsidP="00AA2478">
            <w:pPr>
              <w:autoSpaceDE w:val="0"/>
              <w:autoSpaceDN w:val="0"/>
              <w:spacing w:before="98" w:after="0" w:line="274" w:lineRule="auto"/>
              <w:ind w:left="72" w:right="130"/>
              <w:rPr>
                <w:rFonts w:ascii="Cambria" w:eastAsia="MS Mincho" w:hAnsi="Cambria" w:cs="Times New Roman"/>
                <w:sz w:val="22"/>
                <w:lang w:val="en-US"/>
              </w:rPr>
            </w:pPr>
            <w:r w:rsidRPr="00AA2478">
              <w:rPr>
                <w:rFonts w:eastAsia="Times New Roman" w:cs="Times New Roman"/>
                <w:color w:val="000000"/>
                <w:sz w:val="24"/>
                <w:lang w:val="en-US"/>
              </w:rPr>
              <w:t>Татар теленең үзенчəлекле ававзлары: [ə], [ө], [ү], [w], [ғ], [қ], [җ], [ң], [һ]</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5D3DB68A"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2390AA3F"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7FDFEBC1"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4C64462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19</w:t>
            </w:r>
            <w:r w:rsidRPr="00AA2478">
              <w:rPr>
                <w:rFonts w:eastAsia="Times New Roman" w:cs="Times New Roman"/>
                <w:color w:val="000000"/>
                <w:sz w:val="24"/>
                <w:lang w:val="en-US"/>
              </w:rPr>
              <w:t>.04.202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3DE3DD2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69A8B1C1"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173122A4" w14:textId="77777777" w:rsidTr="00AA2478">
        <w:trPr>
          <w:trHeight w:hRule="exact" w:val="828"/>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4061F6C6"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58.</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0944D131" w14:textId="77777777" w:rsidR="00AA2478" w:rsidRPr="00AA2478" w:rsidRDefault="00AA2478" w:rsidP="00AA2478">
            <w:pPr>
              <w:autoSpaceDE w:val="0"/>
              <w:autoSpaceDN w:val="0"/>
              <w:spacing w:before="98" w:after="0" w:line="262" w:lineRule="auto"/>
              <w:ind w:left="72" w:right="432"/>
              <w:jc w:val="left"/>
              <w:rPr>
                <w:rFonts w:ascii="Cambria" w:eastAsia="MS Mincho" w:hAnsi="Cambria" w:cs="Times New Roman"/>
                <w:sz w:val="22"/>
                <w:lang w:val="en-US"/>
              </w:rPr>
            </w:pPr>
            <w:proofErr w:type="gramStart"/>
            <w:r w:rsidRPr="00AA2478">
              <w:rPr>
                <w:rFonts w:eastAsia="Times New Roman" w:cs="Times New Roman"/>
                <w:color w:val="000000"/>
                <w:sz w:val="24"/>
                <w:lang w:val="en-US"/>
              </w:rPr>
              <w:t>е</w:t>
            </w:r>
            <w:proofErr w:type="gramEnd"/>
            <w:r w:rsidRPr="00AA2478">
              <w:rPr>
                <w:rFonts w:eastAsia="Times New Roman" w:cs="Times New Roman"/>
                <w:color w:val="000000"/>
                <w:sz w:val="24"/>
                <w:lang w:val="en-US"/>
              </w:rPr>
              <w:t>, ё, ю, я хəрефлəренең аваз мəгънəсе.</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3019EE50"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6DD83EA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1BE8E42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5085E20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25</w:t>
            </w:r>
            <w:r w:rsidRPr="00AA2478">
              <w:rPr>
                <w:rFonts w:eastAsia="Times New Roman" w:cs="Times New Roman"/>
                <w:color w:val="000000"/>
                <w:sz w:val="24"/>
                <w:lang w:val="en-US"/>
              </w:rPr>
              <w:t>.04.202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3B3CAD96"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21DC302E"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1AA07B96" w14:textId="77777777" w:rsidTr="00AA2478">
        <w:trPr>
          <w:trHeight w:hRule="exact" w:val="1164"/>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530A9D75"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59.</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59476DF7" w14:textId="77777777" w:rsidR="00AA2478" w:rsidRPr="00AA2478" w:rsidRDefault="00AA2478" w:rsidP="00AA2478">
            <w:pPr>
              <w:autoSpaceDE w:val="0"/>
              <w:autoSpaceDN w:val="0"/>
              <w:spacing w:before="98" w:after="0" w:line="271"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 xml:space="preserve">Татар сүзлəрендə ъ һəм ь хəрефлəренең дөрес </w:t>
            </w:r>
            <w:r w:rsidRPr="00AA2478">
              <w:rPr>
                <w:rFonts w:ascii="Cambria" w:eastAsia="MS Mincho" w:hAnsi="Cambria" w:cs="Times New Roman"/>
                <w:sz w:val="22"/>
                <w:lang w:val="en-US"/>
              </w:rPr>
              <w:br/>
            </w:r>
            <w:r w:rsidRPr="00AA2478">
              <w:rPr>
                <w:rFonts w:eastAsia="Times New Roman" w:cs="Times New Roman"/>
                <w:color w:val="000000"/>
                <w:sz w:val="24"/>
                <w:lang w:val="en-US"/>
              </w:rPr>
              <w:t>язылышы</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24527C1E"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0B70472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6D660B6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7ED0CB74"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26</w:t>
            </w:r>
            <w:r w:rsidRPr="00AA2478">
              <w:rPr>
                <w:rFonts w:eastAsia="Times New Roman" w:cs="Times New Roman"/>
                <w:color w:val="000000"/>
                <w:sz w:val="24"/>
                <w:lang w:val="en-US"/>
              </w:rPr>
              <w:t>.0</w:t>
            </w:r>
            <w:r w:rsidRPr="00AA2478">
              <w:rPr>
                <w:rFonts w:eastAsia="Times New Roman" w:cs="Times New Roman"/>
                <w:color w:val="000000"/>
                <w:sz w:val="24"/>
              </w:rPr>
              <w:t>4</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2B1A1B5A"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839" w:type="pct"/>
            <w:tcBorders>
              <w:top w:val="single" w:sz="4" w:space="0" w:color="000000"/>
              <w:left w:val="single" w:sz="4" w:space="0" w:color="000000"/>
              <w:bottom w:val="single" w:sz="4" w:space="0" w:color="000000"/>
              <w:right w:val="single" w:sz="4" w:space="0" w:color="000000"/>
            </w:tcBorders>
          </w:tcPr>
          <w:p w14:paraId="23980910"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69CBB3B2" w14:textId="77777777" w:rsidTr="00AA2478">
        <w:trPr>
          <w:trHeight w:hRule="exact" w:val="828"/>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19B1FBFE"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60.</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5C1CF239" w14:textId="77777777" w:rsidR="00AA2478" w:rsidRPr="00AA2478" w:rsidRDefault="00AA2478" w:rsidP="00AA2478">
            <w:pPr>
              <w:autoSpaceDE w:val="0"/>
              <w:autoSpaceDN w:val="0"/>
              <w:spacing w:before="98" w:after="0" w:line="262"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Кем? Нəрсə? Сорауларына җавап булган сүзл</w:t>
            </w:r>
            <w:r w:rsidRPr="00AA2478">
              <w:rPr>
                <w:rFonts w:eastAsia="Times New Roman" w:cs="Times New Roman"/>
                <w:color w:val="000000"/>
                <w:sz w:val="24"/>
                <w:lang w:val="tt-RU"/>
              </w:rPr>
              <w:t>ә</w:t>
            </w:r>
            <w:r w:rsidRPr="00AA2478">
              <w:rPr>
                <w:rFonts w:eastAsia="Times New Roman" w:cs="Times New Roman"/>
                <w:color w:val="000000"/>
                <w:sz w:val="24"/>
                <w:lang w:val="en-US"/>
              </w:rPr>
              <w:t>р.</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5D856253"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611A006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3D8DC7E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033BD9DE"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02</w:t>
            </w:r>
            <w:r w:rsidRPr="00AA2478">
              <w:rPr>
                <w:rFonts w:eastAsia="Times New Roman" w:cs="Times New Roman"/>
                <w:color w:val="000000"/>
                <w:sz w:val="24"/>
                <w:lang w:val="en-US"/>
              </w:rPr>
              <w:t>.0</w:t>
            </w:r>
            <w:r w:rsidRPr="00AA2478">
              <w:rPr>
                <w:rFonts w:eastAsia="Times New Roman" w:cs="Times New Roman"/>
                <w:color w:val="000000"/>
                <w:sz w:val="24"/>
              </w:rPr>
              <w:t>5</w:t>
            </w:r>
            <w:r w:rsidRPr="00AA2478">
              <w:rPr>
                <w:rFonts w:eastAsia="Times New Roman" w:cs="Times New Roman"/>
                <w:color w:val="000000"/>
                <w:sz w:val="24"/>
                <w:lang w:val="en-US"/>
              </w:rPr>
              <w:t>.202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2A21DC6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70117BEA"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5D2ADBA6" w14:textId="77777777" w:rsidTr="00AA2478">
        <w:trPr>
          <w:trHeight w:hRule="exact" w:val="1531"/>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46B99EE3"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61.</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5A114188" w14:textId="77777777" w:rsidR="00AA2478" w:rsidRPr="00AA2478" w:rsidRDefault="00AA2478" w:rsidP="00AA2478">
            <w:pPr>
              <w:autoSpaceDE w:val="0"/>
              <w:autoSpaceDN w:val="0"/>
              <w:spacing w:before="98" w:after="0" w:line="262" w:lineRule="auto"/>
              <w:ind w:left="72" w:right="144"/>
              <w:jc w:val="left"/>
              <w:rPr>
                <w:rFonts w:ascii="Cambria" w:eastAsia="MS Mincho" w:hAnsi="Cambria" w:cs="Times New Roman"/>
                <w:sz w:val="22"/>
                <w:lang w:val="en-US"/>
              </w:rPr>
            </w:pPr>
            <w:r w:rsidRPr="00AA2478">
              <w:rPr>
                <w:rFonts w:eastAsia="Times New Roman" w:cs="Times New Roman"/>
                <w:color w:val="000000"/>
                <w:sz w:val="24"/>
                <w:lang w:val="en-US"/>
              </w:rPr>
              <w:t xml:space="preserve">Татар телендə </w:t>
            </w:r>
            <w:r w:rsidRPr="00AA2478">
              <w:rPr>
                <w:rFonts w:ascii="Cambria" w:eastAsia="MS Mincho" w:hAnsi="Cambria" w:cs="Times New Roman"/>
                <w:sz w:val="22"/>
                <w:lang w:val="en-US"/>
              </w:rPr>
              <w:br/>
            </w:r>
            <w:r w:rsidRPr="00AA2478">
              <w:rPr>
                <w:rFonts w:eastAsia="Times New Roman" w:cs="Times New Roman"/>
                <w:color w:val="000000"/>
                <w:sz w:val="24"/>
                <w:lang w:val="en-US"/>
              </w:rPr>
              <w:t xml:space="preserve">аффиксларны кушу үзенчəлеклəре </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630BDACB"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58D57629"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1022E9A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266953BA"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rPr>
              <w:t>03</w:t>
            </w:r>
            <w:r w:rsidRPr="00AA2478">
              <w:rPr>
                <w:rFonts w:eastAsia="Times New Roman" w:cs="Times New Roman"/>
                <w:color w:val="000000"/>
                <w:sz w:val="24"/>
                <w:lang w:val="en-US"/>
              </w:rPr>
              <w:t>.05.202</w:t>
            </w:r>
            <w:r w:rsidRPr="00AA2478">
              <w:rPr>
                <w:rFonts w:eastAsia="Times New Roman" w:cs="Times New Roman"/>
                <w:color w:val="000000"/>
                <w:sz w:val="24"/>
              </w:rPr>
              <w:t>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31BDCDA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39" w:type="pct"/>
            <w:tcBorders>
              <w:top w:val="single" w:sz="4" w:space="0" w:color="000000"/>
              <w:left w:val="single" w:sz="4" w:space="0" w:color="000000"/>
              <w:bottom w:val="single" w:sz="4" w:space="0" w:color="000000"/>
              <w:right w:val="single" w:sz="4" w:space="0" w:color="000000"/>
            </w:tcBorders>
          </w:tcPr>
          <w:p w14:paraId="59884E26"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182F9436" w14:textId="77777777" w:rsidTr="00AA2478">
        <w:trPr>
          <w:trHeight w:hRule="exact" w:val="1531"/>
        </w:trPr>
        <w:tc>
          <w:tcPr>
            <w:tcW w:w="232" w:type="pct"/>
            <w:tcBorders>
              <w:top w:val="single" w:sz="4" w:space="0" w:color="000000"/>
              <w:left w:val="single" w:sz="4" w:space="0" w:color="000000"/>
              <w:bottom w:val="single" w:sz="4" w:space="0" w:color="000000"/>
              <w:right w:val="single" w:sz="4" w:space="0" w:color="000000"/>
            </w:tcBorders>
            <w:tcMar>
              <w:left w:w="0" w:type="dxa"/>
              <w:right w:w="0" w:type="dxa"/>
            </w:tcMar>
          </w:tcPr>
          <w:p w14:paraId="503952F5" w14:textId="77777777" w:rsidR="00AA2478" w:rsidRPr="00AA2478" w:rsidRDefault="00AA2478" w:rsidP="00AA2478">
            <w:pPr>
              <w:autoSpaceDE w:val="0"/>
              <w:autoSpaceDN w:val="0"/>
              <w:spacing w:before="98" w:after="0" w:line="230" w:lineRule="auto"/>
              <w:jc w:val="center"/>
              <w:rPr>
                <w:rFonts w:eastAsia="Times New Roman" w:cs="Times New Roman"/>
                <w:color w:val="000000"/>
                <w:sz w:val="24"/>
              </w:rPr>
            </w:pPr>
            <w:r w:rsidRPr="00AA2478">
              <w:rPr>
                <w:rFonts w:eastAsia="Times New Roman" w:cs="Times New Roman"/>
                <w:color w:val="000000"/>
                <w:sz w:val="24"/>
              </w:rPr>
              <w:t>62</w:t>
            </w:r>
          </w:p>
        </w:tc>
        <w:tc>
          <w:tcPr>
            <w:tcW w:w="1363" w:type="pct"/>
            <w:tcBorders>
              <w:top w:val="single" w:sz="4" w:space="0" w:color="000000"/>
              <w:left w:val="single" w:sz="4" w:space="0" w:color="000000"/>
              <w:bottom w:val="single" w:sz="4" w:space="0" w:color="000000"/>
              <w:right w:val="single" w:sz="4" w:space="0" w:color="000000"/>
            </w:tcBorders>
            <w:tcMar>
              <w:left w:w="0" w:type="dxa"/>
              <w:right w:w="0" w:type="dxa"/>
            </w:tcMar>
          </w:tcPr>
          <w:p w14:paraId="4230712C" w14:textId="77777777" w:rsidR="00AA2478" w:rsidRPr="00AA2478" w:rsidRDefault="00AA2478" w:rsidP="00AA2478">
            <w:pPr>
              <w:autoSpaceDE w:val="0"/>
              <w:autoSpaceDN w:val="0"/>
              <w:spacing w:before="98" w:after="0" w:line="262" w:lineRule="auto"/>
              <w:ind w:left="72" w:right="144"/>
              <w:jc w:val="left"/>
              <w:rPr>
                <w:rFonts w:eastAsia="Times New Roman" w:cs="Times New Roman"/>
                <w:color w:val="000000"/>
                <w:sz w:val="24"/>
              </w:rPr>
            </w:pPr>
            <w:r w:rsidRPr="00AA2478">
              <w:rPr>
                <w:rFonts w:eastAsia="Times New Roman" w:cs="Times New Roman"/>
                <w:color w:val="000000"/>
                <w:sz w:val="24"/>
              </w:rPr>
              <w:t>Нинди? кайсы? сорауларына җавап булган сүзлзр.</w:t>
            </w:r>
          </w:p>
        </w:tc>
        <w:tc>
          <w:tcPr>
            <w:tcW w:w="336" w:type="pct"/>
            <w:tcBorders>
              <w:top w:val="single" w:sz="4" w:space="0" w:color="000000"/>
              <w:left w:val="single" w:sz="4" w:space="0" w:color="000000"/>
              <w:bottom w:val="single" w:sz="4" w:space="0" w:color="000000"/>
              <w:right w:val="single" w:sz="4" w:space="0" w:color="000000"/>
            </w:tcBorders>
            <w:tcMar>
              <w:left w:w="0" w:type="dxa"/>
              <w:right w:w="0" w:type="dxa"/>
            </w:tcMar>
          </w:tcPr>
          <w:p w14:paraId="57727B9A" w14:textId="77777777" w:rsidR="00AA2478" w:rsidRPr="00AA2478" w:rsidRDefault="00AA2478" w:rsidP="00AA2478">
            <w:pPr>
              <w:autoSpaceDE w:val="0"/>
              <w:autoSpaceDN w:val="0"/>
              <w:spacing w:before="98" w:after="0" w:line="230" w:lineRule="auto"/>
              <w:ind w:left="74"/>
              <w:jc w:val="left"/>
              <w:rPr>
                <w:rFonts w:eastAsia="Times New Roman" w:cs="Times New Roman"/>
                <w:color w:val="000000"/>
                <w:sz w:val="24"/>
              </w:rPr>
            </w:pPr>
            <w:r w:rsidRPr="00AA2478">
              <w:rPr>
                <w:rFonts w:eastAsia="Times New Roman" w:cs="Times New Roman"/>
                <w:color w:val="000000"/>
                <w:sz w:val="24"/>
              </w:rPr>
              <w:t>1</w:t>
            </w:r>
          </w:p>
        </w:tc>
        <w:tc>
          <w:tcPr>
            <w:tcW w:w="414" w:type="pct"/>
            <w:tcBorders>
              <w:top w:val="single" w:sz="4" w:space="0" w:color="000000"/>
              <w:left w:val="single" w:sz="4" w:space="0" w:color="000000"/>
              <w:bottom w:val="single" w:sz="4" w:space="0" w:color="000000"/>
              <w:right w:val="single" w:sz="4" w:space="0" w:color="000000"/>
            </w:tcBorders>
            <w:tcMar>
              <w:left w:w="0" w:type="dxa"/>
              <w:right w:w="0" w:type="dxa"/>
            </w:tcMar>
          </w:tcPr>
          <w:p w14:paraId="5DFC9BE2"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rPr>
            </w:pPr>
            <w:r w:rsidRPr="00AA2478">
              <w:rPr>
                <w:rFonts w:eastAsia="Times New Roman" w:cs="Times New Roman"/>
                <w:color w:val="000000"/>
                <w:sz w:val="24"/>
              </w:rPr>
              <w:t>0</w:t>
            </w:r>
          </w:p>
        </w:tc>
        <w:tc>
          <w:tcPr>
            <w:tcW w:w="391" w:type="pct"/>
            <w:tcBorders>
              <w:top w:val="single" w:sz="4" w:space="0" w:color="000000"/>
              <w:left w:val="single" w:sz="4" w:space="0" w:color="000000"/>
              <w:bottom w:val="single" w:sz="4" w:space="0" w:color="000000"/>
              <w:right w:val="single" w:sz="4" w:space="0" w:color="000000"/>
            </w:tcBorders>
            <w:tcMar>
              <w:left w:w="0" w:type="dxa"/>
              <w:right w:w="0" w:type="dxa"/>
            </w:tcMar>
          </w:tcPr>
          <w:p w14:paraId="3EF51E3E"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rPr>
            </w:pPr>
            <w:r w:rsidRPr="00AA2478">
              <w:rPr>
                <w:rFonts w:eastAsia="Times New Roman" w:cs="Times New Roman"/>
                <w:color w:val="000000"/>
                <w:sz w:val="24"/>
              </w:rPr>
              <w:t>0</w:t>
            </w:r>
          </w:p>
        </w:tc>
        <w:tc>
          <w:tcPr>
            <w:tcW w:w="586" w:type="pct"/>
            <w:tcBorders>
              <w:top w:val="single" w:sz="4" w:space="0" w:color="000000"/>
              <w:left w:val="single" w:sz="4" w:space="0" w:color="000000"/>
              <w:bottom w:val="single" w:sz="4" w:space="0" w:color="000000"/>
              <w:right w:val="single" w:sz="4" w:space="0" w:color="000000"/>
            </w:tcBorders>
            <w:tcMar>
              <w:left w:w="0" w:type="dxa"/>
              <w:right w:w="0" w:type="dxa"/>
            </w:tcMar>
          </w:tcPr>
          <w:p w14:paraId="5C961500" w14:textId="77777777" w:rsidR="00AA2478" w:rsidRPr="00AA2478" w:rsidRDefault="00AA2478" w:rsidP="00AA2478">
            <w:pPr>
              <w:autoSpaceDE w:val="0"/>
              <w:autoSpaceDN w:val="0"/>
              <w:spacing w:before="98" w:after="0" w:line="230" w:lineRule="auto"/>
              <w:jc w:val="center"/>
              <w:rPr>
                <w:rFonts w:eastAsia="Times New Roman" w:cs="Times New Roman"/>
                <w:color w:val="000000"/>
                <w:sz w:val="24"/>
              </w:rPr>
            </w:pPr>
            <w:r w:rsidRPr="00AA2478">
              <w:rPr>
                <w:rFonts w:eastAsia="Times New Roman" w:cs="Times New Roman"/>
                <w:color w:val="000000"/>
                <w:sz w:val="24"/>
              </w:rPr>
              <w:t>10.05.2024</w:t>
            </w:r>
          </w:p>
        </w:tc>
        <w:tc>
          <w:tcPr>
            <w:tcW w:w="839" w:type="pct"/>
            <w:tcBorders>
              <w:top w:val="single" w:sz="4" w:space="0" w:color="000000"/>
              <w:left w:val="single" w:sz="4" w:space="0" w:color="000000"/>
              <w:bottom w:val="single" w:sz="4" w:space="0" w:color="000000"/>
              <w:right w:val="single" w:sz="4" w:space="0" w:color="000000"/>
            </w:tcBorders>
            <w:tcMar>
              <w:left w:w="0" w:type="dxa"/>
              <w:right w:w="0" w:type="dxa"/>
            </w:tcMar>
          </w:tcPr>
          <w:p w14:paraId="04B09119"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rPr>
            </w:pPr>
          </w:p>
        </w:tc>
        <w:tc>
          <w:tcPr>
            <w:tcW w:w="839" w:type="pct"/>
            <w:tcBorders>
              <w:top w:val="single" w:sz="4" w:space="0" w:color="000000"/>
              <w:left w:val="single" w:sz="4" w:space="0" w:color="000000"/>
              <w:bottom w:val="single" w:sz="4" w:space="0" w:color="000000"/>
              <w:right w:val="single" w:sz="4" w:space="0" w:color="000000"/>
            </w:tcBorders>
          </w:tcPr>
          <w:p w14:paraId="04BB155F"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rPr>
            </w:pPr>
          </w:p>
        </w:tc>
      </w:tr>
    </w:tbl>
    <w:p w14:paraId="7455A605" w14:textId="77777777" w:rsidR="00AA2478" w:rsidRPr="00AA2478" w:rsidRDefault="00AA2478" w:rsidP="00AA2478">
      <w:pPr>
        <w:autoSpaceDE w:val="0"/>
        <w:autoSpaceDN w:val="0"/>
        <w:spacing w:after="0" w:line="14" w:lineRule="exact"/>
        <w:jc w:val="left"/>
        <w:rPr>
          <w:rFonts w:ascii="Cambria" w:eastAsia="MS Mincho" w:hAnsi="Cambria" w:cs="Times New Roman"/>
          <w:sz w:val="22"/>
        </w:rPr>
      </w:pPr>
      <w:r w:rsidRPr="00AA2478">
        <w:rPr>
          <w:rFonts w:ascii="Cambria" w:eastAsia="MS Mincho" w:hAnsi="Cambria" w:cs="Times New Roman"/>
          <w:sz w:val="22"/>
        </w:rPr>
        <w:t xml:space="preserve"> </w:t>
      </w:r>
    </w:p>
    <w:tbl>
      <w:tblPr>
        <w:tblW w:w="5000" w:type="pct"/>
        <w:tblLook w:val="04A0" w:firstRow="1" w:lastRow="0" w:firstColumn="1" w:lastColumn="0" w:noHBand="0" w:noVBand="1"/>
      </w:tblPr>
      <w:tblGrid>
        <w:gridCol w:w="724"/>
        <w:gridCol w:w="4253"/>
        <w:gridCol w:w="1048"/>
        <w:gridCol w:w="1289"/>
        <w:gridCol w:w="1220"/>
        <w:gridCol w:w="1831"/>
        <w:gridCol w:w="2641"/>
        <w:gridCol w:w="2641"/>
      </w:tblGrid>
      <w:tr w:rsidR="00AA2478" w:rsidRPr="00AA2478" w14:paraId="7C3EB43C" w14:textId="77777777" w:rsidTr="00AA2478">
        <w:trPr>
          <w:trHeight w:hRule="exact" w:val="828"/>
        </w:trPr>
        <w:tc>
          <w:tcPr>
            <w:tcW w:w="231" w:type="pct"/>
            <w:tcBorders>
              <w:top w:val="single" w:sz="4" w:space="0" w:color="000000"/>
              <w:left w:val="single" w:sz="4" w:space="0" w:color="000000"/>
              <w:bottom w:val="single" w:sz="4" w:space="0" w:color="000000"/>
              <w:right w:val="single" w:sz="4" w:space="0" w:color="000000"/>
            </w:tcBorders>
            <w:tcMar>
              <w:left w:w="0" w:type="dxa"/>
              <w:right w:w="0" w:type="dxa"/>
            </w:tcMar>
          </w:tcPr>
          <w:p w14:paraId="14CEF5D2"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tt-RU"/>
              </w:rPr>
              <w:t>63</w:t>
            </w:r>
            <w:r w:rsidRPr="00AA2478">
              <w:rPr>
                <w:rFonts w:eastAsia="Times New Roman" w:cs="Times New Roman"/>
                <w:color w:val="000000"/>
                <w:sz w:val="24"/>
                <w:lang w:val="en-US"/>
              </w:rPr>
              <w:t>.</w:t>
            </w:r>
          </w:p>
        </w:tc>
        <w:tc>
          <w:tcPr>
            <w:tcW w:w="1359" w:type="pct"/>
            <w:tcBorders>
              <w:top w:val="single" w:sz="4" w:space="0" w:color="000000"/>
              <w:left w:val="single" w:sz="4" w:space="0" w:color="000000"/>
              <w:bottom w:val="single" w:sz="4" w:space="0" w:color="000000"/>
              <w:right w:val="single" w:sz="4" w:space="0" w:color="000000"/>
            </w:tcBorders>
            <w:tcMar>
              <w:left w:w="0" w:type="dxa"/>
              <w:right w:w="0" w:type="dxa"/>
            </w:tcMar>
          </w:tcPr>
          <w:p w14:paraId="62B93142"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rPr>
            </w:pPr>
            <w:r w:rsidRPr="00AA2478">
              <w:rPr>
                <w:rFonts w:eastAsia="Times New Roman" w:cs="Times New Roman"/>
                <w:color w:val="000000"/>
                <w:sz w:val="24"/>
                <w:lang w:val="tt-RU"/>
              </w:rPr>
              <w:t>Нишли</w:t>
            </w:r>
            <w:r w:rsidRPr="00AA2478">
              <w:rPr>
                <w:rFonts w:eastAsia="Times New Roman" w:cs="Times New Roman"/>
                <w:color w:val="000000"/>
                <w:sz w:val="24"/>
              </w:rPr>
              <w:t>? соравына җавап булган сүзләр.</w:t>
            </w:r>
          </w:p>
        </w:tc>
        <w:tc>
          <w:tcPr>
            <w:tcW w:w="335" w:type="pct"/>
            <w:tcBorders>
              <w:top w:val="single" w:sz="4" w:space="0" w:color="000000"/>
              <w:left w:val="single" w:sz="4" w:space="0" w:color="000000"/>
              <w:bottom w:val="single" w:sz="4" w:space="0" w:color="000000"/>
              <w:right w:val="single" w:sz="4" w:space="0" w:color="000000"/>
            </w:tcBorders>
            <w:tcMar>
              <w:left w:w="0" w:type="dxa"/>
              <w:right w:w="0" w:type="dxa"/>
            </w:tcMar>
          </w:tcPr>
          <w:p w14:paraId="75A3A51D"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2" w:type="pct"/>
            <w:tcBorders>
              <w:top w:val="single" w:sz="4" w:space="0" w:color="000000"/>
              <w:left w:val="single" w:sz="4" w:space="0" w:color="000000"/>
              <w:bottom w:val="single" w:sz="4" w:space="0" w:color="000000"/>
              <w:right w:val="single" w:sz="4" w:space="0" w:color="000000"/>
            </w:tcBorders>
            <w:tcMar>
              <w:left w:w="0" w:type="dxa"/>
              <w:right w:w="0" w:type="dxa"/>
            </w:tcMar>
          </w:tcPr>
          <w:p w14:paraId="2202383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390" w:type="pct"/>
            <w:tcBorders>
              <w:top w:val="single" w:sz="4" w:space="0" w:color="000000"/>
              <w:left w:val="single" w:sz="4" w:space="0" w:color="000000"/>
              <w:bottom w:val="single" w:sz="4" w:space="0" w:color="000000"/>
              <w:right w:val="single" w:sz="4" w:space="0" w:color="000000"/>
            </w:tcBorders>
            <w:tcMar>
              <w:left w:w="0" w:type="dxa"/>
              <w:right w:w="0" w:type="dxa"/>
            </w:tcMar>
          </w:tcPr>
          <w:p w14:paraId="4A3307AB"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5" w:type="pct"/>
            <w:tcBorders>
              <w:top w:val="single" w:sz="4" w:space="0" w:color="000000"/>
              <w:left w:val="single" w:sz="4" w:space="0" w:color="000000"/>
              <w:bottom w:val="single" w:sz="4" w:space="0" w:color="000000"/>
              <w:right w:val="single" w:sz="4" w:space="0" w:color="000000"/>
            </w:tcBorders>
            <w:tcMar>
              <w:left w:w="0" w:type="dxa"/>
              <w:right w:w="0" w:type="dxa"/>
            </w:tcMar>
          </w:tcPr>
          <w:p w14:paraId="22BA10BA"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6</w:t>
            </w:r>
            <w:r w:rsidRPr="00AA2478">
              <w:rPr>
                <w:rFonts w:eastAsia="Times New Roman" w:cs="Times New Roman"/>
                <w:color w:val="000000"/>
                <w:sz w:val="24"/>
                <w:lang w:val="en-US"/>
              </w:rPr>
              <w:t>.05.202</w:t>
            </w:r>
            <w:r w:rsidRPr="00AA2478">
              <w:rPr>
                <w:rFonts w:eastAsia="Times New Roman" w:cs="Times New Roman"/>
                <w:color w:val="000000"/>
                <w:sz w:val="24"/>
              </w:rPr>
              <w:t>4</w:t>
            </w:r>
          </w:p>
        </w:tc>
        <w:tc>
          <w:tcPr>
            <w:tcW w:w="844" w:type="pct"/>
            <w:tcBorders>
              <w:top w:val="single" w:sz="4" w:space="0" w:color="000000"/>
              <w:left w:val="single" w:sz="4" w:space="0" w:color="000000"/>
              <w:bottom w:val="single" w:sz="4" w:space="0" w:color="000000"/>
              <w:right w:val="single" w:sz="4" w:space="0" w:color="000000"/>
            </w:tcBorders>
            <w:tcMar>
              <w:left w:w="0" w:type="dxa"/>
              <w:right w:w="0" w:type="dxa"/>
            </w:tcMar>
          </w:tcPr>
          <w:p w14:paraId="57206EBC" w14:textId="77777777" w:rsidR="00AA2478" w:rsidRPr="00AA2478" w:rsidRDefault="00AA2478" w:rsidP="00AA2478">
            <w:pPr>
              <w:autoSpaceDE w:val="0"/>
              <w:autoSpaceDN w:val="0"/>
              <w:spacing w:before="98"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844" w:type="pct"/>
            <w:tcBorders>
              <w:top w:val="single" w:sz="4" w:space="0" w:color="000000"/>
              <w:left w:val="single" w:sz="4" w:space="0" w:color="000000"/>
              <w:bottom w:val="single" w:sz="4" w:space="0" w:color="000000"/>
              <w:right w:val="single" w:sz="4" w:space="0" w:color="000000"/>
            </w:tcBorders>
          </w:tcPr>
          <w:p w14:paraId="124500DC" w14:textId="77777777" w:rsidR="00AA2478" w:rsidRPr="00AA2478" w:rsidRDefault="00AA2478" w:rsidP="00AA2478">
            <w:pPr>
              <w:autoSpaceDE w:val="0"/>
              <w:autoSpaceDN w:val="0"/>
              <w:spacing w:before="98" w:after="0" w:line="262" w:lineRule="auto"/>
              <w:ind w:left="72" w:right="288"/>
              <w:jc w:val="left"/>
              <w:rPr>
                <w:rFonts w:eastAsia="Times New Roman" w:cs="Times New Roman"/>
                <w:color w:val="000000"/>
                <w:sz w:val="24"/>
                <w:lang w:val="en-US"/>
              </w:rPr>
            </w:pPr>
          </w:p>
        </w:tc>
      </w:tr>
      <w:tr w:rsidR="00AA2478" w:rsidRPr="00AA2478" w14:paraId="35AED594" w14:textId="77777777" w:rsidTr="00AA2478">
        <w:trPr>
          <w:trHeight w:hRule="exact" w:val="1164"/>
        </w:trPr>
        <w:tc>
          <w:tcPr>
            <w:tcW w:w="231" w:type="pct"/>
            <w:tcBorders>
              <w:top w:val="single" w:sz="4" w:space="0" w:color="000000"/>
              <w:left w:val="single" w:sz="4" w:space="0" w:color="000000"/>
              <w:bottom w:val="single" w:sz="4" w:space="0" w:color="000000"/>
              <w:right w:val="single" w:sz="4" w:space="0" w:color="000000"/>
            </w:tcBorders>
            <w:tcMar>
              <w:left w:w="0" w:type="dxa"/>
              <w:right w:w="0" w:type="dxa"/>
            </w:tcMar>
          </w:tcPr>
          <w:p w14:paraId="0C956A78"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6</w:t>
            </w:r>
            <w:r w:rsidRPr="00AA2478">
              <w:rPr>
                <w:rFonts w:eastAsia="Times New Roman" w:cs="Times New Roman"/>
                <w:color w:val="000000"/>
                <w:sz w:val="24"/>
                <w:lang w:val="tt-RU"/>
              </w:rPr>
              <w:t>4</w:t>
            </w:r>
            <w:r w:rsidRPr="00AA2478">
              <w:rPr>
                <w:rFonts w:eastAsia="Times New Roman" w:cs="Times New Roman"/>
                <w:color w:val="000000"/>
                <w:sz w:val="24"/>
                <w:lang w:val="en-US"/>
              </w:rPr>
              <w:t>.</w:t>
            </w:r>
          </w:p>
        </w:tc>
        <w:tc>
          <w:tcPr>
            <w:tcW w:w="1359" w:type="pct"/>
            <w:tcBorders>
              <w:top w:val="single" w:sz="4" w:space="0" w:color="000000"/>
              <w:left w:val="single" w:sz="4" w:space="0" w:color="000000"/>
              <w:bottom w:val="single" w:sz="4" w:space="0" w:color="000000"/>
              <w:right w:val="single" w:sz="4" w:space="0" w:color="000000"/>
            </w:tcBorders>
            <w:tcMar>
              <w:left w:w="0" w:type="dxa"/>
              <w:right w:w="0" w:type="dxa"/>
            </w:tcMar>
          </w:tcPr>
          <w:p w14:paraId="5B223D0F" w14:textId="77777777" w:rsidR="00AA2478" w:rsidRPr="00AA2478" w:rsidRDefault="00AA2478" w:rsidP="00AA2478">
            <w:pPr>
              <w:autoSpaceDE w:val="0"/>
              <w:autoSpaceDN w:val="0"/>
              <w:spacing w:before="98" w:after="0" w:line="271" w:lineRule="auto"/>
              <w:ind w:left="72" w:right="864"/>
              <w:jc w:val="left"/>
              <w:rPr>
                <w:rFonts w:ascii="Cambria" w:eastAsia="MS Mincho" w:hAnsi="Cambria" w:cs="Times New Roman"/>
                <w:sz w:val="22"/>
                <w:lang w:val="en-US"/>
              </w:rPr>
            </w:pPr>
            <w:r w:rsidRPr="00AA2478">
              <w:rPr>
                <w:rFonts w:eastAsia="Times New Roman" w:cs="Times New Roman"/>
                <w:color w:val="000000"/>
                <w:sz w:val="24"/>
                <w:lang w:val="en-US"/>
              </w:rPr>
              <w:t xml:space="preserve">Йомгаклау </w:t>
            </w:r>
            <w:r w:rsidRPr="00AA2478">
              <w:rPr>
                <w:rFonts w:eastAsia="Times New Roman" w:cs="Times New Roman"/>
                <w:color w:val="000000"/>
                <w:sz w:val="24"/>
              </w:rPr>
              <w:t>к</w:t>
            </w:r>
            <w:r w:rsidRPr="00AA2478">
              <w:rPr>
                <w:rFonts w:eastAsia="Times New Roman" w:cs="Times New Roman"/>
                <w:color w:val="000000"/>
                <w:sz w:val="24"/>
                <w:lang w:val="en-US"/>
              </w:rPr>
              <w:t xml:space="preserve">онтроль </w:t>
            </w:r>
            <w:r w:rsidRPr="00AA2478">
              <w:rPr>
                <w:rFonts w:eastAsia="Times New Roman" w:cs="Times New Roman"/>
                <w:color w:val="000000"/>
                <w:sz w:val="24"/>
              </w:rPr>
              <w:t>эше (</w:t>
            </w:r>
            <w:r w:rsidRPr="00AA2478">
              <w:rPr>
                <w:rFonts w:eastAsia="Times New Roman" w:cs="Times New Roman"/>
                <w:color w:val="000000"/>
                <w:sz w:val="24"/>
                <w:lang w:val="en-US"/>
              </w:rPr>
              <w:t>диктант</w:t>
            </w:r>
            <w:r w:rsidRPr="00AA2478">
              <w:rPr>
                <w:rFonts w:eastAsia="Times New Roman" w:cs="Times New Roman"/>
                <w:color w:val="000000"/>
                <w:sz w:val="24"/>
              </w:rPr>
              <w:t>)</w:t>
            </w:r>
          </w:p>
        </w:tc>
        <w:tc>
          <w:tcPr>
            <w:tcW w:w="335" w:type="pct"/>
            <w:tcBorders>
              <w:top w:val="single" w:sz="4" w:space="0" w:color="000000"/>
              <w:left w:val="single" w:sz="4" w:space="0" w:color="000000"/>
              <w:bottom w:val="single" w:sz="4" w:space="0" w:color="000000"/>
              <w:right w:val="single" w:sz="4" w:space="0" w:color="000000"/>
            </w:tcBorders>
            <w:tcMar>
              <w:left w:w="0" w:type="dxa"/>
              <w:right w:w="0" w:type="dxa"/>
            </w:tcMar>
          </w:tcPr>
          <w:p w14:paraId="4B8D3C85"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2" w:type="pct"/>
            <w:tcBorders>
              <w:top w:val="single" w:sz="4" w:space="0" w:color="000000"/>
              <w:left w:val="single" w:sz="4" w:space="0" w:color="000000"/>
              <w:bottom w:val="single" w:sz="4" w:space="0" w:color="000000"/>
              <w:right w:val="single" w:sz="4" w:space="0" w:color="000000"/>
            </w:tcBorders>
            <w:tcMar>
              <w:left w:w="0" w:type="dxa"/>
              <w:right w:w="0" w:type="dxa"/>
            </w:tcMar>
          </w:tcPr>
          <w:p w14:paraId="04578C8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0" w:type="pct"/>
            <w:tcBorders>
              <w:top w:val="single" w:sz="4" w:space="0" w:color="000000"/>
              <w:left w:val="single" w:sz="4" w:space="0" w:color="000000"/>
              <w:bottom w:val="single" w:sz="4" w:space="0" w:color="000000"/>
              <w:right w:val="single" w:sz="4" w:space="0" w:color="000000"/>
            </w:tcBorders>
            <w:tcMar>
              <w:left w:w="0" w:type="dxa"/>
              <w:right w:w="0" w:type="dxa"/>
            </w:tcMar>
          </w:tcPr>
          <w:p w14:paraId="2DB6616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5" w:type="pct"/>
            <w:tcBorders>
              <w:top w:val="single" w:sz="4" w:space="0" w:color="000000"/>
              <w:left w:val="single" w:sz="4" w:space="0" w:color="000000"/>
              <w:bottom w:val="single" w:sz="4" w:space="0" w:color="000000"/>
              <w:right w:val="single" w:sz="4" w:space="0" w:color="000000"/>
            </w:tcBorders>
            <w:tcMar>
              <w:left w:w="0" w:type="dxa"/>
              <w:right w:w="0" w:type="dxa"/>
            </w:tcMar>
          </w:tcPr>
          <w:p w14:paraId="48C3376F"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1</w:t>
            </w:r>
            <w:r w:rsidRPr="00AA2478">
              <w:rPr>
                <w:rFonts w:eastAsia="Times New Roman" w:cs="Times New Roman"/>
                <w:color w:val="000000"/>
                <w:sz w:val="24"/>
              </w:rPr>
              <w:t>7</w:t>
            </w:r>
            <w:r w:rsidRPr="00AA2478">
              <w:rPr>
                <w:rFonts w:eastAsia="Times New Roman" w:cs="Times New Roman"/>
                <w:color w:val="000000"/>
                <w:sz w:val="24"/>
                <w:lang w:val="en-US"/>
              </w:rPr>
              <w:t>.05.202</w:t>
            </w:r>
            <w:r w:rsidRPr="00AA2478">
              <w:rPr>
                <w:rFonts w:eastAsia="Times New Roman" w:cs="Times New Roman"/>
                <w:color w:val="000000"/>
                <w:sz w:val="24"/>
              </w:rPr>
              <w:t>4</w:t>
            </w:r>
          </w:p>
        </w:tc>
        <w:tc>
          <w:tcPr>
            <w:tcW w:w="844" w:type="pct"/>
            <w:tcBorders>
              <w:top w:val="single" w:sz="4" w:space="0" w:color="000000"/>
              <w:left w:val="single" w:sz="4" w:space="0" w:color="000000"/>
              <w:bottom w:val="single" w:sz="4" w:space="0" w:color="000000"/>
              <w:right w:val="single" w:sz="4" w:space="0" w:color="000000"/>
            </w:tcBorders>
            <w:tcMar>
              <w:left w:w="0" w:type="dxa"/>
              <w:right w:w="0" w:type="dxa"/>
            </w:tcMar>
          </w:tcPr>
          <w:p w14:paraId="04326BB4"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44" w:type="pct"/>
            <w:tcBorders>
              <w:top w:val="single" w:sz="4" w:space="0" w:color="000000"/>
              <w:left w:val="single" w:sz="4" w:space="0" w:color="000000"/>
              <w:bottom w:val="single" w:sz="4" w:space="0" w:color="000000"/>
              <w:right w:val="single" w:sz="4" w:space="0" w:color="000000"/>
            </w:tcBorders>
          </w:tcPr>
          <w:p w14:paraId="1D5A8BB8"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48F3B0E1" w14:textId="77777777" w:rsidTr="00AA2478">
        <w:trPr>
          <w:trHeight w:hRule="exact" w:val="830"/>
        </w:trPr>
        <w:tc>
          <w:tcPr>
            <w:tcW w:w="231" w:type="pct"/>
            <w:tcBorders>
              <w:top w:val="single" w:sz="4" w:space="0" w:color="000000"/>
              <w:left w:val="single" w:sz="4" w:space="0" w:color="000000"/>
              <w:bottom w:val="single" w:sz="4" w:space="0" w:color="000000"/>
              <w:right w:val="single" w:sz="4" w:space="0" w:color="000000"/>
            </w:tcBorders>
            <w:tcMar>
              <w:left w:w="0" w:type="dxa"/>
              <w:right w:w="0" w:type="dxa"/>
            </w:tcMar>
          </w:tcPr>
          <w:p w14:paraId="0F447067"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lastRenderedPageBreak/>
              <w:t>65.</w:t>
            </w:r>
          </w:p>
        </w:tc>
        <w:tc>
          <w:tcPr>
            <w:tcW w:w="1359" w:type="pct"/>
            <w:tcBorders>
              <w:top w:val="single" w:sz="4" w:space="0" w:color="000000"/>
              <w:left w:val="single" w:sz="4" w:space="0" w:color="000000"/>
              <w:bottom w:val="single" w:sz="4" w:space="0" w:color="000000"/>
              <w:right w:val="single" w:sz="4" w:space="0" w:color="000000"/>
            </w:tcBorders>
            <w:tcMar>
              <w:left w:w="0" w:type="dxa"/>
              <w:right w:w="0" w:type="dxa"/>
            </w:tcMar>
          </w:tcPr>
          <w:p w14:paraId="4F98C688"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 xml:space="preserve"> Текст буенча эш</w:t>
            </w:r>
          </w:p>
        </w:tc>
        <w:tc>
          <w:tcPr>
            <w:tcW w:w="335" w:type="pct"/>
            <w:tcBorders>
              <w:top w:val="single" w:sz="4" w:space="0" w:color="000000"/>
              <w:left w:val="single" w:sz="4" w:space="0" w:color="000000"/>
              <w:bottom w:val="single" w:sz="4" w:space="0" w:color="000000"/>
              <w:right w:val="single" w:sz="4" w:space="0" w:color="000000"/>
            </w:tcBorders>
            <w:tcMar>
              <w:left w:w="0" w:type="dxa"/>
              <w:right w:w="0" w:type="dxa"/>
            </w:tcMar>
          </w:tcPr>
          <w:p w14:paraId="33052234" w14:textId="77777777" w:rsidR="00AA2478" w:rsidRPr="00AA2478" w:rsidRDefault="00AA2478" w:rsidP="00AA2478">
            <w:pPr>
              <w:autoSpaceDE w:val="0"/>
              <w:autoSpaceDN w:val="0"/>
              <w:spacing w:before="100"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2" w:type="pct"/>
            <w:tcBorders>
              <w:top w:val="single" w:sz="4" w:space="0" w:color="000000"/>
              <w:left w:val="single" w:sz="4" w:space="0" w:color="000000"/>
              <w:bottom w:val="single" w:sz="4" w:space="0" w:color="000000"/>
              <w:right w:val="single" w:sz="4" w:space="0" w:color="000000"/>
            </w:tcBorders>
            <w:tcMar>
              <w:left w:w="0" w:type="dxa"/>
              <w:right w:w="0" w:type="dxa"/>
            </w:tcMar>
          </w:tcPr>
          <w:p w14:paraId="66FDF3B7"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390" w:type="pct"/>
            <w:tcBorders>
              <w:top w:val="single" w:sz="4" w:space="0" w:color="000000"/>
              <w:left w:val="single" w:sz="4" w:space="0" w:color="000000"/>
              <w:bottom w:val="single" w:sz="4" w:space="0" w:color="000000"/>
              <w:right w:val="single" w:sz="4" w:space="0" w:color="000000"/>
            </w:tcBorders>
            <w:tcMar>
              <w:left w:w="0" w:type="dxa"/>
              <w:right w:w="0" w:type="dxa"/>
            </w:tcMar>
          </w:tcPr>
          <w:p w14:paraId="377B909E" w14:textId="77777777" w:rsidR="00AA2478" w:rsidRPr="00AA2478" w:rsidRDefault="00AA2478" w:rsidP="00AA2478">
            <w:pPr>
              <w:autoSpaceDE w:val="0"/>
              <w:autoSpaceDN w:val="0"/>
              <w:spacing w:before="100"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585" w:type="pct"/>
            <w:tcBorders>
              <w:top w:val="single" w:sz="4" w:space="0" w:color="000000"/>
              <w:left w:val="single" w:sz="4" w:space="0" w:color="000000"/>
              <w:bottom w:val="single" w:sz="4" w:space="0" w:color="000000"/>
              <w:right w:val="single" w:sz="4" w:space="0" w:color="000000"/>
            </w:tcBorders>
            <w:tcMar>
              <w:left w:w="0" w:type="dxa"/>
              <w:right w:w="0" w:type="dxa"/>
            </w:tcMar>
          </w:tcPr>
          <w:p w14:paraId="1A67CEC6" w14:textId="77777777" w:rsidR="00AA2478" w:rsidRPr="00AA2478" w:rsidRDefault="00AA2478" w:rsidP="00AA2478">
            <w:pPr>
              <w:autoSpaceDE w:val="0"/>
              <w:autoSpaceDN w:val="0"/>
              <w:spacing w:before="100" w:after="0" w:line="230" w:lineRule="auto"/>
              <w:jc w:val="center"/>
              <w:rPr>
                <w:rFonts w:ascii="Cambria" w:eastAsia="MS Mincho" w:hAnsi="Cambria" w:cs="Times New Roman"/>
                <w:sz w:val="22"/>
              </w:rPr>
            </w:pPr>
            <w:r w:rsidRPr="00AA2478">
              <w:rPr>
                <w:rFonts w:eastAsia="Times New Roman" w:cs="Times New Roman"/>
                <w:color w:val="000000"/>
                <w:sz w:val="24"/>
              </w:rPr>
              <w:t>23.</w:t>
            </w:r>
            <w:r w:rsidRPr="00AA2478">
              <w:rPr>
                <w:rFonts w:eastAsia="Times New Roman" w:cs="Times New Roman"/>
                <w:color w:val="000000"/>
                <w:sz w:val="24"/>
                <w:lang w:val="en-US"/>
              </w:rPr>
              <w:t>05.202</w:t>
            </w:r>
            <w:r w:rsidRPr="00AA2478">
              <w:rPr>
                <w:rFonts w:eastAsia="Times New Roman" w:cs="Times New Roman"/>
                <w:color w:val="000000"/>
                <w:sz w:val="24"/>
              </w:rPr>
              <w:t>4</w:t>
            </w:r>
          </w:p>
        </w:tc>
        <w:tc>
          <w:tcPr>
            <w:tcW w:w="844" w:type="pct"/>
            <w:tcBorders>
              <w:top w:val="single" w:sz="4" w:space="0" w:color="000000"/>
              <w:left w:val="single" w:sz="4" w:space="0" w:color="000000"/>
              <w:bottom w:val="single" w:sz="4" w:space="0" w:color="000000"/>
              <w:right w:val="single" w:sz="4" w:space="0" w:color="000000"/>
            </w:tcBorders>
            <w:tcMar>
              <w:left w:w="0" w:type="dxa"/>
              <w:right w:w="0" w:type="dxa"/>
            </w:tcMar>
          </w:tcPr>
          <w:p w14:paraId="1B743F73" w14:textId="77777777" w:rsidR="00AA2478" w:rsidRPr="00AA2478" w:rsidRDefault="00AA2478" w:rsidP="00AA2478">
            <w:pPr>
              <w:autoSpaceDE w:val="0"/>
              <w:autoSpaceDN w:val="0"/>
              <w:spacing w:before="100" w:after="0" w:line="262" w:lineRule="auto"/>
              <w:ind w:left="72" w:right="288"/>
              <w:jc w:val="left"/>
              <w:rPr>
                <w:rFonts w:ascii="Cambria" w:eastAsia="MS Mincho" w:hAnsi="Cambria" w:cs="Times New Roman"/>
                <w:sz w:val="22"/>
                <w:lang w:val="en-US"/>
              </w:rPr>
            </w:pPr>
            <w:r w:rsidRPr="00AA2478">
              <w:rPr>
                <w:rFonts w:eastAsia="Times New Roman" w:cs="Times New Roman"/>
                <w:color w:val="000000"/>
                <w:sz w:val="24"/>
                <w:lang w:val="en-US"/>
              </w:rPr>
              <w:t>Письменный контроль;</w:t>
            </w:r>
          </w:p>
        </w:tc>
        <w:tc>
          <w:tcPr>
            <w:tcW w:w="844" w:type="pct"/>
            <w:tcBorders>
              <w:top w:val="single" w:sz="4" w:space="0" w:color="000000"/>
              <w:left w:val="single" w:sz="4" w:space="0" w:color="000000"/>
              <w:bottom w:val="single" w:sz="4" w:space="0" w:color="000000"/>
              <w:right w:val="single" w:sz="4" w:space="0" w:color="000000"/>
            </w:tcBorders>
          </w:tcPr>
          <w:p w14:paraId="55B2D71F" w14:textId="77777777" w:rsidR="00AA2478" w:rsidRPr="00AA2478" w:rsidRDefault="00AA2478" w:rsidP="00AA2478">
            <w:pPr>
              <w:autoSpaceDE w:val="0"/>
              <w:autoSpaceDN w:val="0"/>
              <w:spacing w:before="100" w:after="0" w:line="262" w:lineRule="auto"/>
              <w:ind w:left="72" w:right="288"/>
              <w:jc w:val="left"/>
              <w:rPr>
                <w:rFonts w:eastAsia="Times New Roman" w:cs="Times New Roman"/>
                <w:color w:val="000000"/>
                <w:sz w:val="24"/>
                <w:lang w:val="en-US"/>
              </w:rPr>
            </w:pPr>
          </w:p>
        </w:tc>
      </w:tr>
      <w:tr w:rsidR="00AA2478" w:rsidRPr="00AA2478" w14:paraId="263DDF5F" w14:textId="77777777" w:rsidTr="00AA2478">
        <w:trPr>
          <w:trHeight w:hRule="exact" w:val="2094"/>
        </w:trPr>
        <w:tc>
          <w:tcPr>
            <w:tcW w:w="231" w:type="pct"/>
            <w:tcBorders>
              <w:top w:val="single" w:sz="4" w:space="0" w:color="000000"/>
              <w:left w:val="single" w:sz="4" w:space="0" w:color="000000"/>
              <w:bottom w:val="single" w:sz="4" w:space="0" w:color="000000"/>
              <w:right w:val="single" w:sz="4" w:space="0" w:color="000000"/>
            </w:tcBorders>
            <w:tcMar>
              <w:left w:w="0" w:type="dxa"/>
              <w:right w:w="0" w:type="dxa"/>
            </w:tcMar>
          </w:tcPr>
          <w:p w14:paraId="47D581CD"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lang w:val="en-US"/>
              </w:rPr>
            </w:pPr>
            <w:r w:rsidRPr="00AA2478">
              <w:rPr>
                <w:rFonts w:eastAsia="Times New Roman" w:cs="Times New Roman"/>
                <w:color w:val="000000"/>
                <w:sz w:val="24"/>
                <w:lang w:val="en-US"/>
              </w:rPr>
              <w:t>66.</w:t>
            </w:r>
          </w:p>
        </w:tc>
        <w:tc>
          <w:tcPr>
            <w:tcW w:w="1359" w:type="pct"/>
            <w:tcBorders>
              <w:top w:val="single" w:sz="4" w:space="0" w:color="000000"/>
              <w:left w:val="single" w:sz="4" w:space="0" w:color="000000"/>
              <w:bottom w:val="single" w:sz="4" w:space="0" w:color="000000"/>
              <w:right w:val="single" w:sz="4" w:space="0" w:color="000000"/>
            </w:tcBorders>
            <w:tcMar>
              <w:left w:w="0" w:type="dxa"/>
              <w:right w:w="0" w:type="dxa"/>
            </w:tcMar>
          </w:tcPr>
          <w:p w14:paraId="64E17C0C"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tt-RU"/>
              </w:rPr>
            </w:pPr>
            <w:r w:rsidRPr="00AA2478">
              <w:rPr>
                <w:rFonts w:ascii="Cambria" w:eastAsia="MS Mincho" w:hAnsi="Cambria" w:cs="Times New Roman"/>
                <w:sz w:val="22"/>
                <w:lang w:val="tt-RU"/>
              </w:rPr>
              <w:t>Йомгаклау диагностикасы.</w:t>
            </w:r>
          </w:p>
          <w:p w14:paraId="3960CBC0"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tt-RU"/>
              </w:rPr>
            </w:pPr>
            <w:r w:rsidRPr="00AA2478">
              <w:rPr>
                <w:rFonts w:ascii="Cambria" w:eastAsia="MS Mincho" w:hAnsi="Cambria" w:cs="Times New Roman"/>
                <w:sz w:val="22"/>
                <w:lang w:val="tt-RU"/>
              </w:rPr>
              <w:t>Өйрәнгәннәрне кабатлау</w:t>
            </w:r>
          </w:p>
        </w:tc>
        <w:tc>
          <w:tcPr>
            <w:tcW w:w="335" w:type="pct"/>
            <w:tcBorders>
              <w:top w:val="single" w:sz="4" w:space="0" w:color="000000"/>
              <w:left w:val="single" w:sz="4" w:space="0" w:color="000000"/>
              <w:bottom w:val="single" w:sz="4" w:space="0" w:color="000000"/>
              <w:right w:val="single" w:sz="4" w:space="0" w:color="000000"/>
            </w:tcBorders>
            <w:tcMar>
              <w:left w:w="0" w:type="dxa"/>
              <w:right w:w="0" w:type="dxa"/>
            </w:tcMar>
          </w:tcPr>
          <w:p w14:paraId="51755419"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412" w:type="pct"/>
            <w:tcBorders>
              <w:top w:val="single" w:sz="4" w:space="0" w:color="000000"/>
              <w:left w:val="single" w:sz="4" w:space="0" w:color="000000"/>
              <w:bottom w:val="single" w:sz="4" w:space="0" w:color="000000"/>
              <w:right w:val="single" w:sz="4" w:space="0" w:color="000000"/>
            </w:tcBorders>
            <w:tcMar>
              <w:left w:w="0" w:type="dxa"/>
              <w:right w:w="0" w:type="dxa"/>
            </w:tcMar>
          </w:tcPr>
          <w:p w14:paraId="1D282AA3"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0</w:t>
            </w:r>
          </w:p>
        </w:tc>
        <w:tc>
          <w:tcPr>
            <w:tcW w:w="390" w:type="pct"/>
            <w:tcBorders>
              <w:top w:val="single" w:sz="4" w:space="0" w:color="000000"/>
              <w:left w:val="single" w:sz="4" w:space="0" w:color="000000"/>
              <w:bottom w:val="single" w:sz="4" w:space="0" w:color="000000"/>
              <w:right w:val="single" w:sz="4" w:space="0" w:color="000000"/>
            </w:tcBorders>
            <w:tcMar>
              <w:left w:w="0" w:type="dxa"/>
              <w:right w:w="0" w:type="dxa"/>
            </w:tcMar>
          </w:tcPr>
          <w:p w14:paraId="28F863BE"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1</w:t>
            </w:r>
          </w:p>
        </w:tc>
        <w:tc>
          <w:tcPr>
            <w:tcW w:w="585" w:type="pct"/>
            <w:tcBorders>
              <w:top w:val="single" w:sz="4" w:space="0" w:color="000000"/>
              <w:left w:val="single" w:sz="4" w:space="0" w:color="000000"/>
              <w:bottom w:val="single" w:sz="4" w:space="0" w:color="000000"/>
              <w:right w:val="single" w:sz="4" w:space="0" w:color="000000"/>
            </w:tcBorders>
            <w:tcMar>
              <w:left w:w="0" w:type="dxa"/>
              <w:right w:w="0" w:type="dxa"/>
            </w:tcMar>
          </w:tcPr>
          <w:p w14:paraId="5C173029" w14:textId="77777777" w:rsidR="00AA2478" w:rsidRPr="00AA2478" w:rsidRDefault="00AA2478" w:rsidP="00AA2478">
            <w:pPr>
              <w:autoSpaceDE w:val="0"/>
              <w:autoSpaceDN w:val="0"/>
              <w:spacing w:before="98" w:after="0" w:line="230" w:lineRule="auto"/>
              <w:jc w:val="center"/>
              <w:rPr>
                <w:rFonts w:ascii="Cambria" w:eastAsia="MS Mincho" w:hAnsi="Cambria" w:cs="Times New Roman"/>
                <w:sz w:val="22"/>
              </w:rPr>
            </w:pPr>
            <w:r w:rsidRPr="00AA2478">
              <w:rPr>
                <w:rFonts w:eastAsia="Times New Roman" w:cs="Times New Roman"/>
                <w:color w:val="000000"/>
                <w:sz w:val="24"/>
                <w:lang w:val="en-US"/>
              </w:rPr>
              <w:t>2</w:t>
            </w:r>
            <w:r w:rsidRPr="00AA2478">
              <w:rPr>
                <w:rFonts w:eastAsia="Times New Roman" w:cs="Times New Roman"/>
                <w:color w:val="000000"/>
                <w:sz w:val="24"/>
              </w:rPr>
              <w:t>4</w:t>
            </w:r>
            <w:r w:rsidRPr="00AA2478">
              <w:rPr>
                <w:rFonts w:eastAsia="Times New Roman" w:cs="Times New Roman"/>
                <w:color w:val="000000"/>
                <w:sz w:val="24"/>
                <w:lang w:val="en-US"/>
              </w:rPr>
              <w:t>.05.202</w:t>
            </w:r>
            <w:r w:rsidRPr="00AA2478">
              <w:rPr>
                <w:rFonts w:eastAsia="Times New Roman" w:cs="Times New Roman"/>
                <w:color w:val="000000"/>
                <w:sz w:val="24"/>
              </w:rPr>
              <w:t>4</w:t>
            </w:r>
          </w:p>
        </w:tc>
        <w:tc>
          <w:tcPr>
            <w:tcW w:w="844" w:type="pct"/>
            <w:tcBorders>
              <w:top w:val="single" w:sz="4" w:space="0" w:color="000000"/>
              <w:left w:val="single" w:sz="4" w:space="0" w:color="000000"/>
              <w:bottom w:val="single" w:sz="4" w:space="0" w:color="000000"/>
              <w:right w:val="single" w:sz="4" w:space="0" w:color="000000"/>
            </w:tcBorders>
            <w:tcMar>
              <w:left w:w="0" w:type="dxa"/>
              <w:right w:w="0" w:type="dxa"/>
            </w:tcMar>
          </w:tcPr>
          <w:p w14:paraId="009F8152"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Устный опрос;</w:t>
            </w:r>
          </w:p>
        </w:tc>
        <w:tc>
          <w:tcPr>
            <w:tcW w:w="844" w:type="pct"/>
            <w:tcBorders>
              <w:top w:val="single" w:sz="4" w:space="0" w:color="000000"/>
              <w:left w:val="single" w:sz="4" w:space="0" w:color="000000"/>
              <w:bottom w:val="single" w:sz="4" w:space="0" w:color="000000"/>
              <w:right w:val="single" w:sz="4" w:space="0" w:color="000000"/>
            </w:tcBorders>
          </w:tcPr>
          <w:p w14:paraId="0230D3E6"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r w:rsidR="00AA2478" w:rsidRPr="00AA2478" w14:paraId="2B860E72" w14:textId="77777777" w:rsidTr="00AA2478">
        <w:trPr>
          <w:trHeight w:hRule="exact" w:val="808"/>
        </w:trPr>
        <w:tc>
          <w:tcPr>
            <w:tcW w:w="1590" w:type="pct"/>
            <w:gridSpan w:val="2"/>
            <w:tcBorders>
              <w:top w:val="single" w:sz="4" w:space="0" w:color="000000"/>
              <w:left w:val="single" w:sz="4" w:space="0" w:color="000000"/>
              <w:bottom w:val="single" w:sz="4" w:space="0" w:color="000000"/>
              <w:right w:val="single" w:sz="4" w:space="0" w:color="000000"/>
            </w:tcBorders>
            <w:tcMar>
              <w:left w:w="0" w:type="dxa"/>
              <w:right w:w="0" w:type="dxa"/>
            </w:tcMar>
          </w:tcPr>
          <w:p w14:paraId="2EAF030F" w14:textId="77777777" w:rsidR="00AA2478" w:rsidRPr="00AA2478" w:rsidRDefault="00AA2478" w:rsidP="00AA2478">
            <w:pPr>
              <w:autoSpaceDE w:val="0"/>
              <w:autoSpaceDN w:val="0"/>
              <w:spacing w:before="98" w:after="0" w:line="262" w:lineRule="auto"/>
              <w:ind w:left="72" w:right="576"/>
              <w:jc w:val="left"/>
              <w:rPr>
                <w:rFonts w:ascii="Cambria" w:eastAsia="MS Mincho" w:hAnsi="Cambria" w:cs="Times New Roman"/>
                <w:sz w:val="22"/>
              </w:rPr>
            </w:pPr>
            <w:r w:rsidRPr="00AA2478">
              <w:rPr>
                <w:rFonts w:eastAsia="Times New Roman" w:cs="Times New Roman"/>
                <w:color w:val="000000"/>
                <w:sz w:val="24"/>
              </w:rPr>
              <w:t>ОБЩЕЕ КОЛИЧЕСТВО ЧАСОВ ПО ПРОГРАММЕ</w:t>
            </w:r>
          </w:p>
        </w:tc>
        <w:tc>
          <w:tcPr>
            <w:tcW w:w="335" w:type="pct"/>
            <w:tcBorders>
              <w:top w:val="single" w:sz="4" w:space="0" w:color="000000"/>
              <w:left w:val="single" w:sz="4" w:space="0" w:color="000000"/>
              <w:bottom w:val="single" w:sz="4" w:space="0" w:color="000000"/>
              <w:right w:val="single" w:sz="4" w:space="0" w:color="000000"/>
            </w:tcBorders>
            <w:tcMar>
              <w:left w:w="0" w:type="dxa"/>
              <w:right w:w="0" w:type="dxa"/>
            </w:tcMar>
          </w:tcPr>
          <w:p w14:paraId="0B1522D8" w14:textId="77777777" w:rsidR="00AA2478" w:rsidRPr="00AA2478" w:rsidRDefault="00AA2478" w:rsidP="00AA2478">
            <w:pPr>
              <w:autoSpaceDE w:val="0"/>
              <w:autoSpaceDN w:val="0"/>
              <w:spacing w:before="98" w:after="0" w:line="230" w:lineRule="auto"/>
              <w:ind w:left="74"/>
              <w:jc w:val="left"/>
              <w:rPr>
                <w:rFonts w:ascii="Cambria" w:eastAsia="MS Mincho" w:hAnsi="Cambria" w:cs="Times New Roman"/>
                <w:sz w:val="22"/>
                <w:lang w:val="en-US"/>
              </w:rPr>
            </w:pPr>
            <w:r w:rsidRPr="00AA2478">
              <w:rPr>
                <w:rFonts w:eastAsia="Times New Roman" w:cs="Times New Roman"/>
                <w:color w:val="000000"/>
                <w:sz w:val="24"/>
                <w:lang w:val="en-US"/>
              </w:rPr>
              <w:t>66</w:t>
            </w:r>
          </w:p>
        </w:tc>
        <w:tc>
          <w:tcPr>
            <w:tcW w:w="412" w:type="pct"/>
            <w:tcBorders>
              <w:top w:val="single" w:sz="4" w:space="0" w:color="000000"/>
              <w:left w:val="single" w:sz="4" w:space="0" w:color="000000"/>
              <w:bottom w:val="single" w:sz="4" w:space="0" w:color="000000"/>
              <w:right w:val="single" w:sz="4" w:space="0" w:color="000000"/>
            </w:tcBorders>
            <w:tcMar>
              <w:left w:w="0" w:type="dxa"/>
              <w:right w:w="0" w:type="dxa"/>
            </w:tcMar>
          </w:tcPr>
          <w:p w14:paraId="44E65FC5"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5</w:t>
            </w:r>
          </w:p>
        </w:tc>
        <w:tc>
          <w:tcPr>
            <w:tcW w:w="1818" w:type="pct"/>
            <w:gridSpan w:val="3"/>
            <w:tcBorders>
              <w:top w:val="single" w:sz="4" w:space="0" w:color="000000"/>
              <w:left w:val="single" w:sz="4" w:space="0" w:color="000000"/>
              <w:bottom w:val="single" w:sz="4" w:space="0" w:color="000000"/>
              <w:right w:val="single" w:sz="4" w:space="0" w:color="000000"/>
            </w:tcBorders>
            <w:tcMar>
              <w:left w:w="0" w:type="dxa"/>
              <w:right w:w="0" w:type="dxa"/>
            </w:tcMar>
          </w:tcPr>
          <w:p w14:paraId="54F4D99A" w14:textId="77777777" w:rsidR="00AA2478" w:rsidRPr="00AA2478" w:rsidRDefault="00AA2478" w:rsidP="00AA2478">
            <w:pPr>
              <w:autoSpaceDE w:val="0"/>
              <w:autoSpaceDN w:val="0"/>
              <w:spacing w:before="98" w:after="0" w:line="230" w:lineRule="auto"/>
              <w:ind w:left="72"/>
              <w:jc w:val="left"/>
              <w:rPr>
                <w:rFonts w:ascii="Cambria" w:eastAsia="MS Mincho" w:hAnsi="Cambria" w:cs="Times New Roman"/>
                <w:sz w:val="22"/>
                <w:lang w:val="en-US"/>
              </w:rPr>
            </w:pPr>
            <w:r w:rsidRPr="00AA2478">
              <w:rPr>
                <w:rFonts w:eastAsia="Times New Roman" w:cs="Times New Roman"/>
                <w:color w:val="000000"/>
                <w:sz w:val="24"/>
                <w:lang w:val="en-US"/>
              </w:rPr>
              <w:t>3</w:t>
            </w:r>
          </w:p>
        </w:tc>
        <w:tc>
          <w:tcPr>
            <w:tcW w:w="844" w:type="pct"/>
            <w:tcBorders>
              <w:top w:val="single" w:sz="4" w:space="0" w:color="000000"/>
              <w:left w:val="single" w:sz="4" w:space="0" w:color="000000"/>
              <w:bottom w:val="single" w:sz="4" w:space="0" w:color="000000"/>
              <w:right w:val="single" w:sz="4" w:space="0" w:color="000000"/>
            </w:tcBorders>
          </w:tcPr>
          <w:p w14:paraId="504CC09C" w14:textId="77777777" w:rsidR="00AA2478" w:rsidRPr="00AA2478" w:rsidRDefault="00AA2478" w:rsidP="00AA2478">
            <w:pPr>
              <w:autoSpaceDE w:val="0"/>
              <w:autoSpaceDN w:val="0"/>
              <w:spacing w:before="98" w:after="0" w:line="230" w:lineRule="auto"/>
              <w:ind w:left="72"/>
              <w:jc w:val="left"/>
              <w:rPr>
                <w:rFonts w:eastAsia="Times New Roman" w:cs="Times New Roman"/>
                <w:color w:val="000000"/>
                <w:sz w:val="24"/>
                <w:lang w:val="en-US"/>
              </w:rPr>
            </w:pPr>
          </w:p>
        </w:tc>
      </w:tr>
    </w:tbl>
    <w:p w14:paraId="50E4E2DC" w14:textId="77777777" w:rsidR="00AA2478" w:rsidRPr="00AA2478" w:rsidRDefault="00AA2478" w:rsidP="00AA2478">
      <w:pPr>
        <w:autoSpaceDE w:val="0"/>
        <w:autoSpaceDN w:val="0"/>
        <w:spacing w:after="0" w:line="14" w:lineRule="exact"/>
        <w:jc w:val="left"/>
        <w:rPr>
          <w:rFonts w:ascii="Cambria" w:eastAsia="MS Mincho" w:hAnsi="Cambria" w:cs="Times New Roman"/>
          <w:sz w:val="22"/>
          <w:lang w:val="en-US"/>
        </w:rPr>
      </w:pPr>
    </w:p>
    <w:p w14:paraId="77DFFBA5" w14:textId="77777777" w:rsidR="00AA2478" w:rsidRPr="00AA2478" w:rsidRDefault="00AA2478" w:rsidP="00AA2478">
      <w:pPr>
        <w:rPr>
          <w:lang w:val="tt-RU"/>
        </w:rPr>
      </w:pPr>
    </w:p>
    <w:p w14:paraId="5304E74F" w14:textId="77777777" w:rsidR="00AA2478" w:rsidRPr="00146D93" w:rsidRDefault="00AA2478" w:rsidP="00AA2478">
      <w:pPr>
        <w:spacing w:after="0" w:line="240" w:lineRule="auto"/>
        <w:jc w:val="center"/>
        <w:rPr>
          <w:rFonts w:cs="Times New Roman"/>
          <w:sz w:val="24"/>
          <w:szCs w:val="24"/>
          <w:lang w:val="tt-RU"/>
        </w:rPr>
      </w:pPr>
      <w:r w:rsidRPr="00A1775A">
        <w:rPr>
          <w:rFonts w:cs="Times New Roman"/>
          <w:b/>
          <w:sz w:val="24"/>
          <w:szCs w:val="24"/>
          <w:lang w:val="tt-RU"/>
        </w:rPr>
        <w:t>2 класс</w:t>
      </w:r>
    </w:p>
    <w:tbl>
      <w:tblPr>
        <w:tblStyle w:val="af1"/>
        <w:tblW w:w="16161" w:type="dxa"/>
        <w:tblInd w:w="-431" w:type="dxa"/>
        <w:tblLook w:val="04A0" w:firstRow="1" w:lastRow="0" w:firstColumn="1" w:lastColumn="0" w:noHBand="0" w:noVBand="1"/>
      </w:tblPr>
      <w:tblGrid>
        <w:gridCol w:w="951"/>
        <w:gridCol w:w="7515"/>
        <w:gridCol w:w="984"/>
        <w:gridCol w:w="1098"/>
        <w:gridCol w:w="1147"/>
        <w:gridCol w:w="4466"/>
      </w:tblGrid>
      <w:tr w:rsidR="00AA2478" w:rsidRPr="00A1775A" w14:paraId="269CCD84" w14:textId="77777777" w:rsidTr="00AA2478">
        <w:trPr>
          <w:trHeight w:val="710"/>
        </w:trPr>
        <w:tc>
          <w:tcPr>
            <w:tcW w:w="951" w:type="dxa"/>
            <w:vMerge w:val="restart"/>
          </w:tcPr>
          <w:p w14:paraId="7E2AA99F" w14:textId="77777777" w:rsidR="00AA2478" w:rsidRPr="002C23D0" w:rsidRDefault="00AA2478" w:rsidP="00AA2478">
            <w:pPr>
              <w:jc w:val="center"/>
              <w:rPr>
                <w:rFonts w:cs="Times New Roman"/>
                <w:sz w:val="24"/>
                <w:szCs w:val="24"/>
                <w:lang w:val="tt-RU"/>
              </w:rPr>
            </w:pPr>
            <w:r>
              <w:rPr>
                <w:rFonts w:cs="Times New Roman"/>
                <w:sz w:val="24"/>
                <w:szCs w:val="24"/>
                <w:lang w:val="tt-RU"/>
              </w:rPr>
              <w:t>№</w:t>
            </w:r>
          </w:p>
        </w:tc>
        <w:tc>
          <w:tcPr>
            <w:tcW w:w="7515" w:type="dxa"/>
            <w:vMerge w:val="restart"/>
          </w:tcPr>
          <w:p w14:paraId="45BA367E" w14:textId="77777777" w:rsidR="00AA2478" w:rsidRPr="002C23D0" w:rsidRDefault="00AA2478" w:rsidP="00AA2478">
            <w:pPr>
              <w:rPr>
                <w:rFonts w:cs="Times New Roman"/>
                <w:sz w:val="24"/>
                <w:szCs w:val="24"/>
                <w:lang w:val="tt-RU"/>
              </w:rPr>
            </w:pPr>
            <w:r w:rsidRPr="002C23D0">
              <w:rPr>
                <w:rFonts w:cs="Times New Roman"/>
                <w:b/>
                <w:sz w:val="24"/>
                <w:szCs w:val="24"/>
                <w:lang w:val="tt-RU"/>
              </w:rPr>
              <w:t>Тема</w:t>
            </w:r>
          </w:p>
        </w:tc>
        <w:tc>
          <w:tcPr>
            <w:tcW w:w="3229" w:type="dxa"/>
            <w:gridSpan w:val="3"/>
          </w:tcPr>
          <w:p w14:paraId="13C951D3" w14:textId="77777777" w:rsidR="00AA2478" w:rsidRPr="002C23D0" w:rsidRDefault="00AA2478" w:rsidP="00AA2478">
            <w:pPr>
              <w:rPr>
                <w:rFonts w:cs="Times New Roman"/>
                <w:sz w:val="24"/>
                <w:szCs w:val="24"/>
                <w:lang w:val="tt-RU"/>
              </w:rPr>
            </w:pPr>
            <w:r w:rsidRPr="002C23D0">
              <w:rPr>
                <w:rFonts w:cs="Times New Roman"/>
                <w:b/>
                <w:sz w:val="24"/>
                <w:szCs w:val="24"/>
                <w:lang w:val="tt-RU"/>
              </w:rPr>
              <w:t>Кол-во часов/Сәгать саны</w:t>
            </w:r>
          </w:p>
        </w:tc>
        <w:tc>
          <w:tcPr>
            <w:tcW w:w="4466" w:type="dxa"/>
            <w:vMerge w:val="restart"/>
          </w:tcPr>
          <w:p w14:paraId="2D54BB29" w14:textId="77777777" w:rsidR="00AA2478" w:rsidRPr="00AC5F97" w:rsidRDefault="00AA2478" w:rsidP="00AA2478">
            <w:pPr>
              <w:jc w:val="center"/>
              <w:rPr>
                <w:rFonts w:cs="Times New Roman"/>
                <w:sz w:val="24"/>
                <w:szCs w:val="24"/>
                <w:lang w:val="tt-RU"/>
              </w:rPr>
            </w:pPr>
            <w:r w:rsidRPr="00AC5F97">
              <w:rPr>
                <w:rFonts w:cs="Times New Roman"/>
                <w:b/>
                <w:sz w:val="24"/>
                <w:szCs w:val="24"/>
                <w:lang w:val="tt-RU"/>
              </w:rPr>
              <w:t>ЦОР</w:t>
            </w:r>
          </w:p>
        </w:tc>
      </w:tr>
      <w:tr w:rsidR="00AA2478" w:rsidRPr="00A1775A" w14:paraId="57D83CE4" w14:textId="77777777" w:rsidTr="00AA2478">
        <w:trPr>
          <w:trHeight w:val="407"/>
        </w:trPr>
        <w:tc>
          <w:tcPr>
            <w:tcW w:w="951" w:type="dxa"/>
            <w:vMerge/>
          </w:tcPr>
          <w:p w14:paraId="68850E94" w14:textId="77777777" w:rsidR="00AA2478" w:rsidRPr="002C23D0" w:rsidRDefault="00AA2478" w:rsidP="00AA2478">
            <w:pPr>
              <w:jc w:val="center"/>
              <w:rPr>
                <w:rFonts w:cs="Times New Roman"/>
                <w:sz w:val="24"/>
                <w:szCs w:val="24"/>
                <w:lang w:val="tt-RU"/>
              </w:rPr>
            </w:pPr>
          </w:p>
        </w:tc>
        <w:tc>
          <w:tcPr>
            <w:tcW w:w="7515" w:type="dxa"/>
            <w:vMerge/>
          </w:tcPr>
          <w:p w14:paraId="538D247F" w14:textId="77777777" w:rsidR="00AA2478" w:rsidRPr="002C23D0" w:rsidRDefault="00AA2478" w:rsidP="00AA2478">
            <w:pPr>
              <w:rPr>
                <w:rFonts w:cs="Times New Roman"/>
                <w:sz w:val="24"/>
                <w:szCs w:val="24"/>
                <w:lang w:val="tt-RU"/>
              </w:rPr>
            </w:pPr>
          </w:p>
        </w:tc>
        <w:tc>
          <w:tcPr>
            <w:tcW w:w="984" w:type="dxa"/>
          </w:tcPr>
          <w:p w14:paraId="68BE0915"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всего</w:t>
            </w:r>
          </w:p>
        </w:tc>
        <w:tc>
          <w:tcPr>
            <w:tcW w:w="1098" w:type="dxa"/>
          </w:tcPr>
          <w:p w14:paraId="5D6F4883"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контр</w:t>
            </w:r>
          </w:p>
        </w:tc>
        <w:tc>
          <w:tcPr>
            <w:tcW w:w="1147" w:type="dxa"/>
          </w:tcPr>
          <w:p w14:paraId="113DBA49" w14:textId="77777777" w:rsidR="00AA2478" w:rsidRPr="002C23D0" w:rsidRDefault="00AA2478" w:rsidP="00AA2478">
            <w:pPr>
              <w:rPr>
                <w:rFonts w:cs="Times New Roman"/>
                <w:sz w:val="24"/>
                <w:szCs w:val="24"/>
                <w:lang w:val="tt-RU"/>
              </w:rPr>
            </w:pPr>
            <w:r w:rsidRPr="002C23D0">
              <w:rPr>
                <w:rFonts w:cs="Times New Roman"/>
                <w:sz w:val="24"/>
                <w:szCs w:val="24"/>
                <w:lang w:val="tt-RU"/>
              </w:rPr>
              <w:t>Практич.</w:t>
            </w:r>
          </w:p>
        </w:tc>
        <w:tc>
          <w:tcPr>
            <w:tcW w:w="4466" w:type="dxa"/>
            <w:vMerge/>
          </w:tcPr>
          <w:p w14:paraId="08203D31" w14:textId="77777777" w:rsidR="00AA2478" w:rsidRPr="00AC5F97" w:rsidRDefault="00AA2478" w:rsidP="00AA2478">
            <w:pPr>
              <w:rPr>
                <w:rFonts w:cs="Times New Roman"/>
                <w:sz w:val="16"/>
                <w:szCs w:val="16"/>
                <w:lang w:val="tt-RU"/>
              </w:rPr>
            </w:pPr>
          </w:p>
        </w:tc>
      </w:tr>
      <w:tr w:rsidR="00AA2478" w:rsidRPr="00600724" w14:paraId="50C6BDE3" w14:textId="77777777" w:rsidTr="00AA2478">
        <w:trPr>
          <w:trHeight w:val="625"/>
        </w:trPr>
        <w:tc>
          <w:tcPr>
            <w:tcW w:w="951" w:type="dxa"/>
          </w:tcPr>
          <w:p w14:paraId="1DA4EA98" w14:textId="77777777" w:rsidR="00AA2478" w:rsidRPr="002C23D0" w:rsidRDefault="00AA2478" w:rsidP="00AA2478">
            <w:pPr>
              <w:pStyle w:val="ac"/>
              <w:numPr>
                <w:ilvl w:val="0"/>
                <w:numId w:val="18"/>
              </w:numPr>
              <w:ind w:left="0" w:firstLine="0"/>
              <w:jc w:val="center"/>
              <w:rPr>
                <w:rFonts w:cs="Times New Roman"/>
                <w:sz w:val="24"/>
                <w:szCs w:val="24"/>
                <w:lang w:val="tt-RU"/>
              </w:rPr>
            </w:pPr>
          </w:p>
        </w:tc>
        <w:tc>
          <w:tcPr>
            <w:tcW w:w="7515" w:type="dxa"/>
            <w:vMerge w:val="restart"/>
          </w:tcPr>
          <w:p w14:paraId="5AC8950B" w14:textId="77777777" w:rsidR="00AA2478" w:rsidRPr="002C23D0" w:rsidRDefault="00AA2478" w:rsidP="00AA2478">
            <w:pPr>
              <w:rPr>
                <w:rFonts w:cs="Times New Roman"/>
                <w:sz w:val="24"/>
                <w:szCs w:val="24"/>
                <w:lang w:val="tt-RU"/>
              </w:rPr>
            </w:pPr>
            <w:r w:rsidRPr="002C23D0">
              <w:rPr>
                <w:rFonts w:cs="Times New Roman"/>
                <w:sz w:val="24"/>
                <w:szCs w:val="24"/>
                <w:lang w:val="tt-RU"/>
              </w:rPr>
              <w:t>Звук и буква.</w:t>
            </w:r>
            <w:r w:rsidRPr="002C23D0">
              <w:rPr>
                <w:rFonts w:cs="Times New Roman"/>
                <w:sz w:val="24"/>
                <w:szCs w:val="24"/>
              </w:rPr>
              <w:t xml:space="preserve"> </w:t>
            </w:r>
            <w:r w:rsidRPr="002C23D0">
              <w:rPr>
                <w:rFonts w:cs="Times New Roman"/>
                <w:sz w:val="24"/>
                <w:szCs w:val="24"/>
                <w:lang w:val="tt-RU"/>
              </w:rPr>
              <w:t>Г</w:t>
            </w:r>
            <w:r w:rsidRPr="002C23D0">
              <w:rPr>
                <w:rFonts w:cs="Times New Roman"/>
                <w:sz w:val="24"/>
                <w:szCs w:val="24"/>
              </w:rPr>
              <w:t>ласны</w:t>
            </w:r>
            <w:r w:rsidRPr="002C23D0">
              <w:rPr>
                <w:rFonts w:cs="Times New Roman"/>
                <w:sz w:val="24"/>
                <w:szCs w:val="24"/>
                <w:lang w:val="tt-RU"/>
              </w:rPr>
              <w:t xml:space="preserve">е звуки.  Твёрдые и  </w:t>
            </w:r>
            <w:r w:rsidRPr="002C23D0">
              <w:rPr>
                <w:rFonts w:eastAsia="Calibri" w:cs="Times New Roman"/>
                <w:sz w:val="24"/>
                <w:szCs w:val="24"/>
                <w:lang w:val="tt-RU"/>
              </w:rPr>
              <w:t>-</w:t>
            </w:r>
            <w:r w:rsidRPr="002C23D0">
              <w:rPr>
                <w:rFonts w:cs="Times New Roman"/>
                <w:sz w:val="24"/>
                <w:szCs w:val="24"/>
                <w:lang w:val="tt-RU"/>
              </w:rPr>
              <w:t xml:space="preserve"> мягкие звуки. </w:t>
            </w:r>
          </w:p>
          <w:p w14:paraId="5C0AC04E" w14:textId="77777777" w:rsidR="00AA2478" w:rsidRPr="002C23D0" w:rsidRDefault="00AA2478" w:rsidP="00AA2478">
            <w:pPr>
              <w:rPr>
                <w:rFonts w:cs="Times New Roman"/>
                <w:sz w:val="24"/>
                <w:szCs w:val="24"/>
                <w:lang w:val="tt-RU"/>
              </w:rPr>
            </w:pPr>
            <w:r w:rsidRPr="002C23D0">
              <w:rPr>
                <w:rFonts w:cs="Times New Roman"/>
                <w:sz w:val="24"/>
                <w:szCs w:val="24"/>
                <w:lang w:val="tt-RU"/>
              </w:rPr>
              <w:t xml:space="preserve"> Аваз һәм хәреф. Сузык авазлар. Калын сузыклар. Нечкә сузыклар.</w:t>
            </w:r>
          </w:p>
        </w:tc>
        <w:tc>
          <w:tcPr>
            <w:tcW w:w="984" w:type="dxa"/>
            <w:vMerge w:val="restart"/>
          </w:tcPr>
          <w:p w14:paraId="23804D19" w14:textId="77777777" w:rsidR="00AA2478" w:rsidRPr="002C23D0" w:rsidRDefault="00AA2478" w:rsidP="00AA2478">
            <w:pPr>
              <w:jc w:val="center"/>
              <w:rPr>
                <w:rFonts w:cs="Times New Roman"/>
                <w:sz w:val="24"/>
                <w:szCs w:val="24"/>
                <w:lang w:val="tt-RU"/>
              </w:rPr>
            </w:pPr>
            <w:r>
              <w:rPr>
                <w:rFonts w:cs="Times New Roman"/>
                <w:sz w:val="24"/>
                <w:szCs w:val="24"/>
                <w:lang w:val="tt-RU"/>
              </w:rPr>
              <w:t>4</w:t>
            </w:r>
          </w:p>
        </w:tc>
        <w:tc>
          <w:tcPr>
            <w:tcW w:w="1098" w:type="dxa"/>
          </w:tcPr>
          <w:p w14:paraId="0C1A8CFB" w14:textId="77777777" w:rsidR="00AA2478" w:rsidRPr="002C23D0" w:rsidRDefault="00AA2478" w:rsidP="00AA2478">
            <w:pPr>
              <w:jc w:val="center"/>
              <w:rPr>
                <w:rFonts w:cs="Times New Roman"/>
                <w:sz w:val="24"/>
                <w:szCs w:val="24"/>
                <w:lang w:val="tt-RU"/>
              </w:rPr>
            </w:pPr>
          </w:p>
        </w:tc>
        <w:tc>
          <w:tcPr>
            <w:tcW w:w="1147" w:type="dxa"/>
          </w:tcPr>
          <w:p w14:paraId="719F24F0" w14:textId="77777777" w:rsidR="00AA2478" w:rsidRPr="002C23D0" w:rsidRDefault="00AA2478" w:rsidP="00AA2478">
            <w:pPr>
              <w:rPr>
                <w:rFonts w:cs="Times New Roman"/>
                <w:sz w:val="24"/>
                <w:szCs w:val="24"/>
                <w:lang w:val="tt-RU"/>
              </w:rPr>
            </w:pPr>
          </w:p>
        </w:tc>
        <w:tc>
          <w:tcPr>
            <w:tcW w:w="4466" w:type="dxa"/>
          </w:tcPr>
          <w:p w14:paraId="01590E64" w14:textId="77777777" w:rsidR="00AA2478" w:rsidRDefault="00863D41" w:rsidP="00AA2478">
            <w:pPr>
              <w:rPr>
                <w:rFonts w:cs="Times New Roman"/>
                <w:sz w:val="16"/>
                <w:szCs w:val="16"/>
                <w:lang w:val="tt-RU"/>
              </w:rPr>
            </w:pPr>
            <w:hyperlink r:id="rId11" w:history="1">
              <w:r w:rsidR="00AA2478" w:rsidRPr="00C12EE6">
                <w:rPr>
                  <w:rStyle w:val="af2"/>
                  <w:rFonts w:cs="Times New Roman"/>
                  <w:sz w:val="16"/>
                  <w:szCs w:val="16"/>
                  <w:lang w:val="tt-RU"/>
                </w:rPr>
                <w:t>https://disk.yandex.ru/d/z8T8CjAwkDi3lQ?w=1</w:t>
              </w:r>
            </w:hyperlink>
          </w:p>
          <w:p w14:paraId="5089C7E7" w14:textId="77777777" w:rsidR="00AA2478" w:rsidRPr="00AC5F97" w:rsidRDefault="00AA2478" w:rsidP="00AA2478">
            <w:pPr>
              <w:rPr>
                <w:rFonts w:cs="Times New Roman"/>
                <w:sz w:val="16"/>
                <w:szCs w:val="16"/>
                <w:lang w:val="tt-RU"/>
              </w:rPr>
            </w:pPr>
          </w:p>
        </w:tc>
      </w:tr>
      <w:tr w:rsidR="00AA2478" w:rsidRPr="00BC2AF3" w14:paraId="4A64CC52" w14:textId="77777777" w:rsidTr="00AA2478">
        <w:trPr>
          <w:trHeight w:val="407"/>
        </w:trPr>
        <w:tc>
          <w:tcPr>
            <w:tcW w:w="951" w:type="dxa"/>
          </w:tcPr>
          <w:p w14:paraId="736F9204"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2-3</w:t>
            </w:r>
          </w:p>
        </w:tc>
        <w:tc>
          <w:tcPr>
            <w:tcW w:w="7515" w:type="dxa"/>
            <w:vMerge/>
          </w:tcPr>
          <w:p w14:paraId="1A419A84" w14:textId="77777777" w:rsidR="00AA2478" w:rsidRPr="002C23D0" w:rsidRDefault="00AA2478" w:rsidP="00AA2478">
            <w:pPr>
              <w:rPr>
                <w:rFonts w:cs="Times New Roman"/>
                <w:sz w:val="24"/>
                <w:szCs w:val="24"/>
                <w:lang w:val="tt-RU"/>
              </w:rPr>
            </w:pPr>
          </w:p>
        </w:tc>
        <w:tc>
          <w:tcPr>
            <w:tcW w:w="984" w:type="dxa"/>
            <w:vMerge/>
          </w:tcPr>
          <w:p w14:paraId="61D1858E" w14:textId="77777777" w:rsidR="00AA2478" w:rsidRPr="002C23D0" w:rsidRDefault="00AA2478" w:rsidP="00AA2478">
            <w:pPr>
              <w:jc w:val="center"/>
              <w:rPr>
                <w:rFonts w:cs="Times New Roman"/>
                <w:sz w:val="24"/>
                <w:szCs w:val="24"/>
                <w:lang w:val="tt-RU"/>
              </w:rPr>
            </w:pPr>
          </w:p>
        </w:tc>
        <w:tc>
          <w:tcPr>
            <w:tcW w:w="1098" w:type="dxa"/>
          </w:tcPr>
          <w:p w14:paraId="3DFD7CFE" w14:textId="77777777" w:rsidR="00AA2478" w:rsidRPr="002C23D0" w:rsidRDefault="00AA2478" w:rsidP="00AA2478">
            <w:pPr>
              <w:jc w:val="center"/>
              <w:rPr>
                <w:rFonts w:cs="Times New Roman"/>
                <w:sz w:val="24"/>
                <w:szCs w:val="24"/>
                <w:lang w:val="tt-RU"/>
              </w:rPr>
            </w:pPr>
          </w:p>
        </w:tc>
        <w:tc>
          <w:tcPr>
            <w:tcW w:w="1147" w:type="dxa"/>
          </w:tcPr>
          <w:p w14:paraId="40B0DF09" w14:textId="77777777" w:rsidR="00AA2478" w:rsidRPr="002C23D0" w:rsidRDefault="00AA2478" w:rsidP="00AA2478">
            <w:pPr>
              <w:rPr>
                <w:rFonts w:cs="Times New Roman"/>
                <w:sz w:val="24"/>
                <w:szCs w:val="24"/>
                <w:lang w:val="tt-RU"/>
              </w:rPr>
            </w:pPr>
          </w:p>
        </w:tc>
        <w:tc>
          <w:tcPr>
            <w:tcW w:w="4466" w:type="dxa"/>
          </w:tcPr>
          <w:p w14:paraId="5C69300A" w14:textId="77777777" w:rsidR="00AA2478" w:rsidRPr="00AC5F97" w:rsidRDefault="00AA2478" w:rsidP="00AA2478">
            <w:pPr>
              <w:rPr>
                <w:rFonts w:cs="Times New Roman"/>
                <w:sz w:val="16"/>
                <w:szCs w:val="16"/>
                <w:lang w:val="tt-RU"/>
              </w:rPr>
            </w:pPr>
          </w:p>
        </w:tc>
      </w:tr>
      <w:tr w:rsidR="00AA2478" w:rsidRPr="00BC2AF3" w14:paraId="5034B669" w14:textId="77777777" w:rsidTr="00AA2478">
        <w:trPr>
          <w:trHeight w:val="143"/>
        </w:trPr>
        <w:tc>
          <w:tcPr>
            <w:tcW w:w="951" w:type="dxa"/>
          </w:tcPr>
          <w:p w14:paraId="17FF33B8" w14:textId="77777777" w:rsidR="00AA2478" w:rsidRPr="0000114E" w:rsidRDefault="00AA2478" w:rsidP="00AA2478">
            <w:pPr>
              <w:rPr>
                <w:rFonts w:cs="Times New Roman"/>
                <w:sz w:val="24"/>
                <w:szCs w:val="24"/>
                <w:lang w:val="tt-RU"/>
              </w:rPr>
            </w:pPr>
            <w:r>
              <w:rPr>
                <w:rFonts w:cs="Times New Roman"/>
                <w:sz w:val="24"/>
                <w:szCs w:val="24"/>
                <w:lang w:val="tt-RU"/>
              </w:rPr>
              <w:t>4</w:t>
            </w:r>
          </w:p>
        </w:tc>
        <w:tc>
          <w:tcPr>
            <w:tcW w:w="7515" w:type="dxa"/>
            <w:vMerge/>
          </w:tcPr>
          <w:p w14:paraId="346FC9B9" w14:textId="77777777" w:rsidR="00AA2478" w:rsidRPr="002C23D0" w:rsidRDefault="00AA2478" w:rsidP="00AA2478">
            <w:pPr>
              <w:rPr>
                <w:rFonts w:cs="Times New Roman"/>
                <w:sz w:val="24"/>
                <w:szCs w:val="24"/>
                <w:lang w:val="tt-RU"/>
              </w:rPr>
            </w:pPr>
          </w:p>
        </w:tc>
        <w:tc>
          <w:tcPr>
            <w:tcW w:w="984" w:type="dxa"/>
            <w:vMerge/>
          </w:tcPr>
          <w:p w14:paraId="3F9A9AAB" w14:textId="77777777" w:rsidR="00AA2478" w:rsidRPr="002C23D0" w:rsidRDefault="00AA2478" w:rsidP="00AA2478">
            <w:pPr>
              <w:jc w:val="center"/>
              <w:rPr>
                <w:rFonts w:cs="Times New Roman"/>
                <w:sz w:val="24"/>
                <w:szCs w:val="24"/>
                <w:lang w:val="tt-RU"/>
              </w:rPr>
            </w:pPr>
          </w:p>
        </w:tc>
        <w:tc>
          <w:tcPr>
            <w:tcW w:w="1098" w:type="dxa"/>
          </w:tcPr>
          <w:p w14:paraId="292C7182" w14:textId="77777777" w:rsidR="00AA2478" w:rsidRPr="002C23D0" w:rsidRDefault="00AA2478" w:rsidP="00AA2478">
            <w:pPr>
              <w:jc w:val="center"/>
              <w:rPr>
                <w:rFonts w:cs="Times New Roman"/>
                <w:sz w:val="24"/>
                <w:szCs w:val="24"/>
                <w:lang w:val="tt-RU"/>
              </w:rPr>
            </w:pPr>
          </w:p>
        </w:tc>
        <w:tc>
          <w:tcPr>
            <w:tcW w:w="1147" w:type="dxa"/>
          </w:tcPr>
          <w:p w14:paraId="290B4478" w14:textId="77777777" w:rsidR="00AA2478" w:rsidRPr="002C23D0" w:rsidRDefault="00AA2478" w:rsidP="00AA2478">
            <w:pPr>
              <w:rPr>
                <w:rFonts w:cs="Times New Roman"/>
                <w:sz w:val="24"/>
                <w:szCs w:val="24"/>
                <w:lang w:val="tt-RU"/>
              </w:rPr>
            </w:pPr>
          </w:p>
        </w:tc>
        <w:tc>
          <w:tcPr>
            <w:tcW w:w="4466" w:type="dxa"/>
          </w:tcPr>
          <w:p w14:paraId="304E8AEF" w14:textId="77777777" w:rsidR="00AA2478" w:rsidRPr="00AC5F97" w:rsidRDefault="00AA2478" w:rsidP="00AA2478">
            <w:pPr>
              <w:rPr>
                <w:rFonts w:cs="Times New Roman"/>
                <w:sz w:val="16"/>
                <w:szCs w:val="16"/>
                <w:lang w:val="tt-RU"/>
              </w:rPr>
            </w:pPr>
          </w:p>
        </w:tc>
      </w:tr>
      <w:tr w:rsidR="00AA2478" w:rsidRPr="00600724" w14:paraId="6BDAF1C9" w14:textId="77777777" w:rsidTr="00AA2478">
        <w:tc>
          <w:tcPr>
            <w:tcW w:w="951" w:type="dxa"/>
          </w:tcPr>
          <w:p w14:paraId="1146ADD8"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5</w:t>
            </w:r>
          </w:p>
        </w:tc>
        <w:tc>
          <w:tcPr>
            <w:tcW w:w="7515" w:type="dxa"/>
            <w:vMerge w:val="restart"/>
          </w:tcPr>
          <w:p w14:paraId="5F87E6D2" w14:textId="77777777" w:rsidR="00AA2478" w:rsidRPr="002C23D0" w:rsidRDefault="00AA2478" w:rsidP="00AA2478">
            <w:pPr>
              <w:rPr>
                <w:rFonts w:cs="Times New Roman"/>
                <w:sz w:val="24"/>
                <w:szCs w:val="24"/>
                <w:lang w:val="tt-RU"/>
              </w:rPr>
            </w:pPr>
            <w:r w:rsidRPr="002C23D0">
              <w:rPr>
                <w:rFonts w:cs="Times New Roman"/>
                <w:sz w:val="24"/>
                <w:szCs w:val="24"/>
                <w:lang w:val="tt-RU"/>
              </w:rPr>
              <w:t>Калын һәм нечкә әйтелешле сүзләр. Аларга кушымчалар ялгау. Көн тәртибе</w:t>
            </w:r>
          </w:p>
        </w:tc>
        <w:tc>
          <w:tcPr>
            <w:tcW w:w="984" w:type="dxa"/>
            <w:vMerge w:val="restart"/>
          </w:tcPr>
          <w:p w14:paraId="7BAEFEB2" w14:textId="77777777" w:rsidR="00AA2478" w:rsidRPr="002C23D0" w:rsidRDefault="00AA2478" w:rsidP="00AA2478">
            <w:pPr>
              <w:jc w:val="center"/>
              <w:rPr>
                <w:rFonts w:cs="Times New Roman"/>
                <w:sz w:val="24"/>
                <w:szCs w:val="24"/>
                <w:lang w:val="tt-RU"/>
              </w:rPr>
            </w:pPr>
            <w:r>
              <w:rPr>
                <w:rFonts w:cs="Times New Roman"/>
                <w:sz w:val="24"/>
                <w:szCs w:val="24"/>
                <w:lang w:val="tt-RU"/>
              </w:rPr>
              <w:t>4</w:t>
            </w:r>
          </w:p>
        </w:tc>
        <w:tc>
          <w:tcPr>
            <w:tcW w:w="1098" w:type="dxa"/>
          </w:tcPr>
          <w:p w14:paraId="036DEEE6" w14:textId="77777777" w:rsidR="00AA2478" w:rsidRPr="002C23D0" w:rsidRDefault="00AA2478" w:rsidP="00AA2478">
            <w:pPr>
              <w:jc w:val="center"/>
              <w:rPr>
                <w:rFonts w:cs="Times New Roman"/>
                <w:sz w:val="24"/>
                <w:szCs w:val="24"/>
                <w:lang w:val="tt-RU"/>
              </w:rPr>
            </w:pPr>
          </w:p>
        </w:tc>
        <w:tc>
          <w:tcPr>
            <w:tcW w:w="1147" w:type="dxa"/>
          </w:tcPr>
          <w:p w14:paraId="2B72A753" w14:textId="77777777" w:rsidR="00AA2478" w:rsidRPr="002C23D0" w:rsidRDefault="00AA2478" w:rsidP="00AA2478">
            <w:pPr>
              <w:rPr>
                <w:rFonts w:cs="Times New Roman"/>
                <w:sz w:val="24"/>
                <w:szCs w:val="24"/>
                <w:lang w:val="tt-RU"/>
              </w:rPr>
            </w:pPr>
          </w:p>
        </w:tc>
        <w:tc>
          <w:tcPr>
            <w:tcW w:w="4466" w:type="dxa"/>
          </w:tcPr>
          <w:p w14:paraId="6889F6B6" w14:textId="77777777" w:rsidR="00AA2478" w:rsidRDefault="00863D41" w:rsidP="00AA2478">
            <w:pPr>
              <w:rPr>
                <w:rFonts w:cs="Times New Roman"/>
                <w:sz w:val="16"/>
                <w:szCs w:val="16"/>
                <w:lang w:val="tt-RU"/>
              </w:rPr>
            </w:pPr>
            <w:hyperlink r:id="rId12" w:history="1">
              <w:r w:rsidR="00AA2478" w:rsidRPr="00C12EE6">
                <w:rPr>
                  <w:rStyle w:val="af2"/>
                  <w:rFonts w:cs="Times New Roman"/>
                  <w:sz w:val="16"/>
                  <w:szCs w:val="16"/>
                  <w:lang w:val="tt-RU"/>
                </w:rPr>
                <w:t>http://www.antat.ru/ru/iyli/publishing/book/2019/метод_2%20кл-новый.pdf</w:t>
              </w:r>
            </w:hyperlink>
          </w:p>
          <w:p w14:paraId="0FCAA2F9" w14:textId="77777777" w:rsidR="00AA2478" w:rsidRPr="00AC5F97" w:rsidRDefault="00AA2478" w:rsidP="00AA2478">
            <w:pPr>
              <w:rPr>
                <w:rFonts w:cs="Times New Roman"/>
                <w:sz w:val="16"/>
                <w:szCs w:val="16"/>
                <w:lang w:val="tt-RU"/>
              </w:rPr>
            </w:pPr>
          </w:p>
        </w:tc>
      </w:tr>
      <w:tr w:rsidR="00AA2478" w:rsidRPr="00BC2AF3" w14:paraId="35F26320" w14:textId="77777777" w:rsidTr="00AA2478">
        <w:tc>
          <w:tcPr>
            <w:tcW w:w="951" w:type="dxa"/>
          </w:tcPr>
          <w:p w14:paraId="497AA939"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6</w:t>
            </w:r>
          </w:p>
        </w:tc>
        <w:tc>
          <w:tcPr>
            <w:tcW w:w="7515" w:type="dxa"/>
            <w:vMerge/>
          </w:tcPr>
          <w:p w14:paraId="01BADDA2" w14:textId="77777777" w:rsidR="00AA2478" w:rsidRPr="002C23D0" w:rsidRDefault="00AA2478" w:rsidP="00AA2478">
            <w:pPr>
              <w:rPr>
                <w:rFonts w:cs="Times New Roman"/>
                <w:sz w:val="24"/>
                <w:szCs w:val="24"/>
                <w:lang w:val="tt-RU"/>
              </w:rPr>
            </w:pPr>
          </w:p>
        </w:tc>
        <w:tc>
          <w:tcPr>
            <w:tcW w:w="984" w:type="dxa"/>
            <w:vMerge/>
          </w:tcPr>
          <w:p w14:paraId="78D52EDE" w14:textId="77777777" w:rsidR="00AA2478" w:rsidRPr="002C23D0" w:rsidRDefault="00AA2478" w:rsidP="00AA2478">
            <w:pPr>
              <w:jc w:val="center"/>
              <w:rPr>
                <w:rFonts w:cs="Times New Roman"/>
                <w:sz w:val="24"/>
                <w:szCs w:val="24"/>
                <w:lang w:val="tt-RU"/>
              </w:rPr>
            </w:pPr>
          </w:p>
        </w:tc>
        <w:tc>
          <w:tcPr>
            <w:tcW w:w="1098" w:type="dxa"/>
          </w:tcPr>
          <w:p w14:paraId="2574027F" w14:textId="77777777" w:rsidR="00AA2478" w:rsidRPr="002C23D0" w:rsidRDefault="00AA2478" w:rsidP="00AA2478">
            <w:pPr>
              <w:jc w:val="center"/>
              <w:rPr>
                <w:rFonts w:cs="Times New Roman"/>
                <w:sz w:val="24"/>
                <w:szCs w:val="24"/>
                <w:lang w:val="tt-RU"/>
              </w:rPr>
            </w:pPr>
          </w:p>
        </w:tc>
        <w:tc>
          <w:tcPr>
            <w:tcW w:w="1147" w:type="dxa"/>
          </w:tcPr>
          <w:p w14:paraId="6E9098AD" w14:textId="77777777" w:rsidR="00AA2478" w:rsidRPr="002C23D0" w:rsidRDefault="00AA2478" w:rsidP="00AA2478">
            <w:pPr>
              <w:rPr>
                <w:rFonts w:cs="Times New Roman"/>
                <w:sz w:val="24"/>
                <w:szCs w:val="24"/>
                <w:lang w:val="tt-RU"/>
              </w:rPr>
            </w:pPr>
          </w:p>
        </w:tc>
        <w:tc>
          <w:tcPr>
            <w:tcW w:w="4466" w:type="dxa"/>
          </w:tcPr>
          <w:p w14:paraId="3C3E1D2F" w14:textId="77777777" w:rsidR="00AA2478" w:rsidRPr="00AC5F97" w:rsidRDefault="00AA2478" w:rsidP="00AA2478">
            <w:pPr>
              <w:rPr>
                <w:rFonts w:cs="Times New Roman"/>
                <w:sz w:val="16"/>
                <w:szCs w:val="16"/>
                <w:lang w:val="tt-RU"/>
              </w:rPr>
            </w:pPr>
          </w:p>
        </w:tc>
      </w:tr>
      <w:tr w:rsidR="00AA2478" w:rsidRPr="00BC2AF3" w14:paraId="43A461E7" w14:textId="77777777" w:rsidTr="00AA2478">
        <w:tc>
          <w:tcPr>
            <w:tcW w:w="951" w:type="dxa"/>
          </w:tcPr>
          <w:p w14:paraId="2ED18E4E" w14:textId="77777777" w:rsidR="00AA2478" w:rsidRDefault="00AA2478" w:rsidP="00AA2478">
            <w:pPr>
              <w:pStyle w:val="ac"/>
              <w:ind w:left="0"/>
              <w:rPr>
                <w:rFonts w:cs="Times New Roman"/>
                <w:sz w:val="24"/>
                <w:szCs w:val="24"/>
                <w:lang w:val="tt-RU"/>
              </w:rPr>
            </w:pPr>
            <w:r>
              <w:rPr>
                <w:rFonts w:cs="Times New Roman"/>
                <w:sz w:val="24"/>
                <w:szCs w:val="24"/>
                <w:lang w:val="tt-RU"/>
              </w:rPr>
              <w:t>7</w:t>
            </w:r>
          </w:p>
          <w:p w14:paraId="384D0B58"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w:t>
            </w:r>
          </w:p>
        </w:tc>
        <w:tc>
          <w:tcPr>
            <w:tcW w:w="7515" w:type="dxa"/>
            <w:vMerge/>
          </w:tcPr>
          <w:p w14:paraId="7EB913F8" w14:textId="77777777" w:rsidR="00AA2478" w:rsidRPr="002C23D0" w:rsidRDefault="00AA2478" w:rsidP="00AA2478">
            <w:pPr>
              <w:rPr>
                <w:rFonts w:cs="Times New Roman"/>
                <w:sz w:val="24"/>
                <w:szCs w:val="24"/>
                <w:lang w:val="tt-RU"/>
              </w:rPr>
            </w:pPr>
          </w:p>
        </w:tc>
        <w:tc>
          <w:tcPr>
            <w:tcW w:w="984" w:type="dxa"/>
            <w:vMerge/>
          </w:tcPr>
          <w:p w14:paraId="1D400B9B" w14:textId="77777777" w:rsidR="00AA2478" w:rsidRPr="002C23D0" w:rsidRDefault="00AA2478" w:rsidP="00AA2478">
            <w:pPr>
              <w:jc w:val="center"/>
              <w:rPr>
                <w:rFonts w:cs="Times New Roman"/>
                <w:sz w:val="24"/>
                <w:szCs w:val="24"/>
                <w:lang w:val="tt-RU"/>
              </w:rPr>
            </w:pPr>
          </w:p>
        </w:tc>
        <w:tc>
          <w:tcPr>
            <w:tcW w:w="1098" w:type="dxa"/>
          </w:tcPr>
          <w:p w14:paraId="3D09EC2F" w14:textId="77777777" w:rsidR="00AA2478" w:rsidRPr="002C23D0" w:rsidRDefault="00AA2478" w:rsidP="00AA2478">
            <w:pPr>
              <w:jc w:val="center"/>
              <w:rPr>
                <w:rFonts w:cs="Times New Roman"/>
                <w:sz w:val="24"/>
                <w:szCs w:val="24"/>
                <w:lang w:val="tt-RU"/>
              </w:rPr>
            </w:pPr>
          </w:p>
        </w:tc>
        <w:tc>
          <w:tcPr>
            <w:tcW w:w="1147" w:type="dxa"/>
          </w:tcPr>
          <w:p w14:paraId="40B6ADBA" w14:textId="77777777" w:rsidR="00AA2478" w:rsidRPr="002C23D0" w:rsidRDefault="00AA2478" w:rsidP="00AA2478">
            <w:pPr>
              <w:rPr>
                <w:rFonts w:cs="Times New Roman"/>
                <w:sz w:val="24"/>
                <w:szCs w:val="24"/>
                <w:lang w:val="tt-RU"/>
              </w:rPr>
            </w:pPr>
          </w:p>
        </w:tc>
        <w:tc>
          <w:tcPr>
            <w:tcW w:w="4466" w:type="dxa"/>
          </w:tcPr>
          <w:p w14:paraId="3B338C91" w14:textId="77777777" w:rsidR="00AA2478" w:rsidRPr="00AC5F97" w:rsidRDefault="00AA2478" w:rsidP="00AA2478">
            <w:pPr>
              <w:rPr>
                <w:rFonts w:cs="Times New Roman"/>
                <w:sz w:val="16"/>
                <w:szCs w:val="16"/>
                <w:lang w:val="tt-RU"/>
              </w:rPr>
            </w:pPr>
          </w:p>
        </w:tc>
      </w:tr>
      <w:tr w:rsidR="00AA2478" w:rsidRPr="00600724" w14:paraId="0025F0C9" w14:textId="77777777" w:rsidTr="00AA2478">
        <w:trPr>
          <w:trHeight w:val="517"/>
        </w:trPr>
        <w:tc>
          <w:tcPr>
            <w:tcW w:w="951" w:type="dxa"/>
          </w:tcPr>
          <w:p w14:paraId="144CC2D9"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9</w:t>
            </w:r>
          </w:p>
        </w:tc>
        <w:tc>
          <w:tcPr>
            <w:tcW w:w="7515" w:type="dxa"/>
            <w:vMerge w:val="restart"/>
          </w:tcPr>
          <w:p w14:paraId="5FDBAFD5" w14:textId="77777777" w:rsidR="00AA2478" w:rsidRPr="002C23D0" w:rsidRDefault="00AA2478" w:rsidP="00AA2478">
            <w:pPr>
              <w:rPr>
                <w:rFonts w:cs="Times New Roman"/>
                <w:sz w:val="24"/>
                <w:szCs w:val="24"/>
                <w:lang w:val="tt-RU"/>
              </w:rPr>
            </w:pPr>
            <w:r w:rsidRPr="002C23D0">
              <w:rPr>
                <w:rFonts w:cs="Times New Roman"/>
                <w:sz w:val="24"/>
                <w:szCs w:val="24"/>
                <w:lang w:val="tt-RU"/>
              </w:rPr>
              <w:t>[Звуки ; а], [о], [ы], [ө] /   а], [о], [ы], [ө] авазлары. Дус гаилә – бәхетле гаилә</w:t>
            </w:r>
          </w:p>
          <w:p w14:paraId="09F576A4" w14:textId="77777777" w:rsidR="00AA2478" w:rsidRPr="002C23D0" w:rsidRDefault="00AA2478" w:rsidP="00AA2478">
            <w:pPr>
              <w:rPr>
                <w:rFonts w:cs="Times New Roman"/>
                <w:sz w:val="24"/>
                <w:szCs w:val="24"/>
                <w:lang w:val="tt-RU"/>
              </w:rPr>
            </w:pPr>
          </w:p>
        </w:tc>
        <w:tc>
          <w:tcPr>
            <w:tcW w:w="984" w:type="dxa"/>
            <w:vMerge w:val="restart"/>
          </w:tcPr>
          <w:p w14:paraId="28D53983" w14:textId="77777777" w:rsidR="00AA2478" w:rsidRPr="002C23D0" w:rsidRDefault="00AA2478" w:rsidP="00AA2478">
            <w:pPr>
              <w:jc w:val="center"/>
              <w:rPr>
                <w:rFonts w:cs="Times New Roman"/>
                <w:sz w:val="24"/>
                <w:szCs w:val="24"/>
                <w:lang w:val="tt-RU"/>
              </w:rPr>
            </w:pPr>
            <w:r>
              <w:rPr>
                <w:rFonts w:cs="Times New Roman"/>
                <w:sz w:val="24"/>
                <w:szCs w:val="24"/>
                <w:lang w:val="tt-RU"/>
              </w:rPr>
              <w:t>4</w:t>
            </w:r>
          </w:p>
          <w:p w14:paraId="170C1874" w14:textId="77777777" w:rsidR="00AA2478" w:rsidRPr="002C23D0" w:rsidRDefault="00AA2478" w:rsidP="00AA2478">
            <w:pPr>
              <w:jc w:val="center"/>
              <w:rPr>
                <w:rFonts w:cs="Times New Roman"/>
                <w:sz w:val="24"/>
                <w:szCs w:val="24"/>
                <w:lang w:val="tt-RU"/>
              </w:rPr>
            </w:pPr>
          </w:p>
        </w:tc>
        <w:tc>
          <w:tcPr>
            <w:tcW w:w="1098" w:type="dxa"/>
          </w:tcPr>
          <w:p w14:paraId="4612E704" w14:textId="77777777" w:rsidR="00AA2478" w:rsidRPr="002C23D0" w:rsidRDefault="00AA2478" w:rsidP="00AA2478">
            <w:pPr>
              <w:jc w:val="center"/>
              <w:rPr>
                <w:rFonts w:cs="Times New Roman"/>
                <w:sz w:val="24"/>
                <w:szCs w:val="24"/>
                <w:lang w:val="tt-RU"/>
              </w:rPr>
            </w:pPr>
          </w:p>
        </w:tc>
        <w:tc>
          <w:tcPr>
            <w:tcW w:w="1147" w:type="dxa"/>
          </w:tcPr>
          <w:p w14:paraId="5E356C3A" w14:textId="77777777" w:rsidR="00AA2478" w:rsidRPr="002C23D0" w:rsidRDefault="00AA2478" w:rsidP="00AA2478">
            <w:pPr>
              <w:rPr>
                <w:rFonts w:cs="Times New Roman"/>
                <w:sz w:val="24"/>
                <w:szCs w:val="24"/>
                <w:lang w:val="tt-RU"/>
              </w:rPr>
            </w:pPr>
          </w:p>
        </w:tc>
        <w:tc>
          <w:tcPr>
            <w:tcW w:w="4466" w:type="dxa"/>
          </w:tcPr>
          <w:p w14:paraId="4285DCDD" w14:textId="77777777" w:rsidR="00AA2478" w:rsidRDefault="00863D41" w:rsidP="00AA2478">
            <w:pPr>
              <w:rPr>
                <w:rFonts w:cs="Times New Roman"/>
                <w:sz w:val="16"/>
                <w:szCs w:val="16"/>
                <w:lang w:val="tt-RU"/>
              </w:rPr>
            </w:pPr>
            <w:hyperlink r:id="rId13" w:history="1">
              <w:r w:rsidR="00AA2478" w:rsidRPr="00C12EE6">
                <w:rPr>
                  <w:rStyle w:val="af2"/>
                  <w:rFonts w:cs="Times New Roman"/>
                  <w:sz w:val="16"/>
                  <w:szCs w:val="16"/>
                  <w:lang w:val="tt-RU"/>
                </w:rPr>
                <w:t>https://mon.tatarstan.ru/razrabotki-urokov-po-rodnomu-tatarskomu-yaziku-i.htm</w:t>
              </w:r>
            </w:hyperlink>
          </w:p>
          <w:p w14:paraId="2476E46D" w14:textId="77777777" w:rsidR="00AA2478" w:rsidRPr="00AC5F97" w:rsidRDefault="00AA2478" w:rsidP="00AA2478">
            <w:pPr>
              <w:rPr>
                <w:rFonts w:cs="Times New Roman"/>
                <w:sz w:val="16"/>
                <w:szCs w:val="16"/>
                <w:lang w:val="tt-RU"/>
              </w:rPr>
            </w:pPr>
          </w:p>
        </w:tc>
      </w:tr>
      <w:tr w:rsidR="00AA2478" w:rsidRPr="00BC2AF3" w14:paraId="74F15718" w14:textId="77777777" w:rsidTr="00AA2478">
        <w:trPr>
          <w:trHeight w:val="517"/>
        </w:trPr>
        <w:tc>
          <w:tcPr>
            <w:tcW w:w="951" w:type="dxa"/>
          </w:tcPr>
          <w:p w14:paraId="4A92F190"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10</w:t>
            </w:r>
          </w:p>
        </w:tc>
        <w:tc>
          <w:tcPr>
            <w:tcW w:w="7515" w:type="dxa"/>
            <w:vMerge/>
          </w:tcPr>
          <w:p w14:paraId="0249F10B" w14:textId="77777777" w:rsidR="00AA2478" w:rsidRPr="002C23D0" w:rsidRDefault="00AA2478" w:rsidP="00AA2478">
            <w:pPr>
              <w:rPr>
                <w:rFonts w:cs="Times New Roman"/>
                <w:sz w:val="24"/>
                <w:szCs w:val="24"/>
                <w:lang w:val="tt-RU"/>
              </w:rPr>
            </w:pPr>
          </w:p>
        </w:tc>
        <w:tc>
          <w:tcPr>
            <w:tcW w:w="984" w:type="dxa"/>
            <w:vMerge/>
          </w:tcPr>
          <w:p w14:paraId="69B0D8AF" w14:textId="77777777" w:rsidR="00AA2478" w:rsidRPr="002C23D0" w:rsidRDefault="00AA2478" w:rsidP="00AA2478">
            <w:pPr>
              <w:jc w:val="center"/>
              <w:rPr>
                <w:rFonts w:cs="Times New Roman"/>
                <w:sz w:val="24"/>
                <w:szCs w:val="24"/>
                <w:lang w:val="tt-RU"/>
              </w:rPr>
            </w:pPr>
          </w:p>
        </w:tc>
        <w:tc>
          <w:tcPr>
            <w:tcW w:w="1098" w:type="dxa"/>
          </w:tcPr>
          <w:p w14:paraId="4075996D" w14:textId="77777777" w:rsidR="00AA2478" w:rsidRPr="002C23D0" w:rsidRDefault="00AA2478" w:rsidP="00AA2478">
            <w:pPr>
              <w:jc w:val="center"/>
              <w:rPr>
                <w:rFonts w:cs="Times New Roman"/>
                <w:sz w:val="24"/>
                <w:szCs w:val="24"/>
                <w:lang w:val="tt-RU"/>
              </w:rPr>
            </w:pPr>
          </w:p>
        </w:tc>
        <w:tc>
          <w:tcPr>
            <w:tcW w:w="1147" w:type="dxa"/>
          </w:tcPr>
          <w:p w14:paraId="7A8BD1FF" w14:textId="77777777" w:rsidR="00AA2478" w:rsidRPr="002C23D0" w:rsidRDefault="00AA2478" w:rsidP="00AA2478">
            <w:pPr>
              <w:rPr>
                <w:rFonts w:cs="Times New Roman"/>
                <w:sz w:val="24"/>
                <w:szCs w:val="24"/>
                <w:lang w:val="tt-RU"/>
              </w:rPr>
            </w:pPr>
          </w:p>
        </w:tc>
        <w:tc>
          <w:tcPr>
            <w:tcW w:w="4466" w:type="dxa"/>
          </w:tcPr>
          <w:p w14:paraId="610416F3" w14:textId="77777777" w:rsidR="00AA2478" w:rsidRPr="00AC5F97" w:rsidRDefault="00AA2478" w:rsidP="00AA2478">
            <w:pPr>
              <w:rPr>
                <w:rFonts w:cs="Times New Roman"/>
                <w:sz w:val="16"/>
                <w:szCs w:val="16"/>
                <w:lang w:val="tt-RU"/>
              </w:rPr>
            </w:pPr>
          </w:p>
        </w:tc>
      </w:tr>
      <w:tr w:rsidR="00AA2478" w:rsidRPr="00BC2AF3" w14:paraId="43C180FE" w14:textId="77777777" w:rsidTr="00AA2478">
        <w:trPr>
          <w:trHeight w:val="517"/>
        </w:trPr>
        <w:tc>
          <w:tcPr>
            <w:tcW w:w="951" w:type="dxa"/>
          </w:tcPr>
          <w:p w14:paraId="69A7265B" w14:textId="77777777" w:rsidR="00AA2478" w:rsidRDefault="00AA2478" w:rsidP="00AA2478">
            <w:pPr>
              <w:pStyle w:val="ac"/>
              <w:ind w:left="0"/>
              <w:rPr>
                <w:rFonts w:cs="Times New Roman"/>
                <w:sz w:val="24"/>
                <w:szCs w:val="24"/>
                <w:lang w:val="tt-RU"/>
              </w:rPr>
            </w:pPr>
            <w:r>
              <w:rPr>
                <w:rFonts w:cs="Times New Roman"/>
                <w:sz w:val="24"/>
                <w:szCs w:val="24"/>
                <w:lang w:val="tt-RU"/>
              </w:rPr>
              <w:lastRenderedPageBreak/>
              <w:t>11</w:t>
            </w:r>
          </w:p>
          <w:p w14:paraId="4C776DF7"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12</w:t>
            </w:r>
          </w:p>
        </w:tc>
        <w:tc>
          <w:tcPr>
            <w:tcW w:w="7515" w:type="dxa"/>
            <w:vMerge/>
          </w:tcPr>
          <w:p w14:paraId="1CC26EB4" w14:textId="77777777" w:rsidR="00AA2478" w:rsidRPr="002C23D0" w:rsidRDefault="00AA2478" w:rsidP="00AA2478">
            <w:pPr>
              <w:rPr>
                <w:rFonts w:cs="Times New Roman"/>
                <w:sz w:val="24"/>
                <w:szCs w:val="24"/>
                <w:lang w:val="tt-RU"/>
              </w:rPr>
            </w:pPr>
          </w:p>
        </w:tc>
        <w:tc>
          <w:tcPr>
            <w:tcW w:w="984" w:type="dxa"/>
            <w:vMerge/>
          </w:tcPr>
          <w:p w14:paraId="6A1DBE4A" w14:textId="77777777" w:rsidR="00AA2478" w:rsidRPr="002C23D0" w:rsidRDefault="00AA2478" w:rsidP="00AA2478">
            <w:pPr>
              <w:jc w:val="center"/>
              <w:rPr>
                <w:rFonts w:cs="Times New Roman"/>
                <w:sz w:val="24"/>
                <w:szCs w:val="24"/>
                <w:lang w:val="tt-RU"/>
              </w:rPr>
            </w:pPr>
          </w:p>
        </w:tc>
        <w:tc>
          <w:tcPr>
            <w:tcW w:w="1098" w:type="dxa"/>
          </w:tcPr>
          <w:p w14:paraId="121A00FD" w14:textId="77777777" w:rsidR="00AA2478" w:rsidRPr="002C23D0" w:rsidRDefault="00AA2478" w:rsidP="00AA2478">
            <w:pPr>
              <w:jc w:val="center"/>
              <w:rPr>
                <w:rFonts w:cs="Times New Roman"/>
                <w:sz w:val="24"/>
                <w:szCs w:val="24"/>
                <w:lang w:val="tt-RU"/>
              </w:rPr>
            </w:pPr>
          </w:p>
        </w:tc>
        <w:tc>
          <w:tcPr>
            <w:tcW w:w="1147" w:type="dxa"/>
          </w:tcPr>
          <w:p w14:paraId="0AA4B72A" w14:textId="77777777" w:rsidR="00AA2478" w:rsidRPr="002C23D0" w:rsidRDefault="00AA2478" w:rsidP="00AA2478">
            <w:pPr>
              <w:rPr>
                <w:rFonts w:cs="Times New Roman"/>
                <w:sz w:val="24"/>
                <w:szCs w:val="24"/>
                <w:lang w:val="tt-RU"/>
              </w:rPr>
            </w:pPr>
          </w:p>
        </w:tc>
        <w:tc>
          <w:tcPr>
            <w:tcW w:w="4466" w:type="dxa"/>
          </w:tcPr>
          <w:p w14:paraId="6C138425" w14:textId="77777777" w:rsidR="00AA2478" w:rsidRPr="00AC5F97" w:rsidRDefault="00AA2478" w:rsidP="00AA2478">
            <w:pPr>
              <w:rPr>
                <w:rFonts w:cs="Times New Roman"/>
                <w:sz w:val="16"/>
                <w:szCs w:val="16"/>
                <w:lang w:val="tt-RU"/>
              </w:rPr>
            </w:pPr>
          </w:p>
        </w:tc>
      </w:tr>
      <w:tr w:rsidR="00AA2478" w:rsidRPr="00A1775A" w14:paraId="7D6F4DA4" w14:textId="77777777" w:rsidTr="00AA2478">
        <w:tc>
          <w:tcPr>
            <w:tcW w:w="951" w:type="dxa"/>
          </w:tcPr>
          <w:p w14:paraId="717E6C5C"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13</w:t>
            </w:r>
          </w:p>
        </w:tc>
        <w:tc>
          <w:tcPr>
            <w:tcW w:w="7515" w:type="dxa"/>
          </w:tcPr>
          <w:p w14:paraId="1A0FE854" w14:textId="77777777" w:rsidR="00AA2478" w:rsidRPr="002C23D0" w:rsidRDefault="00AA2478" w:rsidP="00AA2478">
            <w:pPr>
              <w:rPr>
                <w:rFonts w:cs="Times New Roman"/>
                <w:sz w:val="24"/>
                <w:szCs w:val="24"/>
                <w:lang w:val="tt-RU"/>
              </w:rPr>
            </w:pPr>
            <w:r w:rsidRPr="002C23D0">
              <w:rPr>
                <w:rFonts w:cs="Times New Roman"/>
                <w:sz w:val="24"/>
                <w:szCs w:val="24"/>
                <w:lang w:val="tt-RU"/>
              </w:rPr>
              <w:t>Текст белән эш. «Кадерле бүләк» тексты белән эш</w:t>
            </w:r>
          </w:p>
        </w:tc>
        <w:tc>
          <w:tcPr>
            <w:tcW w:w="984" w:type="dxa"/>
          </w:tcPr>
          <w:p w14:paraId="6F50AF5C"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05645C41" w14:textId="77777777" w:rsidR="00AA2478" w:rsidRPr="002C23D0" w:rsidRDefault="00AA2478" w:rsidP="00AA2478">
            <w:pPr>
              <w:jc w:val="center"/>
              <w:rPr>
                <w:rFonts w:cs="Times New Roman"/>
                <w:sz w:val="24"/>
                <w:szCs w:val="24"/>
                <w:lang w:val="tt-RU"/>
              </w:rPr>
            </w:pPr>
          </w:p>
        </w:tc>
        <w:tc>
          <w:tcPr>
            <w:tcW w:w="1147" w:type="dxa"/>
          </w:tcPr>
          <w:p w14:paraId="7633D897" w14:textId="77777777" w:rsidR="00AA2478" w:rsidRPr="002C23D0" w:rsidRDefault="00AA2478" w:rsidP="00AA2478">
            <w:pPr>
              <w:rPr>
                <w:rFonts w:cs="Times New Roman"/>
                <w:sz w:val="24"/>
                <w:szCs w:val="24"/>
                <w:lang w:val="tt-RU"/>
              </w:rPr>
            </w:pPr>
          </w:p>
        </w:tc>
        <w:tc>
          <w:tcPr>
            <w:tcW w:w="4466" w:type="dxa"/>
          </w:tcPr>
          <w:p w14:paraId="3E0914CA" w14:textId="77777777" w:rsidR="00AA2478" w:rsidRPr="00AC5F97" w:rsidRDefault="00AA2478" w:rsidP="00AA2478">
            <w:pPr>
              <w:rPr>
                <w:rFonts w:cs="Times New Roman"/>
                <w:sz w:val="16"/>
                <w:szCs w:val="16"/>
                <w:lang w:val="tt-RU"/>
              </w:rPr>
            </w:pPr>
          </w:p>
        </w:tc>
      </w:tr>
      <w:tr w:rsidR="00AA2478" w:rsidRPr="00600724" w14:paraId="2E7DB02E" w14:textId="77777777" w:rsidTr="00AA2478">
        <w:trPr>
          <w:trHeight w:val="423"/>
        </w:trPr>
        <w:tc>
          <w:tcPr>
            <w:tcW w:w="951" w:type="dxa"/>
          </w:tcPr>
          <w:p w14:paraId="320278A0" w14:textId="77777777" w:rsidR="00AA2478" w:rsidRDefault="00AA2478" w:rsidP="00AA2478">
            <w:pPr>
              <w:pStyle w:val="ac"/>
              <w:ind w:left="0"/>
              <w:rPr>
                <w:rFonts w:cs="Times New Roman"/>
                <w:sz w:val="24"/>
                <w:szCs w:val="24"/>
                <w:lang w:val="tt-RU"/>
              </w:rPr>
            </w:pPr>
            <w:r>
              <w:rPr>
                <w:rFonts w:cs="Times New Roman"/>
                <w:sz w:val="24"/>
                <w:szCs w:val="24"/>
                <w:lang w:val="tt-RU"/>
              </w:rPr>
              <w:t>14</w:t>
            </w:r>
          </w:p>
          <w:p w14:paraId="23DA6945"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15</w:t>
            </w:r>
          </w:p>
        </w:tc>
        <w:tc>
          <w:tcPr>
            <w:tcW w:w="7515" w:type="dxa"/>
            <w:vMerge w:val="restart"/>
          </w:tcPr>
          <w:p w14:paraId="0D053910" w14:textId="77777777" w:rsidR="00AA2478" w:rsidRPr="002C23D0" w:rsidRDefault="00AA2478" w:rsidP="00AA2478">
            <w:pPr>
              <w:rPr>
                <w:rFonts w:cs="Times New Roman"/>
                <w:sz w:val="24"/>
                <w:szCs w:val="24"/>
                <w:lang w:val="tt-RU"/>
              </w:rPr>
            </w:pPr>
            <w:r w:rsidRPr="002C23D0">
              <w:rPr>
                <w:rFonts w:cs="Times New Roman"/>
                <w:sz w:val="24"/>
                <w:szCs w:val="24"/>
                <w:lang w:val="tt-RU"/>
              </w:rPr>
              <w:t>Согласные звуки в татарском языке: специфичные согласные звуки [w], [ғ], [қ],.Тартык авазлар. Татар теленең үзенчәлекле авазлары [w], [ғ], [қ]. (Дуслар белән күңелле)</w:t>
            </w:r>
          </w:p>
        </w:tc>
        <w:tc>
          <w:tcPr>
            <w:tcW w:w="984" w:type="dxa"/>
            <w:vMerge w:val="restart"/>
          </w:tcPr>
          <w:p w14:paraId="1C6AC8BF" w14:textId="77777777" w:rsidR="00AA2478" w:rsidRPr="002C23D0" w:rsidRDefault="00AA2478" w:rsidP="00AA2478">
            <w:pPr>
              <w:jc w:val="center"/>
              <w:rPr>
                <w:rFonts w:cs="Times New Roman"/>
                <w:sz w:val="24"/>
                <w:szCs w:val="24"/>
                <w:lang w:val="tt-RU"/>
              </w:rPr>
            </w:pPr>
            <w:r>
              <w:rPr>
                <w:rFonts w:cs="Times New Roman"/>
                <w:sz w:val="24"/>
                <w:szCs w:val="24"/>
                <w:lang w:val="tt-RU"/>
              </w:rPr>
              <w:t>5</w:t>
            </w:r>
          </w:p>
        </w:tc>
        <w:tc>
          <w:tcPr>
            <w:tcW w:w="1098" w:type="dxa"/>
          </w:tcPr>
          <w:p w14:paraId="47A40820" w14:textId="77777777" w:rsidR="00AA2478" w:rsidRPr="002C23D0" w:rsidRDefault="00AA2478" w:rsidP="00AA2478">
            <w:pPr>
              <w:jc w:val="center"/>
              <w:rPr>
                <w:rFonts w:cs="Times New Roman"/>
                <w:sz w:val="24"/>
                <w:szCs w:val="24"/>
                <w:lang w:val="tt-RU"/>
              </w:rPr>
            </w:pPr>
          </w:p>
        </w:tc>
        <w:tc>
          <w:tcPr>
            <w:tcW w:w="1147" w:type="dxa"/>
          </w:tcPr>
          <w:p w14:paraId="7AD88B10" w14:textId="77777777" w:rsidR="00AA2478" w:rsidRPr="002C23D0" w:rsidRDefault="00AA2478" w:rsidP="00AA2478">
            <w:pPr>
              <w:rPr>
                <w:rFonts w:cs="Times New Roman"/>
                <w:sz w:val="24"/>
                <w:szCs w:val="24"/>
                <w:lang w:val="tt-RU"/>
              </w:rPr>
            </w:pPr>
          </w:p>
        </w:tc>
        <w:tc>
          <w:tcPr>
            <w:tcW w:w="4466" w:type="dxa"/>
          </w:tcPr>
          <w:p w14:paraId="605BE40A" w14:textId="77777777" w:rsidR="00AA2478" w:rsidRDefault="00863D41" w:rsidP="00AA2478">
            <w:pPr>
              <w:rPr>
                <w:rFonts w:cs="Times New Roman"/>
                <w:sz w:val="16"/>
                <w:szCs w:val="16"/>
                <w:lang w:val="tt-RU"/>
              </w:rPr>
            </w:pPr>
            <w:hyperlink r:id="rId14" w:history="1">
              <w:r w:rsidR="00AA2478" w:rsidRPr="00C12EE6">
                <w:rPr>
                  <w:rStyle w:val="af2"/>
                  <w:rFonts w:cs="Times New Roman"/>
                  <w:sz w:val="16"/>
                  <w:szCs w:val="16"/>
                  <w:lang w:val="tt-RU"/>
                </w:rPr>
                <w:t>https://mon.tatarstan.ru/razrabotki-urokov-po-rodnomu-tatarskomu-yaziku-i.htm</w:t>
              </w:r>
            </w:hyperlink>
          </w:p>
          <w:p w14:paraId="40483DF5" w14:textId="77777777" w:rsidR="00AA2478" w:rsidRPr="00AC5F97" w:rsidRDefault="00AA2478" w:rsidP="00AA2478">
            <w:pPr>
              <w:rPr>
                <w:rFonts w:cs="Times New Roman"/>
                <w:sz w:val="16"/>
                <w:szCs w:val="16"/>
                <w:lang w:val="tt-RU"/>
              </w:rPr>
            </w:pPr>
          </w:p>
        </w:tc>
      </w:tr>
      <w:tr w:rsidR="00AA2478" w:rsidRPr="00BC2AF3" w14:paraId="2B004140" w14:textId="77777777" w:rsidTr="00AA2478">
        <w:trPr>
          <w:trHeight w:val="416"/>
        </w:trPr>
        <w:tc>
          <w:tcPr>
            <w:tcW w:w="951" w:type="dxa"/>
          </w:tcPr>
          <w:p w14:paraId="26DC95D3"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16</w:t>
            </w:r>
          </w:p>
        </w:tc>
        <w:tc>
          <w:tcPr>
            <w:tcW w:w="7515" w:type="dxa"/>
            <w:vMerge/>
          </w:tcPr>
          <w:p w14:paraId="776C9392" w14:textId="77777777" w:rsidR="00AA2478" w:rsidRPr="002C23D0" w:rsidRDefault="00AA2478" w:rsidP="00AA2478">
            <w:pPr>
              <w:rPr>
                <w:rFonts w:cs="Times New Roman"/>
                <w:sz w:val="24"/>
                <w:szCs w:val="24"/>
                <w:lang w:val="tt-RU"/>
              </w:rPr>
            </w:pPr>
          </w:p>
        </w:tc>
        <w:tc>
          <w:tcPr>
            <w:tcW w:w="984" w:type="dxa"/>
            <w:vMerge/>
          </w:tcPr>
          <w:p w14:paraId="1B6632AA" w14:textId="77777777" w:rsidR="00AA2478" w:rsidRPr="002C23D0" w:rsidRDefault="00AA2478" w:rsidP="00AA2478">
            <w:pPr>
              <w:jc w:val="center"/>
              <w:rPr>
                <w:rFonts w:cs="Times New Roman"/>
                <w:sz w:val="24"/>
                <w:szCs w:val="24"/>
                <w:lang w:val="tt-RU"/>
              </w:rPr>
            </w:pPr>
          </w:p>
        </w:tc>
        <w:tc>
          <w:tcPr>
            <w:tcW w:w="1098" w:type="dxa"/>
          </w:tcPr>
          <w:p w14:paraId="3AB26984" w14:textId="77777777" w:rsidR="00AA2478" w:rsidRPr="002C23D0" w:rsidRDefault="00AA2478" w:rsidP="00AA2478">
            <w:pPr>
              <w:jc w:val="center"/>
              <w:rPr>
                <w:rFonts w:cs="Times New Roman"/>
                <w:sz w:val="24"/>
                <w:szCs w:val="24"/>
                <w:lang w:val="tt-RU"/>
              </w:rPr>
            </w:pPr>
          </w:p>
        </w:tc>
        <w:tc>
          <w:tcPr>
            <w:tcW w:w="1147" w:type="dxa"/>
          </w:tcPr>
          <w:p w14:paraId="6986CAE9" w14:textId="77777777" w:rsidR="00AA2478" w:rsidRPr="002C23D0" w:rsidRDefault="00AA2478" w:rsidP="00AA2478">
            <w:pPr>
              <w:rPr>
                <w:rFonts w:cs="Times New Roman"/>
                <w:sz w:val="24"/>
                <w:szCs w:val="24"/>
                <w:lang w:val="tt-RU"/>
              </w:rPr>
            </w:pPr>
          </w:p>
        </w:tc>
        <w:tc>
          <w:tcPr>
            <w:tcW w:w="4466" w:type="dxa"/>
          </w:tcPr>
          <w:p w14:paraId="7323444D" w14:textId="77777777" w:rsidR="00AA2478" w:rsidRPr="00AC5F97" w:rsidRDefault="00AA2478" w:rsidP="00AA2478">
            <w:pPr>
              <w:rPr>
                <w:rFonts w:cs="Times New Roman"/>
                <w:sz w:val="16"/>
                <w:szCs w:val="16"/>
                <w:lang w:val="tt-RU"/>
              </w:rPr>
            </w:pPr>
          </w:p>
        </w:tc>
      </w:tr>
      <w:tr w:rsidR="00AA2478" w:rsidRPr="00BC2AF3" w14:paraId="13740E7B" w14:textId="77777777" w:rsidTr="00AA2478">
        <w:trPr>
          <w:trHeight w:val="422"/>
        </w:trPr>
        <w:tc>
          <w:tcPr>
            <w:tcW w:w="951" w:type="dxa"/>
          </w:tcPr>
          <w:p w14:paraId="43D3F0B8" w14:textId="77777777" w:rsidR="00AA2478" w:rsidRDefault="00AA2478" w:rsidP="00AA2478">
            <w:pPr>
              <w:pStyle w:val="ac"/>
              <w:ind w:left="0"/>
              <w:rPr>
                <w:rFonts w:cs="Times New Roman"/>
                <w:sz w:val="24"/>
                <w:szCs w:val="24"/>
                <w:lang w:val="tt-RU"/>
              </w:rPr>
            </w:pPr>
            <w:r>
              <w:rPr>
                <w:rFonts w:cs="Times New Roman"/>
                <w:sz w:val="24"/>
                <w:szCs w:val="24"/>
                <w:lang w:val="tt-RU"/>
              </w:rPr>
              <w:t>17</w:t>
            </w:r>
          </w:p>
          <w:p w14:paraId="34C68CB9"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18</w:t>
            </w:r>
          </w:p>
        </w:tc>
        <w:tc>
          <w:tcPr>
            <w:tcW w:w="7515" w:type="dxa"/>
            <w:vMerge/>
          </w:tcPr>
          <w:p w14:paraId="401172CB" w14:textId="77777777" w:rsidR="00AA2478" w:rsidRPr="002C23D0" w:rsidRDefault="00AA2478" w:rsidP="00AA2478">
            <w:pPr>
              <w:rPr>
                <w:rFonts w:cs="Times New Roman"/>
                <w:sz w:val="24"/>
                <w:szCs w:val="24"/>
                <w:lang w:val="tt-RU"/>
              </w:rPr>
            </w:pPr>
          </w:p>
        </w:tc>
        <w:tc>
          <w:tcPr>
            <w:tcW w:w="984" w:type="dxa"/>
            <w:vMerge/>
          </w:tcPr>
          <w:p w14:paraId="786DAA90" w14:textId="77777777" w:rsidR="00AA2478" w:rsidRPr="002C23D0" w:rsidRDefault="00AA2478" w:rsidP="00AA2478">
            <w:pPr>
              <w:jc w:val="center"/>
              <w:rPr>
                <w:rFonts w:cs="Times New Roman"/>
                <w:sz w:val="24"/>
                <w:szCs w:val="24"/>
                <w:lang w:val="tt-RU"/>
              </w:rPr>
            </w:pPr>
          </w:p>
        </w:tc>
        <w:tc>
          <w:tcPr>
            <w:tcW w:w="1098" w:type="dxa"/>
          </w:tcPr>
          <w:p w14:paraId="223547D5" w14:textId="77777777" w:rsidR="00AA2478" w:rsidRPr="002C23D0" w:rsidRDefault="00AA2478" w:rsidP="00AA2478">
            <w:pPr>
              <w:jc w:val="center"/>
              <w:rPr>
                <w:rFonts w:cs="Times New Roman"/>
                <w:sz w:val="24"/>
                <w:szCs w:val="24"/>
                <w:lang w:val="tt-RU"/>
              </w:rPr>
            </w:pPr>
          </w:p>
        </w:tc>
        <w:tc>
          <w:tcPr>
            <w:tcW w:w="1147" w:type="dxa"/>
          </w:tcPr>
          <w:p w14:paraId="7111710C" w14:textId="77777777" w:rsidR="00AA2478" w:rsidRPr="002C23D0" w:rsidRDefault="00AA2478" w:rsidP="00AA2478">
            <w:pPr>
              <w:rPr>
                <w:rFonts w:cs="Times New Roman"/>
                <w:sz w:val="24"/>
                <w:szCs w:val="24"/>
                <w:lang w:val="tt-RU"/>
              </w:rPr>
            </w:pPr>
          </w:p>
        </w:tc>
        <w:tc>
          <w:tcPr>
            <w:tcW w:w="4466" w:type="dxa"/>
          </w:tcPr>
          <w:p w14:paraId="452ABBD1" w14:textId="77777777" w:rsidR="00AA2478" w:rsidRPr="00AC5F97" w:rsidRDefault="00AA2478" w:rsidP="00AA2478">
            <w:pPr>
              <w:rPr>
                <w:rFonts w:cs="Times New Roman"/>
                <w:sz w:val="16"/>
                <w:szCs w:val="16"/>
                <w:lang w:val="tt-RU"/>
              </w:rPr>
            </w:pPr>
          </w:p>
        </w:tc>
      </w:tr>
      <w:tr w:rsidR="00AA2478" w:rsidRPr="00600724" w14:paraId="70282C17" w14:textId="77777777" w:rsidTr="00AA2478">
        <w:trPr>
          <w:trHeight w:val="527"/>
        </w:trPr>
        <w:tc>
          <w:tcPr>
            <w:tcW w:w="951" w:type="dxa"/>
          </w:tcPr>
          <w:p w14:paraId="665C3815"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19</w:t>
            </w:r>
          </w:p>
        </w:tc>
        <w:tc>
          <w:tcPr>
            <w:tcW w:w="7515" w:type="dxa"/>
            <w:vMerge w:val="restart"/>
          </w:tcPr>
          <w:p w14:paraId="7AE06EB1" w14:textId="77777777" w:rsidR="00AA2478" w:rsidRPr="002C23D0" w:rsidRDefault="00AA2478" w:rsidP="00AA2478">
            <w:pPr>
              <w:rPr>
                <w:rFonts w:cs="Times New Roman"/>
                <w:sz w:val="24"/>
                <w:szCs w:val="24"/>
                <w:lang w:val="tt-RU"/>
              </w:rPr>
            </w:pPr>
            <w:r w:rsidRPr="002C23D0">
              <w:rPr>
                <w:rFonts w:cs="Times New Roman"/>
                <w:sz w:val="24"/>
                <w:szCs w:val="24"/>
              </w:rPr>
              <w:t>Согласные звуки в татарском языке: специфичные согласные звуки</w:t>
            </w:r>
            <w:proofErr w:type="gramStart"/>
            <w:r w:rsidRPr="002C23D0">
              <w:rPr>
                <w:rFonts w:cs="Times New Roman"/>
                <w:sz w:val="24"/>
                <w:szCs w:val="24"/>
              </w:rPr>
              <w:t xml:space="preserve"> [җ], [ң], [һ]. </w:t>
            </w:r>
            <w:proofErr w:type="gramEnd"/>
            <w:r w:rsidRPr="002C23D0">
              <w:rPr>
                <w:rFonts w:cs="Times New Roman"/>
                <w:sz w:val="24"/>
                <w:szCs w:val="24"/>
                <w:lang w:val="tt-RU"/>
              </w:rPr>
              <w:t>Татар теленең үзенчәлекле авазлары [җ], [ң], [һ] .Дус яшәү серләре</w:t>
            </w:r>
          </w:p>
          <w:p w14:paraId="0F03802E" w14:textId="77777777" w:rsidR="00AA2478" w:rsidRPr="002C23D0" w:rsidRDefault="00AA2478" w:rsidP="00AA2478">
            <w:pPr>
              <w:rPr>
                <w:rFonts w:cs="Times New Roman"/>
                <w:sz w:val="24"/>
                <w:szCs w:val="24"/>
                <w:lang w:val="tt-RU"/>
              </w:rPr>
            </w:pPr>
          </w:p>
        </w:tc>
        <w:tc>
          <w:tcPr>
            <w:tcW w:w="984" w:type="dxa"/>
            <w:vMerge w:val="restart"/>
          </w:tcPr>
          <w:p w14:paraId="14590C33" w14:textId="77777777" w:rsidR="00AA2478" w:rsidRPr="002C23D0" w:rsidRDefault="00AA2478" w:rsidP="00AA2478">
            <w:pPr>
              <w:jc w:val="center"/>
              <w:rPr>
                <w:rFonts w:cs="Times New Roman"/>
                <w:sz w:val="24"/>
                <w:szCs w:val="24"/>
                <w:lang w:val="tt-RU"/>
              </w:rPr>
            </w:pPr>
            <w:r>
              <w:rPr>
                <w:rFonts w:cs="Times New Roman"/>
                <w:sz w:val="24"/>
                <w:szCs w:val="24"/>
                <w:lang w:val="tt-RU"/>
              </w:rPr>
              <w:t>5</w:t>
            </w:r>
          </w:p>
          <w:p w14:paraId="3735CFCD" w14:textId="77777777" w:rsidR="00AA2478" w:rsidRPr="002C23D0" w:rsidRDefault="00AA2478" w:rsidP="00AA2478">
            <w:pPr>
              <w:jc w:val="center"/>
              <w:rPr>
                <w:rFonts w:cs="Times New Roman"/>
                <w:sz w:val="24"/>
                <w:szCs w:val="24"/>
                <w:lang w:val="tt-RU"/>
              </w:rPr>
            </w:pPr>
          </w:p>
        </w:tc>
        <w:tc>
          <w:tcPr>
            <w:tcW w:w="1098" w:type="dxa"/>
          </w:tcPr>
          <w:p w14:paraId="2671CC0F" w14:textId="77777777" w:rsidR="00AA2478" w:rsidRPr="002C23D0" w:rsidRDefault="00AA2478" w:rsidP="00AA2478">
            <w:pPr>
              <w:jc w:val="center"/>
              <w:rPr>
                <w:rFonts w:cs="Times New Roman"/>
                <w:sz w:val="24"/>
                <w:szCs w:val="24"/>
                <w:lang w:val="tt-RU"/>
              </w:rPr>
            </w:pPr>
          </w:p>
        </w:tc>
        <w:tc>
          <w:tcPr>
            <w:tcW w:w="1147" w:type="dxa"/>
          </w:tcPr>
          <w:p w14:paraId="76AE1418" w14:textId="77777777" w:rsidR="00AA2478" w:rsidRPr="002C23D0" w:rsidRDefault="00AA2478" w:rsidP="00AA2478">
            <w:pPr>
              <w:rPr>
                <w:rFonts w:cs="Times New Roman"/>
                <w:sz w:val="24"/>
                <w:szCs w:val="24"/>
                <w:lang w:val="tt-RU"/>
              </w:rPr>
            </w:pPr>
          </w:p>
        </w:tc>
        <w:tc>
          <w:tcPr>
            <w:tcW w:w="4466" w:type="dxa"/>
          </w:tcPr>
          <w:p w14:paraId="0F45C2D9" w14:textId="77777777" w:rsidR="00AA2478" w:rsidRDefault="00863D41" w:rsidP="00AA2478">
            <w:pPr>
              <w:rPr>
                <w:rFonts w:cs="Times New Roman"/>
                <w:sz w:val="16"/>
                <w:szCs w:val="16"/>
                <w:lang w:val="tt-RU"/>
              </w:rPr>
            </w:pPr>
            <w:hyperlink r:id="rId15" w:history="1">
              <w:r w:rsidR="00AA2478" w:rsidRPr="00C12EE6">
                <w:rPr>
                  <w:rStyle w:val="af2"/>
                  <w:rFonts w:cs="Times New Roman"/>
                  <w:sz w:val="16"/>
                  <w:szCs w:val="16"/>
                  <w:lang w:val="tt-RU"/>
                </w:rPr>
                <w:t>https://mon.tatarstan.ru/razrabotki-urokov-po-rodnomu-tatarskomu-yaziku-i.htm</w:t>
              </w:r>
            </w:hyperlink>
          </w:p>
          <w:p w14:paraId="0250C87E" w14:textId="77777777" w:rsidR="00AA2478" w:rsidRPr="00AC5F97" w:rsidRDefault="00AA2478" w:rsidP="00AA2478">
            <w:pPr>
              <w:rPr>
                <w:rFonts w:cs="Times New Roman"/>
                <w:sz w:val="16"/>
                <w:szCs w:val="16"/>
                <w:lang w:val="tt-RU"/>
              </w:rPr>
            </w:pPr>
          </w:p>
        </w:tc>
      </w:tr>
      <w:tr w:rsidR="00AA2478" w:rsidRPr="00BC2AF3" w14:paraId="0FE6F1A5" w14:textId="77777777" w:rsidTr="00AA2478">
        <w:trPr>
          <w:trHeight w:val="430"/>
        </w:trPr>
        <w:tc>
          <w:tcPr>
            <w:tcW w:w="951" w:type="dxa"/>
          </w:tcPr>
          <w:p w14:paraId="50304F8A" w14:textId="77777777" w:rsidR="00AA2478" w:rsidRDefault="00AA2478" w:rsidP="00AA2478">
            <w:pPr>
              <w:pStyle w:val="ac"/>
              <w:ind w:left="0"/>
              <w:rPr>
                <w:rFonts w:cs="Times New Roman"/>
                <w:sz w:val="24"/>
                <w:szCs w:val="24"/>
                <w:lang w:val="tt-RU"/>
              </w:rPr>
            </w:pPr>
            <w:r>
              <w:rPr>
                <w:rFonts w:cs="Times New Roman"/>
                <w:sz w:val="24"/>
                <w:szCs w:val="24"/>
                <w:lang w:val="tt-RU"/>
              </w:rPr>
              <w:t>20</w:t>
            </w:r>
          </w:p>
          <w:p w14:paraId="6868422A" w14:textId="77777777" w:rsidR="00AA2478" w:rsidRDefault="00AA2478" w:rsidP="00AA2478">
            <w:pPr>
              <w:pStyle w:val="ac"/>
              <w:ind w:left="0"/>
              <w:rPr>
                <w:rFonts w:cs="Times New Roman"/>
                <w:sz w:val="24"/>
                <w:szCs w:val="24"/>
                <w:lang w:val="tt-RU"/>
              </w:rPr>
            </w:pPr>
            <w:r>
              <w:rPr>
                <w:rFonts w:cs="Times New Roman"/>
                <w:sz w:val="24"/>
                <w:szCs w:val="24"/>
                <w:lang w:val="tt-RU"/>
              </w:rPr>
              <w:t>21</w:t>
            </w:r>
          </w:p>
          <w:p w14:paraId="02BF27B8"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22</w:t>
            </w:r>
          </w:p>
        </w:tc>
        <w:tc>
          <w:tcPr>
            <w:tcW w:w="7515" w:type="dxa"/>
            <w:vMerge/>
          </w:tcPr>
          <w:p w14:paraId="7A6364E1" w14:textId="77777777" w:rsidR="00AA2478" w:rsidRPr="002C23D0" w:rsidRDefault="00AA2478" w:rsidP="00AA2478">
            <w:pPr>
              <w:rPr>
                <w:rFonts w:cs="Times New Roman"/>
                <w:sz w:val="24"/>
                <w:szCs w:val="24"/>
                <w:lang w:val="tt-RU"/>
              </w:rPr>
            </w:pPr>
          </w:p>
        </w:tc>
        <w:tc>
          <w:tcPr>
            <w:tcW w:w="984" w:type="dxa"/>
            <w:vMerge/>
          </w:tcPr>
          <w:p w14:paraId="5221FDEE" w14:textId="77777777" w:rsidR="00AA2478" w:rsidRPr="002C23D0" w:rsidRDefault="00AA2478" w:rsidP="00AA2478">
            <w:pPr>
              <w:jc w:val="center"/>
              <w:rPr>
                <w:rFonts w:cs="Times New Roman"/>
                <w:sz w:val="24"/>
                <w:szCs w:val="24"/>
                <w:lang w:val="tt-RU"/>
              </w:rPr>
            </w:pPr>
          </w:p>
        </w:tc>
        <w:tc>
          <w:tcPr>
            <w:tcW w:w="1098" w:type="dxa"/>
          </w:tcPr>
          <w:p w14:paraId="7D177D7B" w14:textId="77777777" w:rsidR="00AA2478" w:rsidRPr="002C23D0" w:rsidRDefault="00AA2478" w:rsidP="00AA2478">
            <w:pPr>
              <w:jc w:val="center"/>
              <w:rPr>
                <w:rFonts w:cs="Times New Roman"/>
                <w:sz w:val="24"/>
                <w:szCs w:val="24"/>
                <w:lang w:val="tt-RU"/>
              </w:rPr>
            </w:pPr>
          </w:p>
        </w:tc>
        <w:tc>
          <w:tcPr>
            <w:tcW w:w="1147" w:type="dxa"/>
          </w:tcPr>
          <w:p w14:paraId="0935D8B7" w14:textId="77777777" w:rsidR="00AA2478" w:rsidRPr="002C23D0" w:rsidRDefault="00AA2478" w:rsidP="00AA2478">
            <w:pPr>
              <w:rPr>
                <w:rFonts w:cs="Times New Roman"/>
                <w:sz w:val="24"/>
                <w:szCs w:val="24"/>
                <w:lang w:val="tt-RU"/>
              </w:rPr>
            </w:pPr>
          </w:p>
        </w:tc>
        <w:tc>
          <w:tcPr>
            <w:tcW w:w="4466" w:type="dxa"/>
          </w:tcPr>
          <w:p w14:paraId="71C78FDC" w14:textId="77777777" w:rsidR="00AA2478" w:rsidRPr="00AC5F97" w:rsidRDefault="00AA2478" w:rsidP="00AA2478">
            <w:pPr>
              <w:rPr>
                <w:rFonts w:cs="Times New Roman"/>
                <w:sz w:val="16"/>
                <w:szCs w:val="16"/>
                <w:lang w:val="tt-RU"/>
              </w:rPr>
            </w:pPr>
          </w:p>
        </w:tc>
      </w:tr>
      <w:tr w:rsidR="00AA2478" w:rsidRPr="00BC2AF3" w14:paraId="407915CF" w14:textId="77777777" w:rsidTr="00AA2478">
        <w:trPr>
          <w:trHeight w:val="272"/>
        </w:trPr>
        <w:tc>
          <w:tcPr>
            <w:tcW w:w="951" w:type="dxa"/>
          </w:tcPr>
          <w:p w14:paraId="29D11132" w14:textId="77777777" w:rsidR="00AA2478" w:rsidRDefault="00AA2478" w:rsidP="00AA2478">
            <w:pPr>
              <w:pStyle w:val="ac"/>
              <w:ind w:left="0"/>
              <w:rPr>
                <w:rFonts w:cs="Times New Roman"/>
                <w:sz w:val="24"/>
                <w:szCs w:val="24"/>
                <w:lang w:val="tt-RU"/>
              </w:rPr>
            </w:pPr>
            <w:r>
              <w:rPr>
                <w:rFonts w:cs="Times New Roman"/>
                <w:sz w:val="24"/>
                <w:szCs w:val="24"/>
                <w:lang w:val="tt-RU"/>
              </w:rPr>
              <w:t>23</w:t>
            </w:r>
          </w:p>
          <w:p w14:paraId="548D853A"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24</w:t>
            </w:r>
          </w:p>
        </w:tc>
        <w:tc>
          <w:tcPr>
            <w:tcW w:w="7515" w:type="dxa"/>
            <w:vMerge/>
          </w:tcPr>
          <w:p w14:paraId="543CE8A5" w14:textId="77777777" w:rsidR="00AA2478" w:rsidRPr="002C23D0" w:rsidRDefault="00AA2478" w:rsidP="00AA2478">
            <w:pPr>
              <w:rPr>
                <w:rFonts w:cs="Times New Roman"/>
                <w:sz w:val="24"/>
                <w:szCs w:val="24"/>
                <w:lang w:val="tt-RU"/>
              </w:rPr>
            </w:pPr>
          </w:p>
        </w:tc>
        <w:tc>
          <w:tcPr>
            <w:tcW w:w="984" w:type="dxa"/>
            <w:vMerge/>
          </w:tcPr>
          <w:p w14:paraId="3FB5F555" w14:textId="77777777" w:rsidR="00AA2478" w:rsidRPr="002C23D0" w:rsidRDefault="00AA2478" w:rsidP="00AA2478">
            <w:pPr>
              <w:jc w:val="center"/>
              <w:rPr>
                <w:rFonts w:cs="Times New Roman"/>
                <w:sz w:val="24"/>
                <w:szCs w:val="24"/>
                <w:lang w:val="tt-RU"/>
              </w:rPr>
            </w:pPr>
          </w:p>
        </w:tc>
        <w:tc>
          <w:tcPr>
            <w:tcW w:w="1098" w:type="dxa"/>
          </w:tcPr>
          <w:p w14:paraId="42918D3A" w14:textId="77777777" w:rsidR="00AA2478" w:rsidRPr="002C23D0" w:rsidRDefault="00AA2478" w:rsidP="00AA2478">
            <w:pPr>
              <w:jc w:val="center"/>
              <w:rPr>
                <w:rFonts w:cs="Times New Roman"/>
                <w:sz w:val="24"/>
                <w:szCs w:val="24"/>
                <w:lang w:val="tt-RU"/>
              </w:rPr>
            </w:pPr>
          </w:p>
        </w:tc>
        <w:tc>
          <w:tcPr>
            <w:tcW w:w="1147" w:type="dxa"/>
          </w:tcPr>
          <w:p w14:paraId="64E3D19F" w14:textId="77777777" w:rsidR="00AA2478" w:rsidRPr="002C23D0" w:rsidRDefault="00AA2478" w:rsidP="00AA2478">
            <w:pPr>
              <w:rPr>
                <w:rFonts w:cs="Times New Roman"/>
                <w:sz w:val="24"/>
                <w:szCs w:val="24"/>
                <w:lang w:val="tt-RU"/>
              </w:rPr>
            </w:pPr>
          </w:p>
        </w:tc>
        <w:tc>
          <w:tcPr>
            <w:tcW w:w="4466" w:type="dxa"/>
          </w:tcPr>
          <w:p w14:paraId="12ED9BA7" w14:textId="77777777" w:rsidR="00AA2478" w:rsidRPr="00AC5F97" w:rsidRDefault="00AA2478" w:rsidP="00AA2478">
            <w:pPr>
              <w:rPr>
                <w:rFonts w:cs="Times New Roman"/>
                <w:sz w:val="16"/>
                <w:szCs w:val="16"/>
                <w:lang w:val="tt-RU"/>
              </w:rPr>
            </w:pPr>
          </w:p>
        </w:tc>
      </w:tr>
      <w:tr w:rsidR="00AA2478" w:rsidRPr="00A1775A" w14:paraId="7CC8F99E" w14:textId="77777777" w:rsidTr="00AA2478">
        <w:tc>
          <w:tcPr>
            <w:tcW w:w="951" w:type="dxa"/>
          </w:tcPr>
          <w:p w14:paraId="00466C43" w14:textId="77777777" w:rsidR="00AA2478" w:rsidRDefault="00AA2478" w:rsidP="00AA2478">
            <w:pPr>
              <w:pStyle w:val="ac"/>
              <w:ind w:left="0"/>
              <w:rPr>
                <w:rFonts w:cs="Times New Roman"/>
                <w:sz w:val="24"/>
                <w:szCs w:val="24"/>
                <w:lang w:val="tt-RU"/>
              </w:rPr>
            </w:pPr>
            <w:r>
              <w:rPr>
                <w:rFonts w:cs="Times New Roman"/>
                <w:sz w:val="24"/>
                <w:szCs w:val="24"/>
                <w:lang w:val="tt-RU"/>
              </w:rPr>
              <w:t>25</w:t>
            </w:r>
          </w:p>
          <w:p w14:paraId="28B3F373"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26</w:t>
            </w:r>
          </w:p>
        </w:tc>
        <w:tc>
          <w:tcPr>
            <w:tcW w:w="7515" w:type="dxa"/>
          </w:tcPr>
          <w:p w14:paraId="1A8F4398" w14:textId="77777777" w:rsidR="00AA2478" w:rsidRPr="002C23D0" w:rsidRDefault="00AA2478" w:rsidP="00AA2478">
            <w:pPr>
              <w:rPr>
                <w:rFonts w:cs="Times New Roman"/>
                <w:sz w:val="24"/>
                <w:szCs w:val="24"/>
                <w:lang w:val="tt-RU"/>
              </w:rPr>
            </w:pPr>
            <w:r w:rsidRPr="002C23D0">
              <w:rPr>
                <w:rFonts w:cs="Times New Roman"/>
                <w:sz w:val="24"/>
                <w:szCs w:val="24"/>
                <w:lang w:val="tt-RU"/>
              </w:rPr>
              <w:t xml:space="preserve">Урок-игра/ Уен-дәрес «Дустым янына барам». </w:t>
            </w:r>
          </w:p>
          <w:p w14:paraId="0520E4A8" w14:textId="77777777" w:rsidR="00AA2478" w:rsidRPr="002C23D0" w:rsidRDefault="00AA2478" w:rsidP="00AA2478">
            <w:pPr>
              <w:rPr>
                <w:rFonts w:cs="Times New Roman"/>
                <w:sz w:val="24"/>
                <w:szCs w:val="24"/>
                <w:lang w:val="tt-RU"/>
              </w:rPr>
            </w:pPr>
          </w:p>
        </w:tc>
        <w:tc>
          <w:tcPr>
            <w:tcW w:w="984" w:type="dxa"/>
          </w:tcPr>
          <w:p w14:paraId="59F0AA9D" w14:textId="77777777" w:rsidR="00AA2478" w:rsidRPr="002C23D0" w:rsidRDefault="00AA2478" w:rsidP="00AA2478">
            <w:pPr>
              <w:jc w:val="center"/>
              <w:rPr>
                <w:rFonts w:cs="Times New Roman"/>
                <w:sz w:val="24"/>
                <w:szCs w:val="24"/>
                <w:lang w:val="tt-RU"/>
              </w:rPr>
            </w:pPr>
            <w:r>
              <w:rPr>
                <w:rFonts w:cs="Times New Roman"/>
                <w:sz w:val="24"/>
                <w:szCs w:val="24"/>
                <w:lang w:val="tt-RU"/>
              </w:rPr>
              <w:t>2</w:t>
            </w:r>
          </w:p>
        </w:tc>
        <w:tc>
          <w:tcPr>
            <w:tcW w:w="1098" w:type="dxa"/>
          </w:tcPr>
          <w:p w14:paraId="00CE41F9" w14:textId="77777777" w:rsidR="00AA2478" w:rsidRPr="002C23D0" w:rsidRDefault="00AA2478" w:rsidP="00AA2478">
            <w:pPr>
              <w:jc w:val="center"/>
              <w:rPr>
                <w:rFonts w:cs="Times New Roman"/>
                <w:sz w:val="24"/>
                <w:szCs w:val="24"/>
                <w:lang w:val="tt-RU"/>
              </w:rPr>
            </w:pPr>
          </w:p>
        </w:tc>
        <w:tc>
          <w:tcPr>
            <w:tcW w:w="1147" w:type="dxa"/>
          </w:tcPr>
          <w:p w14:paraId="03C5A761" w14:textId="77777777" w:rsidR="00AA2478" w:rsidRPr="002C23D0" w:rsidRDefault="00AA2478" w:rsidP="00AA2478">
            <w:pPr>
              <w:rPr>
                <w:rFonts w:cs="Times New Roman"/>
                <w:sz w:val="24"/>
                <w:szCs w:val="24"/>
                <w:lang w:val="tt-RU"/>
              </w:rPr>
            </w:pPr>
          </w:p>
        </w:tc>
        <w:tc>
          <w:tcPr>
            <w:tcW w:w="4466" w:type="dxa"/>
          </w:tcPr>
          <w:p w14:paraId="50B2F760" w14:textId="77777777" w:rsidR="00AA2478" w:rsidRPr="00AC5F97" w:rsidRDefault="00AA2478" w:rsidP="00AA2478">
            <w:pPr>
              <w:rPr>
                <w:rFonts w:cs="Times New Roman"/>
                <w:sz w:val="16"/>
                <w:szCs w:val="16"/>
                <w:lang w:val="tt-RU"/>
              </w:rPr>
            </w:pPr>
          </w:p>
        </w:tc>
      </w:tr>
      <w:tr w:rsidR="00AA2478" w:rsidRPr="004C6EED" w14:paraId="0C3AD9EE" w14:textId="77777777" w:rsidTr="00AA2478">
        <w:tc>
          <w:tcPr>
            <w:tcW w:w="951" w:type="dxa"/>
          </w:tcPr>
          <w:p w14:paraId="451D17E3" w14:textId="77777777" w:rsidR="00AA2478" w:rsidRDefault="00AA2478" w:rsidP="00AA2478">
            <w:pPr>
              <w:pStyle w:val="ac"/>
              <w:ind w:left="0"/>
              <w:rPr>
                <w:rFonts w:cs="Times New Roman"/>
                <w:sz w:val="24"/>
                <w:szCs w:val="24"/>
                <w:lang w:val="tt-RU"/>
              </w:rPr>
            </w:pPr>
            <w:r>
              <w:rPr>
                <w:rFonts w:cs="Times New Roman"/>
                <w:sz w:val="24"/>
                <w:szCs w:val="24"/>
                <w:lang w:val="tt-RU"/>
              </w:rPr>
              <w:t>27</w:t>
            </w:r>
          </w:p>
          <w:p w14:paraId="082A321D"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28</w:t>
            </w:r>
          </w:p>
        </w:tc>
        <w:tc>
          <w:tcPr>
            <w:tcW w:w="7515" w:type="dxa"/>
          </w:tcPr>
          <w:p w14:paraId="55D1436C" w14:textId="77777777" w:rsidR="00AA2478" w:rsidRPr="002C23D0" w:rsidRDefault="00AA2478" w:rsidP="00AA2478">
            <w:pPr>
              <w:rPr>
                <w:rFonts w:cs="Times New Roman"/>
                <w:sz w:val="24"/>
                <w:szCs w:val="24"/>
                <w:lang w:val="tt-RU"/>
              </w:rPr>
            </w:pPr>
            <w:r w:rsidRPr="002C23D0">
              <w:rPr>
                <w:rFonts w:cs="Times New Roman"/>
                <w:sz w:val="24"/>
                <w:szCs w:val="24"/>
                <w:lang w:val="tt-RU"/>
              </w:rPr>
              <w:t>Текст белән эш.«Йолдызкай» тексты белән эш</w:t>
            </w:r>
          </w:p>
          <w:p w14:paraId="58146B9C" w14:textId="77777777" w:rsidR="00AA2478" w:rsidRPr="002C23D0" w:rsidRDefault="00AA2478" w:rsidP="00AA2478">
            <w:pPr>
              <w:rPr>
                <w:rFonts w:cs="Times New Roman"/>
                <w:sz w:val="24"/>
                <w:szCs w:val="24"/>
                <w:lang w:val="tt-RU"/>
              </w:rPr>
            </w:pPr>
          </w:p>
        </w:tc>
        <w:tc>
          <w:tcPr>
            <w:tcW w:w="984" w:type="dxa"/>
          </w:tcPr>
          <w:p w14:paraId="227136A9" w14:textId="77777777" w:rsidR="00AA2478" w:rsidRPr="002C23D0" w:rsidRDefault="00AA2478" w:rsidP="00AA2478">
            <w:pPr>
              <w:jc w:val="center"/>
              <w:rPr>
                <w:rFonts w:cs="Times New Roman"/>
                <w:sz w:val="24"/>
                <w:szCs w:val="24"/>
                <w:lang w:val="tt-RU"/>
              </w:rPr>
            </w:pPr>
            <w:r>
              <w:rPr>
                <w:rFonts w:cs="Times New Roman"/>
                <w:sz w:val="24"/>
                <w:szCs w:val="24"/>
                <w:lang w:val="tt-RU"/>
              </w:rPr>
              <w:t>2</w:t>
            </w:r>
          </w:p>
        </w:tc>
        <w:tc>
          <w:tcPr>
            <w:tcW w:w="1098" w:type="dxa"/>
          </w:tcPr>
          <w:p w14:paraId="6C4AB5F4" w14:textId="77777777" w:rsidR="00AA2478" w:rsidRPr="002C23D0" w:rsidRDefault="00AA2478" w:rsidP="00AA2478">
            <w:pPr>
              <w:jc w:val="center"/>
              <w:rPr>
                <w:rFonts w:cs="Times New Roman"/>
                <w:sz w:val="24"/>
                <w:szCs w:val="24"/>
                <w:lang w:val="tt-RU"/>
              </w:rPr>
            </w:pPr>
          </w:p>
        </w:tc>
        <w:tc>
          <w:tcPr>
            <w:tcW w:w="1147" w:type="dxa"/>
          </w:tcPr>
          <w:p w14:paraId="09333333" w14:textId="77777777" w:rsidR="00AA2478" w:rsidRPr="002C23D0" w:rsidRDefault="00AA2478" w:rsidP="00AA2478">
            <w:pPr>
              <w:rPr>
                <w:rFonts w:cs="Times New Roman"/>
                <w:sz w:val="24"/>
                <w:szCs w:val="24"/>
                <w:lang w:val="tt-RU"/>
              </w:rPr>
            </w:pPr>
          </w:p>
        </w:tc>
        <w:tc>
          <w:tcPr>
            <w:tcW w:w="4466" w:type="dxa"/>
          </w:tcPr>
          <w:p w14:paraId="0C3FF230" w14:textId="77777777" w:rsidR="00AA2478" w:rsidRPr="00AC5F97" w:rsidRDefault="00AA2478" w:rsidP="00AA2478">
            <w:pPr>
              <w:rPr>
                <w:rFonts w:cs="Times New Roman"/>
                <w:sz w:val="16"/>
                <w:szCs w:val="16"/>
                <w:lang w:val="tt-RU"/>
              </w:rPr>
            </w:pPr>
          </w:p>
        </w:tc>
      </w:tr>
      <w:tr w:rsidR="00AA2478" w:rsidRPr="00600724" w14:paraId="7B54051C" w14:textId="77777777" w:rsidTr="00AA2478">
        <w:trPr>
          <w:trHeight w:val="710"/>
        </w:trPr>
        <w:tc>
          <w:tcPr>
            <w:tcW w:w="951" w:type="dxa"/>
          </w:tcPr>
          <w:p w14:paraId="48C745AB" w14:textId="77777777" w:rsidR="00AA2478" w:rsidRDefault="00AA2478" w:rsidP="00AA2478">
            <w:pPr>
              <w:pStyle w:val="ac"/>
              <w:ind w:left="0"/>
              <w:rPr>
                <w:rFonts w:cs="Times New Roman"/>
                <w:sz w:val="24"/>
                <w:szCs w:val="24"/>
                <w:lang w:val="tt-RU"/>
              </w:rPr>
            </w:pPr>
            <w:r>
              <w:rPr>
                <w:rFonts w:cs="Times New Roman"/>
                <w:sz w:val="24"/>
                <w:szCs w:val="24"/>
                <w:lang w:val="tt-RU"/>
              </w:rPr>
              <w:t>29</w:t>
            </w:r>
          </w:p>
          <w:p w14:paraId="1FC89288" w14:textId="77777777" w:rsidR="00AA2478" w:rsidRDefault="00AA2478" w:rsidP="00AA2478">
            <w:pPr>
              <w:pStyle w:val="ac"/>
              <w:ind w:left="0"/>
              <w:rPr>
                <w:rFonts w:cs="Times New Roman"/>
                <w:sz w:val="24"/>
                <w:szCs w:val="24"/>
                <w:lang w:val="tt-RU"/>
              </w:rPr>
            </w:pPr>
            <w:r>
              <w:rPr>
                <w:rFonts w:cs="Times New Roman"/>
                <w:sz w:val="24"/>
                <w:szCs w:val="24"/>
                <w:lang w:val="tt-RU"/>
              </w:rPr>
              <w:t>30</w:t>
            </w:r>
          </w:p>
          <w:p w14:paraId="6CAA23FA" w14:textId="77777777" w:rsidR="00AA2478" w:rsidRDefault="00AA2478" w:rsidP="00AA2478">
            <w:pPr>
              <w:pStyle w:val="ac"/>
              <w:ind w:left="0"/>
              <w:rPr>
                <w:rFonts w:cs="Times New Roman"/>
                <w:sz w:val="24"/>
                <w:szCs w:val="24"/>
                <w:lang w:val="tt-RU"/>
              </w:rPr>
            </w:pPr>
            <w:r>
              <w:rPr>
                <w:rFonts w:cs="Times New Roman"/>
                <w:sz w:val="24"/>
                <w:szCs w:val="24"/>
                <w:lang w:val="tt-RU"/>
              </w:rPr>
              <w:t>31</w:t>
            </w:r>
          </w:p>
          <w:p w14:paraId="56330CFA"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32</w:t>
            </w:r>
          </w:p>
        </w:tc>
        <w:tc>
          <w:tcPr>
            <w:tcW w:w="7515" w:type="dxa"/>
          </w:tcPr>
          <w:p w14:paraId="7F85C708" w14:textId="77777777" w:rsidR="00AA2478" w:rsidRPr="002C23D0" w:rsidRDefault="00AA2478" w:rsidP="00AA2478">
            <w:pPr>
              <w:rPr>
                <w:rFonts w:cs="Times New Roman"/>
                <w:sz w:val="24"/>
                <w:szCs w:val="24"/>
                <w:lang w:val="tt-RU"/>
              </w:rPr>
            </w:pPr>
            <w:r w:rsidRPr="002C23D0">
              <w:rPr>
                <w:rFonts w:cs="Times New Roman"/>
                <w:sz w:val="24"/>
                <w:szCs w:val="24"/>
                <w:lang w:val="tt-RU"/>
              </w:rPr>
              <w:t>Татарский алфавит. Словари./Татар алфавиты. Сүзлекләр</w:t>
            </w:r>
          </w:p>
          <w:p w14:paraId="4A31738B" w14:textId="77777777" w:rsidR="00AA2478" w:rsidRPr="002C23D0" w:rsidRDefault="00AA2478" w:rsidP="00AA2478">
            <w:pPr>
              <w:rPr>
                <w:rFonts w:cs="Times New Roman"/>
                <w:sz w:val="24"/>
                <w:szCs w:val="24"/>
                <w:lang w:val="tt-RU"/>
              </w:rPr>
            </w:pPr>
          </w:p>
          <w:p w14:paraId="662A7C3A" w14:textId="77777777" w:rsidR="00AA2478" w:rsidRPr="002C23D0" w:rsidRDefault="00AA2478" w:rsidP="00AA2478">
            <w:pPr>
              <w:rPr>
                <w:rFonts w:cs="Times New Roman"/>
                <w:sz w:val="24"/>
                <w:szCs w:val="24"/>
                <w:lang w:val="tt-RU"/>
              </w:rPr>
            </w:pPr>
          </w:p>
        </w:tc>
        <w:tc>
          <w:tcPr>
            <w:tcW w:w="984" w:type="dxa"/>
          </w:tcPr>
          <w:p w14:paraId="06ECAA05" w14:textId="77777777" w:rsidR="00AA2478" w:rsidRPr="002C23D0" w:rsidRDefault="00AA2478" w:rsidP="00AA2478">
            <w:pPr>
              <w:jc w:val="center"/>
              <w:rPr>
                <w:rFonts w:cs="Times New Roman"/>
                <w:sz w:val="24"/>
                <w:szCs w:val="24"/>
                <w:lang w:val="tt-RU"/>
              </w:rPr>
            </w:pPr>
            <w:r>
              <w:rPr>
                <w:rFonts w:cs="Times New Roman"/>
                <w:sz w:val="24"/>
                <w:szCs w:val="24"/>
                <w:lang w:val="tt-RU"/>
              </w:rPr>
              <w:t>4</w:t>
            </w:r>
          </w:p>
          <w:p w14:paraId="40433957" w14:textId="77777777" w:rsidR="00AA2478" w:rsidRPr="002C23D0" w:rsidRDefault="00AA2478" w:rsidP="00AA2478">
            <w:pPr>
              <w:jc w:val="center"/>
              <w:rPr>
                <w:rFonts w:cs="Times New Roman"/>
                <w:sz w:val="24"/>
                <w:szCs w:val="24"/>
                <w:lang w:val="tt-RU"/>
              </w:rPr>
            </w:pPr>
          </w:p>
          <w:p w14:paraId="6DFB88EF" w14:textId="77777777" w:rsidR="00AA2478" w:rsidRPr="002C23D0" w:rsidRDefault="00AA2478" w:rsidP="00AA2478">
            <w:pPr>
              <w:jc w:val="center"/>
              <w:rPr>
                <w:rFonts w:cs="Times New Roman"/>
                <w:sz w:val="24"/>
                <w:szCs w:val="24"/>
                <w:lang w:val="tt-RU"/>
              </w:rPr>
            </w:pPr>
          </w:p>
        </w:tc>
        <w:tc>
          <w:tcPr>
            <w:tcW w:w="1098" w:type="dxa"/>
          </w:tcPr>
          <w:p w14:paraId="65C119DB" w14:textId="77777777" w:rsidR="00AA2478" w:rsidRPr="002C23D0" w:rsidRDefault="00AA2478" w:rsidP="00AA2478">
            <w:pPr>
              <w:jc w:val="center"/>
              <w:rPr>
                <w:rFonts w:cs="Times New Roman"/>
                <w:sz w:val="24"/>
                <w:szCs w:val="24"/>
                <w:lang w:val="tt-RU"/>
              </w:rPr>
            </w:pPr>
          </w:p>
        </w:tc>
        <w:tc>
          <w:tcPr>
            <w:tcW w:w="1147" w:type="dxa"/>
          </w:tcPr>
          <w:p w14:paraId="3C09C917" w14:textId="77777777" w:rsidR="00AA2478" w:rsidRPr="002C23D0" w:rsidRDefault="00AA2478" w:rsidP="00AA2478">
            <w:pPr>
              <w:rPr>
                <w:rFonts w:cs="Times New Roman"/>
                <w:sz w:val="24"/>
                <w:szCs w:val="24"/>
                <w:lang w:val="tt-RU"/>
              </w:rPr>
            </w:pPr>
          </w:p>
        </w:tc>
        <w:tc>
          <w:tcPr>
            <w:tcW w:w="4466" w:type="dxa"/>
          </w:tcPr>
          <w:p w14:paraId="5E744BB9" w14:textId="77777777" w:rsidR="00AA2478" w:rsidRDefault="00863D41" w:rsidP="00AA2478">
            <w:pPr>
              <w:rPr>
                <w:rFonts w:cs="Times New Roman"/>
                <w:sz w:val="16"/>
                <w:szCs w:val="16"/>
                <w:lang w:val="tt-RU"/>
              </w:rPr>
            </w:pPr>
            <w:hyperlink r:id="rId16" w:history="1">
              <w:r w:rsidR="00AA2478" w:rsidRPr="00C12EE6">
                <w:rPr>
                  <w:rStyle w:val="af2"/>
                  <w:rFonts w:cs="Times New Roman"/>
                  <w:sz w:val="16"/>
                  <w:szCs w:val="16"/>
                  <w:lang w:val="tt-RU"/>
                </w:rPr>
                <w:t>https://shubino-video.ru/tatarskie-bukvyi.html</w:t>
              </w:r>
            </w:hyperlink>
          </w:p>
          <w:p w14:paraId="2E89E647" w14:textId="77777777" w:rsidR="00AA2478" w:rsidRPr="00AC5F97" w:rsidRDefault="00AA2478" w:rsidP="00AA2478">
            <w:pPr>
              <w:rPr>
                <w:rFonts w:cs="Times New Roman"/>
                <w:sz w:val="16"/>
                <w:szCs w:val="16"/>
                <w:lang w:val="tt-RU"/>
              </w:rPr>
            </w:pPr>
          </w:p>
        </w:tc>
      </w:tr>
      <w:tr w:rsidR="00AA2478" w:rsidRPr="00135906" w14:paraId="3A8439B6" w14:textId="77777777" w:rsidTr="00AA2478">
        <w:tc>
          <w:tcPr>
            <w:tcW w:w="951" w:type="dxa"/>
          </w:tcPr>
          <w:p w14:paraId="615502C6" w14:textId="77777777" w:rsidR="00AA2478" w:rsidRDefault="00AA2478" w:rsidP="00AA2478">
            <w:pPr>
              <w:pStyle w:val="ac"/>
              <w:ind w:left="0"/>
              <w:rPr>
                <w:rFonts w:cs="Times New Roman"/>
                <w:sz w:val="24"/>
                <w:szCs w:val="24"/>
                <w:lang w:val="tt-RU"/>
              </w:rPr>
            </w:pPr>
            <w:r>
              <w:rPr>
                <w:rFonts w:cs="Times New Roman"/>
                <w:sz w:val="24"/>
                <w:szCs w:val="24"/>
                <w:lang w:val="tt-RU"/>
              </w:rPr>
              <w:t>33</w:t>
            </w:r>
          </w:p>
          <w:p w14:paraId="15584CA9" w14:textId="77777777" w:rsidR="00AA2478" w:rsidRDefault="00AA2478" w:rsidP="00AA2478">
            <w:pPr>
              <w:pStyle w:val="ac"/>
              <w:ind w:left="0"/>
              <w:rPr>
                <w:rFonts w:cs="Times New Roman"/>
                <w:sz w:val="24"/>
                <w:szCs w:val="24"/>
                <w:lang w:val="tt-RU"/>
              </w:rPr>
            </w:pPr>
            <w:r>
              <w:rPr>
                <w:rFonts w:cs="Times New Roman"/>
                <w:sz w:val="24"/>
                <w:szCs w:val="24"/>
                <w:lang w:val="tt-RU"/>
              </w:rPr>
              <w:t>34</w:t>
            </w:r>
          </w:p>
          <w:p w14:paraId="7781A3FE"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35</w:t>
            </w:r>
          </w:p>
        </w:tc>
        <w:tc>
          <w:tcPr>
            <w:tcW w:w="7515" w:type="dxa"/>
          </w:tcPr>
          <w:p w14:paraId="437D34BE" w14:textId="77777777" w:rsidR="00AA2478" w:rsidRPr="002C23D0" w:rsidRDefault="00AA2478" w:rsidP="00AA2478">
            <w:pPr>
              <w:rPr>
                <w:rFonts w:cs="Times New Roman"/>
                <w:sz w:val="24"/>
                <w:szCs w:val="24"/>
                <w:lang w:val="tt-RU"/>
              </w:rPr>
            </w:pPr>
            <w:r w:rsidRPr="002C23D0">
              <w:rPr>
                <w:rFonts w:cs="Times New Roman"/>
                <w:sz w:val="24"/>
                <w:szCs w:val="24"/>
                <w:lang w:val="tt-RU"/>
              </w:rPr>
              <w:t>Повторение. Прослушивание аудиотекста, выполнение устных и письменных заданий/ Кабатлау. Аудиотекстны тыңлап, телдән һәм язмача биремнәр башкару</w:t>
            </w:r>
          </w:p>
        </w:tc>
        <w:tc>
          <w:tcPr>
            <w:tcW w:w="984" w:type="dxa"/>
          </w:tcPr>
          <w:p w14:paraId="355D4566" w14:textId="77777777" w:rsidR="00AA2478" w:rsidRPr="002C23D0" w:rsidRDefault="00AA2478" w:rsidP="00AA2478">
            <w:pPr>
              <w:jc w:val="center"/>
              <w:rPr>
                <w:rFonts w:cs="Times New Roman"/>
                <w:sz w:val="24"/>
                <w:szCs w:val="24"/>
                <w:lang w:val="tt-RU"/>
              </w:rPr>
            </w:pPr>
            <w:r>
              <w:rPr>
                <w:rFonts w:cs="Times New Roman"/>
                <w:sz w:val="24"/>
                <w:szCs w:val="24"/>
                <w:lang w:val="tt-RU"/>
              </w:rPr>
              <w:t>3</w:t>
            </w:r>
          </w:p>
        </w:tc>
        <w:tc>
          <w:tcPr>
            <w:tcW w:w="1098" w:type="dxa"/>
          </w:tcPr>
          <w:p w14:paraId="563C34DE" w14:textId="77777777" w:rsidR="00AA2478" w:rsidRPr="002C23D0" w:rsidRDefault="00AA2478" w:rsidP="00AA2478">
            <w:pPr>
              <w:jc w:val="center"/>
              <w:rPr>
                <w:rFonts w:cs="Times New Roman"/>
                <w:sz w:val="24"/>
                <w:szCs w:val="24"/>
                <w:lang w:val="tt-RU"/>
              </w:rPr>
            </w:pPr>
          </w:p>
        </w:tc>
        <w:tc>
          <w:tcPr>
            <w:tcW w:w="1147" w:type="dxa"/>
          </w:tcPr>
          <w:p w14:paraId="5EC5082E" w14:textId="77777777" w:rsidR="00AA2478" w:rsidRPr="002C23D0" w:rsidRDefault="00AA2478" w:rsidP="00AA2478">
            <w:pPr>
              <w:rPr>
                <w:rFonts w:cs="Times New Roman"/>
                <w:sz w:val="24"/>
                <w:szCs w:val="24"/>
                <w:lang w:val="tt-RU"/>
              </w:rPr>
            </w:pPr>
          </w:p>
        </w:tc>
        <w:tc>
          <w:tcPr>
            <w:tcW w:w="4466" w:type="dxa"/>
          </w:tcPr>
          <w:p w14:paraId="47D7BD41" w14:textId="77777777" w:rsidR="00AA2478" w:rsidRPr="00AC5F97" w:rsidRDefault="00AA2478" w:rsidP="00AA2478">
            <w:pPr>
              <w:rPr>
                <w:rFonts w:cs="Times New Roman"/>
                <w:sz w:val="16"/>
                <w:szCs w:val="16"/>
                <w:lang w:val="tt-RU"/>
              </w:rPr>
            </w:pPr>
          </w:p>
        </w:tc>
      </w:tr>
      <w:tr w:rsidR="00AA2478" w:rsidRPr="00600724" w14:paraId="4A2BE89F" w14:textId="77777777" w:rsidTr="00AA2478">
        <w:trPr>
          <w:trHeight w:val="653"/>
        </w:trPr>
        <w:tc>
          <w:tcPr>
            <w:tcW w:w="951" w:type="dxa"/>
          </w:tcPr>
          <w:p w14:paraId="7DA6BF73" w14:textId="77777777" w:rsidR="00AA2478" w:rsidRDefault="00AA2478" w:rsidP="00AA2478">
            <w:pPr>
              <w:pStyle w:val="ac"/>
              <w:ind w:left="0"/>
              <w:rPr>
                <w:rFonts w:cs="Times New Roman"/>
                <w:sz w:val="24"/>
                <w:szCs w:val="24"/>
                <w:lang w:val="tt-RU"/>
              </w:rPr>
            </w:pPr>
            <w:r>
              <w:rPr>
                <w:rFonts w:cs="Times New Roman"/>
                <w:sz w:val="24"/>
                <w:szCs w:val="24"/>
                <w:lang w:val="tt-RU"/>
              </w:rPr>
              <w:t>36</w:t>
            </w:r>
          </w:p>
          <w:p w14:paraId="010B91CC"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37</w:t>
            </w:r>
          </w:p>
        </w:tc>
        <w:tc>
          <w:tcPr>
            <w:tcW w:w="7515" w:type="dxa"/>
            <w:vMerge w:val="restart"/>
          </w:tcPr>
          <w:p w14:paraId="33E4EBB1" w14:textId="77777777" w:rsidR="00AA2478" w:rsidRPr="002C23D0" w:rsidRDefault="00AA2478" w:rsidP="00AA2478">
            <w:pPr>
              <w:rPr>
                <w:rFonts w:cs="Times New Roman"/>
                <w:sz w:val="24"/>
                <w:szCs w:val="24"/>
                <w:lang w:val="tt-RU"/>
              </w:rPr>
            </w:pPr>
            <w:r w:rsidRPr="002C23D0">
              <w:rPr>
                <w:rFonts w:cs="Times New Roman"/>
                <w:sz w:val="24"/>
                <w:szCs w:val="24"/>
                <w:lang w:val="tt-RU"/>
              </w:rPr>
              <w:t xml:space="preserve">Слово, лексическое значение слова./ Сүз һәм аның лексик мәгънәсе. </w:t>
            </w:r>
            <w:r w:rsidRPr="002C23D0">
              <w:rPr>
                <w:rFonts w:cs="Times New Roman"/>
                <w:sz w:val="24"/>
                <w:szCs w:val="24"/>
              </w:rPr>
              <w:t>Әкияттә кунакта</w:t>
            </w:r>
          </w:p>
          <w:p w14:paraId="7032C210" w14:textId="77777777" w:rsidR="00AA2478" w:rsidRPr="002C23D0" w:rsidRDefault="00AA2478" w:rsidP="00AA2478">
            <w:pPr>
              <w:rPr>
                <w:rFonts w:cs="Times New Roman"/>
                <w:sz w:val="24"/>
                <w:szCs w:val="24"/>
                <w:lang w:val="tt-RU"/>
              </w:rPr>
            </w:pPr>
          </w:p>
        </w:tc>
        <w:tc>
          <w:tcPr>
            <w:tcW w:w="984" w:type="dxa"/>
            <w:vMerge w:val="restart"/>
          </w:tcPr>
          <w:p w14:paraId="664BC035" w14:textId="77777777" w:rsidR="00AA2478" w:rsidRPr="002C23D0" w:rsidRDefault="00AA2478" w:rsidP="00AA2478">
            <w:pPr>
              <w:jc w:val="center"/>
              <w:rPr>
                <w:rFonts w:cs="Times New Roman"/>
                <w:sz w:val="24"/>
                <w:szCs w:val="24"/>
                <w:lang w:val="tt-RU"/>
              </w:rPr>
            </w:pPr>
            <w:r>
              <w:rPr>
                <w:rFonts w:cs="Times New Roman"/>
                <w:sz w:val="24"/>
                <w:szCs w:val="24"/>
                <w:lang w:val="tt-RU"/>
              </w:rPr>
              <w:t>4</w:t>
            </w:r>
          </w:p>
          <w:p w14:paraId="03199224" w14:textId="77777777" w:rsidR="00AA2478" w:rsidRPr="002C23D0" w:rsidRDefault="00AA2478" w:rsidP="00AA2478">
            <w:pPr>
              <w:jc w:val="center"/>
              <w:rPr>
                <w:rFonts w:cs="Times New Roman"/>
                <w:sz w:val="24"/>
                <w:szCs w:val="24"/>
                <w:lang w:val="tt-RU"/>
              </w:rPr>
            </w:pPr>
          </w:p>
          <w:p w14:paraId="07081D3D" w14:textId="77777777" w:rsidR="00AA2478" w:rsidRPr="002C23D0" w:rsidRDefault="00AA2478" w:rsidP="00AA2478">
            <w:pPr>
              <w:jc w:val="center"/>
              <w:rPr>
                <w:rFonts w:cs="Times New Roman"/>
                <w:sz w:val="24"/>
                <w:szCs w:val="24"/>
                <w:lang w:val="tt-RU"/>
              </w:rPr>
            </w:pPr>
          </w:p>
        </w:tc>
        <w:tc>
          <w:tcPr>
            <w:tcW w:w="1098" w:type="dxa"/>
          </w:tcPr>
          <w:p w14:paraId="5D565C71" w14:textId="77777777" w:rsidR="00AA2478" w:rsidRPr="002C23D0" w:rsidRDefault="00AA2478" w:rsidP="00AA2478">
            <w:pPr>
              <w:rPr>
                <w:rFonts w:cs="Times New Roman"/>
                <w:sz w:val="24"/>
                <w:szCs w:val="24"/>
                <w:lang w:val="tt-RU"/>
              </w:rPr>
            </w:pPr>
          </w:p>
        </w:tc>
        <w:tc>
          <w:tcPr>
            <w:tcW w:w="1147" w:type="dxa"/>
          </w:tcPr>
          <w:p w14:paraId="55253D1F" w14:textId="77777777" w:rsidR="00AA2478" w:rsidRPr="002C23D0" w:rsidRDefault="00AA2478" w:rsidP="00AA2478">
            <w:pPr>
              <w:rPr>
                <w:rFonts w:cs="Times New Roman"/>
                <w:sz w:val="24"/>
                <w:szCs w:val="24"/>
                <w:lang w:val="tt-RU"/>
              </w:rPr>
            </w:pPr>
          </w:p>
        </w:tc>
        <w:tc>
          <w:tcPr>
            <w:tcW w:w="4466" w:type="dxa"/>
          </w:tcPr>
          <w:p w14:paraId="10A6B644" w14:textId="77777777" w:rsidR="00AA2478" w:rsidRDefault="00863D41" w:rsidP="00AA2478">
            <w:pPr>
              <w:rPr>
                <w:rFonts w:cs="Times New Roman"/>
                <w:sz w:val="16"/>
                <w:szCs w:val="16"/>
                <w:lang w:val="tt-RU"/>
              </w:rPr>
            </w:pPr>
            <w:hyperlink r:id="rId17" w:history="1">
              <w:r w:rsidR="00AA2478" w:rsidRPr="00C12EE6">
                <w:rPr>
                  <w:rStyle w:val="af2"/>
                  <w:rFonts w:cs="Times New Roman"/>
                  <w:sz w:val="16"/>
                  <w:szCs w:val="16"/>
                  <w:lang w:val="tt-RU"/>
                </w:rPr>
                <w:t>http://www.antat.ru/ru/iyli/publishing/book/2019/метод_2%20кл-новый.pdf</w:t>
              </w:r>
            </w:hyperlink>
          </w:p>
          <w:p w14:paraId="66AB06AC" w14:textId="77777777" w:rsidR="00AA2478" w:rsidRPr="00AC5F97" w:rsidRDefault="00AA2478" w:rsidP="00AA2478">
            <w:pPr>
              <w:rPr>
                <w:rFonts w:cs="Times New Roman"/>
                <w:sz w:val="16"/>
                <w:szCs w:val="16"/>
                <w:lang w:val="tt-RU"/>
              </w:rPr>
            </w:pPr>
          </w:p>
        </w:tc>
      </w:tr>
      <w:tr w:rsidR="00AA2478" w:rsidRPr="00BC2AF3" w14:paraId="2FBEA302" w14:textId="77777777" w:rsidTr="00AA2478">
        <w:trPr>
          <w:trHeight w:val="381"/>
        </w:trPr>
        <w:tc>
          <w:tcPr>
            <w:tcW w:w="951" w:type="dxa"/>
          </w:tcPr>
          <w:p w14:paraId="11880A6F"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38</w:t>
            </w:r>
          </w:p>
        </w:tc>
        <w:tc>
          <w:tcPr>
            <w:tcW w:w="7515" w:type="dxa"/>
            <w:vMerge/>
          </w:tcPr>
          <w:p w14:paraId="2B0502AB" w14:textId="77777777" w:rsidR="00AA2478" w:rsidRPr="002C23D0" w:rsidRDefault="00AA2478" w:rsidP="00AA2478">
            <w:pPr>
              <w:rPr>
                <w:rFonts w:cs="Times New Roman"/>
                <w:sz w:val="24"/>
                <w:szCs w:val="24"/>
                <w:lang w:val="tt-RU"/>
              </w:rPr>
            </w:pPr>
          </w:p>
        </w:tc>
        <w:tc>
          <w:tcPr>
            <w:tcW w:w="984" w:type="dxa"/>
            <w:vMerge/>
          </w:tcPr>
          <w:p w14:paraId="7A441264" w14:textId="77777777" w:rsidR="00AA2478" w:rsidRPr="002C23D0" w:rsidRDefault="00AA2478" w:rsidP="00AA2478">
            <w:pPr>
              <w:jc w:val="center"/>
              <w:rPr>
                <w:rFonts w:cs="Times New Roman"/>
                <w:sz w:val="24"/>
                <w:szCs w:val="24"/>
                <w:lang w:val="tt-RU"/>
              </w:rPr>
            </w:pPr>
          </w:p>
        </w:tc>
        <w:tc>
          <w:tcPr>
            <w:tcW w:w="1098" w:type="dxa"/>
          </w:tcPr>
          <w:p w14:paraId="20826FFB" w14:textId="77777777" w:rsidR="00AA2478" w:rsidRPr="002C23D0" w:rsidRDefault="00AA2478" w:rsidP="00AA2478">
            <w:pPr>
              <w:jc w:val="center"/>
              <w:rPr>
                <w:rFonts w:cs="Times New Roman"/>
                <w:sz w:val="24"/>
                <w:szCs w:val="24"/>
                <w:lang w:val="tt-RU"/>
              </w:rPr>
            </w:pPr>
          </w:p>
        </w:tc>
        <w:tc>
          <w:tcPr>
            <w:tcW w:w="1147" w:type="dxa"/>
          </w:tcPr>
          <w:p w14:paraId="470EA828" w14:textId="77777777" w:rsidR="00AA2478" w:rsidRPr="002C23D0" w:rsidRDefault="00AA2478" w:rsidP="00AA2478">
            <w:pPr>
              <w:rPr>
                <w:rFonts w:cs="Times New Roman"/>
                <w:sz w:val="24"/>
                <w:szCs w:val="24"/>
                <w:lang w:val="tt-RU"/>
              </w:rPr>
            </w:pPr>
          </w:p>
        </w:tc>
        <w:tc>
          <w:tcPr>
            <w:tcW w:w="4466" w:type="dxa"/>
          </w:tcPr>
          <w:p w14:paraId="1855D44F" w14:textId="77777777" w:rsidR="00AA2478" w:rsidRPr="00AC5F97" w:rsidRDefault="00AA2478" w:rsidP="00AA2478">
            <w:pPr>
              <w:rPr>
                <w:rFonts w:cs="Times New Roman"/>
                <w:sz w:val="16"/>
                <w:szCs w:val="16"/>
                <w:lang w:val="tt-RU"/>
              </w:rPr>
            </w:pPr>
          </w:p>
        </w:tc>
      </w:tr>
      <w:tr w:rsidR="00AA2478" w:rsidRPr="00BC2AF3" w14:paraId="60F782B8" w14:textId="77777777" w:rsidTr="00AA2478">
        <w:trPr>
          <w:trHeight w:val="381"/>
        </w:trPr>
        <w:tc>
          <w:tcPr>
            <w:tcW w:w="951" w:type="dxa"/>
          </w:tcPr>
          <w:p w14:paraId="3F804211"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39</w:t>
            </w:r>
          </w:p>
        </w:tc>
        <w:tc>
          <w:tcPr>
            <w:tcW w:w="7515" w:type="dxa"/>
            <w:vMerge/>
          </w:tcPr>
          <w:p w14:paraId="367364D0" w14:textId="77777777" w:rsidR="00AA2478" w:rsidRPr="002C23D0" w:rsidRDefault="00AA2478" w:rsidP="00AA2478">
            <w:pPr>
              <w:rPr>
                <w:rFonts w:cs="Times New Roman"/>
                <w:sz w:val="24"/>
                <w:szCs w:val="24"/>
                <w:lang w:val="tt-RU"/>
              </w:rPr>
            </w:pPr>
          </w:p>
        </w:tc>
        <w:tc>
          <w:tcPr>
            <w:tcW w:w="984" w:type="dxa"/>
            <w:vMerge/>
          </w:tcPr>
          <w:p w14:paraId="03EF42DA" w14:textId="77777777" w:rsidR="00AA2478" w:rsidRPr="002C23D0" w:rsidRDefault="00AA2478" w:rsidP="00AA2478">
            <w:pPr>
              <w:jc w:val="center"/>
              <w:rPr>
                <w:rFonts w:cs="Times New Roman"/>
                <w:sz w:val="24"/>
                <w:szCs w:val="24"/>
                <w:lang w:val="tt-RU"/>
              </w:rPr>
            </w:pPr>
          </w:p>
        </w:tc>
        <w:tc>
          <w:tcPr>
            <w:tcW w:w="1098" w:type="dxa"/>
          </w:tcPr>
          <w:p w14:paraId="0CE45D05" w14:textId="77777777" w:rsidR="00AA2478" w:rsidRPr="002C23D0" w:rsidRDefault="00AA2478" w:rsidP="00AA2478">
            <w:pPr>
              <w:jc w:val="center"/>
              <w:rPr>
                <w:rFonts w:cs="Times New Roman"/>
                <w:sz w:val="24"/>
                <w:szCs w:val="24"/>
                <w:lang w:val="tt-RU"/>
              </w:rPr>
            </w:pPr>
          </w:p>
        </w:tc>
        <w:tc>
          <w:tcPr>
            <w:tcW w:w="1147" w:type="dxa"/>
          </w:tcPr>
          <w:p w14:paraId="2FD148A8" w14:textId="77777777" w:rsidR="00AA2478" w:rsidRPr="002C23D0" w:rsidRDefault="00AA2478" w:rsidP="00AA2478">
            <w:pPr>
              <w:rPr>
                <w:rFonts w:cs="Times New Roman"/>
                <w:sz w:val="24"/>
                <w:szCs w:val="24"/>
                <w:lang w:val="tt-RU"/>
              </w:rPr>
            </w:pPr>
          </w:p>
        </w:tc>
        <w:tc>
          <w:tcPr>
            <w:tcW w:w="4466" w:type="dxa"/>
          </w:tcPr>
          <w:p w14:paraId="0ADD2595" w14:textId="77777777" w:rsidR="00AA2478" w:rsidRPr="00AC5F97" w:rsidRDefault="00AA2478" w:rsidP="00AA2478">
            <w:pPr>
              <w:rPr>
                <w:rFonts w:cs="Times New Roman"/>
                <w:sz w:val="16"/>
                <w:szCs w:val="16"/>
                <w:lang w:val="tt-RU"/>
              </w:rPr>
            </w:pPr>
          </w:p>
        </w:tc>
      </w:tr>
      <w:tr w:rsidR="00AA2478" w:rsidRPr="00600724" w14:paraId="49AA019E" w14:textId="77777777" w:rsidTr="00AA2478">
        <w:trPr>
          <w:trHeight w:val="940"/>
        </w:trPr>
        <w:tc>
          <w:tcPr>
            <w:tcW w:w="951" w:type="dxa"/>
          </w:tcPr>
          <w:p w14:paraId="125EB286" w14:textId="77777777" w:rsidR="00AA2478" w:rsidRDefault="00AA2478" w:rsidP="00AA2478">
            <w:pPr>
              <w:pStyle w:val="ac"/>
              <w:ind w:left="0"/>
              <w:rPr>
                <w:rFonts w:cs="Times New Roman"/>
                <w:sz w:val="24"/>
                <w:szCs w:val="24"/>
                <w:lang w:val="tt-RU"/>
              </w:rPr>
            </w:pPr>
            <w:r>
              <w:rPr>
                <w:rFonts w:cs="Times New Roman"/>
                <w:sz w:val="24"/>
                <w:szCs w:val="24"/>
                <w:lang w:val="tt-RU"/>
              </w:rPr>
              <w:t>40</w:t>
            </w:r>
          </w:p>
          <w:p w14:paraId="55F384D0" w14:textId="77777777" w:rsidR="00AA2478" w:rsidRDefault="00AA2478" w:rsidP="00AA2478">
            <w:pPr>
              <w:pStyle w:val="ac"/>
              <w:ind w:left="0"/>
              <w:rPr>
                <w:rFonts w:cs="Times New Roman"/>
                <w:sz w:val="24"/>
                <w:szCs w:val="24"/>
                <w:lang w:val="tt-RU"/>
              </w:rPr>
            </w:pPr>
            <w:r>
              <w:rPr>
                <w:rFonts w:cs="Times New Roman"/>
                <w:sz w:val="24"/>
                <w:szCs w:val="24"/>
                <w:lang w:val="tt-RU"/>
              </w:rPr>
              <w:t>41</w:t>
            </w:r>
          </w:p>
          <w:p w14:paraId="7A3AF9FF"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42</w:t>
            </w:r>
          </w:p>
        </w:tc>
        <w:tc>
          <w:tcPr>
            <w:tcW w:w="7515" w:type="dxa"/>
            <w:vMerge w:val="restart"/>
          </w:tcPr>
          <w:p w14:paraId="4395B50E" w14:textId="77777777" w:rsidR="00AA2478" w:rsidRPr="002C23D0" w:rsidRDefault="00AA2478" w:rsidP="00AA2478">
            <w:pPr>
              <w:rPr>
                <w:rFonts w:cs="Times New Roman"/>
                <w:sz w:val="24"/>
                <w:szCs w:val="24"/>
                <w:lang w:val="tt-RU"/>
              </w:rPr>
            </w:pPr>
            <w:r w:rsidRPr="002C23D0">
              <w:rPr>
                <w:rFonts w:cs="Times New Roman"/>
                <w:sz w:val="24"/>
                <w:szCs w:val="24"/>
              </w:rPr>
              <w:t>Синонимы</w:t>
            </w:r>
            <w:r w:rsidRPr="002C23D0">
              <w:rPr>
                <w:rFonts w:cs="Times New Roman"/>
                <w:sz w:val="24"/>
                <w:szCs w:val="24"/>
                <w:lang w:val="tt-RU"/>
              </w:rPr>
              <w:t>.</w:t>
            </w:r>
            <w:r w:rsidRPr="002C23D0">
              <w:rPr>
                <w:rFonts w:cs="Times New Roman"/>
                <w:sz w:val="24"/>
                <w:szCs w:val="24"/>
              </w:rPr>
              <w:t xml:space="preserve"> Осознание значения синонимов</w:t>
            </w:r>
            <w:r w:rsidRPr="002C23D0">
              <w:rPr>
                <w:rFonts w:cs="Times New Roman"/>
                <w:sz w:val="24"/>
                <w:szCs w:val="24"/>
                <w:lang w:val="tt-RU"/>
              </w:rPr>
              <w:t xml:space="preserve"> </w:t>
            </w:r>
            <w:r w:rsidRPr="002C23D0">
              <w:rPr>
                <w:rFonts w:cs="Times New Roman"/>
                <w:sz w:val="24"/>
                <w:szCs w:val="24"/>
              </w:rPr>
              <w:t>в тексте и разговорной речи</w:t>
            </w:r>
            <w:proofErr w:type="gramStart"/>
            <w:r w:rsidRPr="002C23D0">
              <w:rPr>
                <w:rFonts w:cs="Times New Roman"/>
                <w:sz w:val="24"/>
                <w:szCs w:val="24"/>
              </w:rPr>
              <w:t>..</w:t>
            </w:r>
            <w:r w:rsidRPr="002C23D0">
              <w:rPr>
                <w:rFonts w:cs="Times New Roman"/>
                <w:sz w:val="24"/>
                <w:szCs w:val="24"/>
                <w:lang w:val="tt-RU"/>
              </w:rPr>
              <w:t>/</w:t>
            </w:r>
            <w:proofErr w:type="gramEnd"/>
            <w:r w:rsidRPr="002C23D0">
              <w:rPr>
                <w:rFonts w:cs="Times New Roman"/>
                <w:sz w:val="24"/>
                <w:szCs w:val="24"/>
                <w:lang w:val="tt-RU"/>
              </w:rPr>
              <w:t>Синоним сүзләр. Сөйләмдә синонимнарны дөрес куллану. Әкият геройлары бездә кунакта</w:t>
            </w:r>
          </w:p>
        </w:tc>
        <w:tc>
          <w:tcPr>
            <w:tcW w:w="984" w:type="dxa"/>
            <w:vMerge w:val="restart"/>
          </w:tcPr>
          <w:p w14:paraId="614FB905" w14:textId="77777777" w:rsidR="00AA2478" w:rsidRPr="002C23D0" w:rsidRDefault="00AA2478" w:rsidP="00AA2478">
            <w:pPr>
              <w:jc w:val="center"/>
              <w:rPr>
                <w:rFonts w:cs="Times New Roman"/>
                <w:sz w:val="24"/>
                <w:szCs w:val="24"/>
                <w:lang w:val="tt-RU"/>
              </w:rPr>
            </w:pPr>
            <w:r>
              <w:rPr>
                <w:rFonts w:cs="Times New Roman"/>
                <w:sz w:val="24"/>
                <w:szCs w:val="24"/>
                <w:lang w:val="tt-RU"/>
              </w:rPr>
              <w:t>5</w:t>
            </w:r>
          </w:p>
          <w:p w14:paraId="4A79D3FA" w14:textId="77777777" w:rsidR="00AA2478" w:rsidRPr="002C23D0" w:rsidRDefault="00AA2478" w:rsidP="00AA2478">
            <w:pPr>
              <w:jc w:val="center"/>
              <w:rPr>
                <w:rFonts w:cs="Times New Roman"/>
                <w:sz w:val="24"/>
                <w:szCs w:val="24"/>
                <w:lang w:val="tt-RU"/>
              </w:rPr>
            </w:pPr>
          </w:p>
          <w:p w14:paraId="3EC5EB85" w14:textId="77777777" w:rsidR="00AA2478" w:rsidRPr="002C23D0" w:rsidRDefault="00AA2478" w:rsidP="00AA2478">
            <w:pPr>
              <w:jc w:val="center"/>
              <w:rPr>
                <w:rFonts w:cs="Times New Roman"/>
                <w:sz w:val="24"/>
                <w:szCs w:val="24"/>
                <w:lang w:val="tt-RU"/>
              </w:rPr>
            </w:pPr>
          </w:p>
        </w:tc>
        <w:tc>
          <w:tcPr>
            <w:tcW w:w="1098" w:type="dxa"/>
          </w:tcPr>
          <w:p w14:paraId="49E93504" w14:textId="77777777" w:rsidR="00AA2478" w:rsidRPr="002C23D0" w:rsidRDefault="00AA2478" w:rsidP="00AA2478">
            <w:pPr>
              <w:rPr>
                <w:rFonts w:cs="Times New Roman"/>
                <w:sz w:val="24"/>
                <w:szCs w:val="24"/>
                <w:lang w:val="tt-RU"/>
              </w:rPr>
            </w:pPr>
          </w:p>
        </w:tc>
        <w:tc>
          <w:tcPr>
            <w:tcW w:w="1147" w:type="dxa"/>
          </w:tcPr>
          <w:p w14:paraId="12A3C348" w14:textId="77777777" w:rsidR="00AA2478" w:rsidRPr="002C23D0" w:rsidRDefault="00AA2478" w:rsidP="00AA2478">
            <w:pPr>
              <w:rPr>
                <w:rFonts w:cs="Times New Roman"/>
                <w:sz w:val="24"/>
                <w:szCs w:val="24"/>
                <w:lang w:val="tt-RU"/>
              </w:rPr>
            </w:pPr>
          </w:p>
        </w:tc>
        <w:tc>
          <w:tcPr>
            <w:tcW w:w="4466" w:type="dxa"/>
          </w:tcPr>
          <w:p w14:paraId="2F87590E" w14:textId="77777777" w:rsidR="00AA2478" w:rsidRDefault="00863D41" w:rsidP="00AA2478">
            <w:pPr>
              <w:rPr>
                <w:rFonts w:cs="Times New Roman"/>
                <w:sz w:val="16"/>
                <w:szCs w:val="16"/>
                <w:lang w:val="tt-RU"/>
              </w:rPr>
            </w:pPr>
            <w:hyperlink r:id="rId18" w:history="1">
              <w:r w:rsidR="00AA2478" w:rsidRPr="00C12EE6">
                <w:rPr>
                  <w:rStyle w:val="af2"/>
                  <w:rFonts w:cs="Times New Roman"/>
                  <w:sz w:val="16"/>
                  <w:szCs w:val="16"/>
                  <w:lang w:val="tt-RU"/>
                </w:rPr>
                <w:t>https://mon.tatarstan.ru/razrabotki-urokov-po-rodnomu-tatarskomu-yaziku-i.htm</w:t>
              </w:r>
            </w:hyperlink>
          </w:p>
          <w:p w14:paraId="767034E4" w14:textId="77777777" w:rsidR="00AA2478" w:rsidRPr="00AC5F97" w:rsidRDefault="00AA2478" w:rsidP="00AA2478">
            <w:pPr>
              <w:rPr>
                <w:rFonts w:cs="Times New Roman"/>
                <w:sz w:val="16"/>
                <w:szCs w:val="16"/>
                <w:lang w:val="tt-RU"/>
              </w:rPr>
            </w:pPr>
          </w:p>
        </w:tc>
      </w:tr>
      <w:tr w:rsidR="00AA2478" w:rsidRPr="00BC2AF3" w14:paraId="32DD4808" w14:textId="77777777" w:rsidTr="00AA2478">
        <w:trPr>
          <w:trHeight w:val="551"/>
        </w:trPr>
        <w:tc>
          <w:tcPr>
            <w:tcW w:w="951" w:type="dxa"/>
          </w:tcPr>
          <w:p w14:paraId="1A0CEEBB"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lastRenderedPageBreak/>
              <w:t>43</w:t>
            </w:r>
          </w:p>
        </w:tc>
        <w:tc>
          <w:tcPr>
            <w:tcW w:w="7515" w:type="dxa"/>
            <w:vMerge/>
          </w:tcPr>
          <w:p w14:paraId="7D2F37B9" w14:textId="77777777" w:rsidR="00AA2478" w:rsidRPr="002C23D0" w:rsidRDefault="00AA2478" w:rsidP="00AA2478">
            <w:pPr>
              <w:rPr>
                <w:rFonts w:cs="Times New Roman"/>
                <w:sz w:val="24"/>
                <w:szCs w:val="24"/>
                <w:lang w:val="tt-RU"/>
              </w:rPr>
            </w:pPr>
          </w:p>
        </w:tc>
        <w:tc>
          <w:tcPr>
            <w:tcW w:w="984" w:type="dxa"/>
            <w:vMerge/>
          </w:tcPr>
          <w:p w14:paraId="1779B277" w14:textId="77777777" w:rsidR="00AA2478" w:rsidRPr="002C23D0" w:rsidRDefault="00AA2478" w:rsidP="00AA2478">
            <w:pPr>
              <w:jc w:val="center"/>
              <w:rPr>
                <w:rFonts w:cs="Times New Roman"/>
                <w:sz w:val="24"/>
                <w:szCs w:val="24"/>
                <w:lang w:val="tt-RU"/>
              </w:rPr>
            </w:pPr>
          </w:p>
        </w:tc>
        <w:tc>
          <w:tcPr>
            <w:tcW w:w="1098" w:type="dxa"/>
          </w:tcPr>
          <w:p w14:paraId="32C03541" w14:textId="77777777" w:rsidR="00AA2478" w:rsidRPr="002C23D0" w:rsidRDefault="00AA2478" w:rsidP="00AA2478">
            <w:pPr>
              <w:jc w:val="center"/>
              <w:rPr>
                <w:rFonts w:cs="Times New Roman"/>
                <w:sz w:val="24"/>
                <w:szCs w:val="24"/>
                <w:lang w:val="tt-RU"/>
              </w:rPr>
            </w:pPr>
          </w:p>
        </w:tc>
        <w:tc>
          <w:tcPr>
            <w:tcW w:w="1147" w:type="dxa"/>
          </w:tcPr>
          <w:p w14:paraId="12C7D708" w14:textId="77777777" w:rsidR="00AA2478" w:rsidRPr="002C23D0" w:rsidRDefault="00AA2478" w:rsidP="00AA2478">
            <w:pPr>
              <w:rPr>
                <w:rFonts w:cs="Times New Roman"/>
                <w:sz w:val="24"/>
                <w:szCs w:val="24"/>
                <w:lang w:val="tt-RU"/>
              </w:rPr>
            </w:pPr>
          </w:p>
        </w:tc>
        <w:tc>
          <w:tcPr>
            <w:tcW w:w="4466" w:type="dxa"/>
          </w:tcPr>
          <w:p w14:paraId="17910E46" w14:textId="77777777" w:rsidR="00AA2478" w:rsidRPr="00AC5F97" w:rsidRDefault="00AA2478" w:rsidP="00AA2478">
            <w:pPr>
              <w:rPr>
                <w:rFonts w:cs="Times New Roman"/>
                <w:sz w:val="16"/>
                <w:szCs w:val="16"/>
                <w:lang w:val="tt-RU"/>
              </w:rPr>
            </w:pPr>
          </w:p>
        </w:tc>
      </w:tr>
      <w:tr w:rsidR="00AA2478" w:rsidRPr="00BC2AF3" w14:paraId="50E3B848" w14:textId="77777777" w:rsidTr="00AA2478">
        <w:trPr>
          <w:trHeight w:val="572"/>
        </w:trPr>
        <w:tc>
          <w:tcPr>
            <w:tcW w:w="951" w:type="dxa"/>
          </w:tcPr>
          <w:p w14:paraId="6E212203"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44</w:t>
            </w:r>
          </w:p>
        </w:tc>
        <w:tc>
          <w:tcPr>
            <w:tcW w:w="7515" w:type="dxa"/>
            <w:vMerge/>
          </w:tcPr>
          <w:p w14:paraId="0822B565" w14:textId="77777777" w:rsidR="00AA2478" w:rsidRPr="002C23D0" w:rsidRDefault="00AA2478" w:rsidP="00AA2478">
            <w:pPr>
              <w:rPr>
                <w:rFonts w:cs="Times New Roman"/>
                <w:sz w:val="24"/>
                <w:szCs w:val="24"/>
                <w:lang w:val="tt-RU"/>
              </w:rPr>
            </w:pPr>
          </w:p>
        </w:tc>
        <w:tc>
          <w:tcPr>
            <w:tcW w:w="984" w:type="dxa"/>
            <w:vMerge/>
          </w:tcPr>
          <w:p w14:paraId="3695912C" w14:textId="77777777" w:rsidR="00AA2478" w:rsidRPr="002C23D0" w:rsidRDefault="00AA2478" w:rsidP="00AA2478">
            <w:pPr>
              <w:jc w:val="center"/>
              <w:rPr>
                <w:rFonts w:cs="Times New Roman"/>
                <w:sz w:val="24"/>
                <w:szCs w:val="24"/>
                <w:lang w:val="tt-RU"/>
              </w:rPr>
            </w:pPr>
          </w:p>
        </w:tc>
        <w:tc>
          <w:tcPr>
            <w:tcW w:w="1098" w:type="dxa"/>
          </w:tcPr>
          <w:p w14:paraId="22EF28A4" w14:textId="77777777" w:rsidR="00AA2478" w:rsidRPr="002C23D0" w:rsidRDefault="00AA2478" w:rsidP="00AA2478">
            <w:pPr>
              <w:jc w:val="center"/>
              <w:rPr>
                <w:rFonts w:cs="Times New Roman"/>
                <w:sz w:val="24"/>
                <w:szCs w:val="24"/>
                <w:lang w:val="tt-RU"/>
              </w:rPr>
            </w:pPr>
          </w:p>
        </w:tc>
        <w:tc>
          <w:tcPr>
            <w:tcW w:w="1147" w:type="dxa"/>
          </w:tcPr>
          <w:p w14:paraId="4BF6E562" w14:textId="77777777" w:rsidR="00AA2478" w:rsidRPr="002C23D0" w:rsidRDefault="00AA2478" w:rsidP="00AA2478">
            <w:pPr>
              <w:rPr>
                <w:rFonts w:cs="Times New Roman"/>
                <w:sz w:val="24"/>
                <w:szCs w:val="24"/>
                <w:lang w:val="tt-RU"/>
              </w:rPr>
            </w:pPr>
          </w:p>
        </w:tc>
        <w:tc>
          <w:tcPr>
            <w:tcW w:w="4466" w:type="dxa"/>
          </w:tcPr>
          <w:p w14:paraId="59CAB738" w14:textId="77777777" w:rsidR="00AA2478" w:rsidRPr="00AC5F97" w:rsidRDefault="00AA2478" w:rsidP="00AA2478">
            <w:pPr>
              <w:rPr>
                <w:rFonts w:cs="Times New Roman"/>
                <w:sz w:val="16"/>
                <w:szCs w:val="16"/>
                <w:lang w:val="tt-RU"/>
              </w:rPr>
            </w:pPr>
          </w:p>
        </w:tc>
      </w:tr>
      <w:tr w:rsidR="00AA2478" w:rsidRPr="00600724" w14:paraId="6A829DF9" w14:textId="77777777" w:rsidTr="00AA2478">
        <w:trPr>
          <w:trHeight w:val="676"/>
        </w:trPr>
        <w:tc>
          <w:tcPr>
            <w:tcW w:w="951" w:type="dxa"/>
          </w:tcPr>
          <w:p w14:paraId="4B21934C" w14:textId="77777777" w:rsidR="00AA2478" w:rsidRDefault="00AA2478" w:rsidP="00AA2478">
            <w:pPr>
              <w:pStyle w:val="ac"/>
              <w:ind w:left="0"/>
              <w:rPr>
                <w:rFonts w:cs="Times New Roman"/>
                <w:sz w:val="24"/>
                <w:szCs w:val="24"/>
                <w:lang w:val="tt-RU"/>
              </w:rPr>
            </w:pPr>
            <w:r>
              <w:rPr>
                <w:rFonts w:cs="Times New Roman"/>
                <w:sz w:val="24"/>
                <w:szCs w:val="24"/>
                <w:lang w:val="tt-RU"/>
              </w:rPr>
              <w:t>46</w:t>
            </w:r>
          </w:p>
          <w:p w14:paraId="621CAF16"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47</w:t>
            </w:r>
          </w:p>
        </w:tc>
        <w:tc>
          <w:tcPr>
            <w:tcW w:w="7515" w:type="dxa"/>
            <w:vMerge w:val="restart"/>
          </w:tcPr>
          <w:p w14:paraId="0175CF17" w14:textId="77777777" w:rsidR="00AA2478" w:rsidRPr="002C23D0" w:rsidRDefault="00AA2478" w:rsidP="00AA2478">
            <w:pPr>
              <w:rPr>
                <w:rFonts w:cs="Times New Roman"/>
                <w:sz w:val="24"/>
                <w:szCs w:val="24"/>
                <w:lang w:val="tt-RU"/>
              </w:rPr>
            </w:pPr>
            <w:r w:rsidRPr="002C23D0">
              <w:rPr>
                <w:rFonts w:cs="Times New Roman"/>
                <w:sz w:val="24"/>
                <w:szCs w:val="24"/>
                <w:lang w:val="tt-RU"/>
              </w:rPr>
              <w:t>Употребление  антонимов в разговорной речи. Слова антонимы/ Антоним сүзләр Антонимнарның сөйләмдә кулланылуы</w:t>
            </w:r>
          </w:p>
          <w:p w14:paraId="1F964EA5" w14:textId="77777777" w:rsidR="00AA2478" w:rsidRPr="002C23D0" w:rsidRDefault="00AA2478" w:rsidP="00AA2478">
            <w:pPr>
              <w:rPr>
                <w:rFonts w:cs="Times New Roman"/>
                <w:sz w:val="24"/>
                <w:szCs w:val="24"/>
                <w:lang w:val="tt-RU"/>
              </w:rPr>
            </w:pPr>
          </w:p>
        </w:tc>
        <w:tc>
          <w:tcPr>
            <w:tcW w:w="984" w:type="dxa"/>
            <w:vMerge w:val="restart"/>
          </w:tcPr>
          <w:p w14:paraId="6453C6A3" w14:textId="77777777" w:rsidR="00AA2478" w:rsidRPr="002C23D0" w:rsidRDefault="00AA2478" w:rsidP="00AA2478">
            <w:pPr>
              <w:jc w:val="center"/>
              <w:rPr>
                <w:rFonts w:cs="Times New Roman"/>
                <w:sz w:val="24"/>
                <w:szCs w:val="24"/>
                <w:lang w:val="tt-RU"/>
              </w:rPr>
            </w:pPr>
            <w:r>
              <w:rPr>
                <w:rFonts w:cs="Times New Roman"/>
                <w:sz w:val="24"/>
                <w:szCs w:val="24"/>
                <w:lang w:val="tt-RU"/>
              </w:rPr>
              <w:t>4</w:t>
            </w:r>
          </w:p>
          <w:p w14:paraId="7CF8577B" w14:textId="77777777" w:rsidR="00AA2478" w:rsidRPr="002C23D0" w:rsidRDefault="00AA2478" w:rsidP="00AA2478">
            <w:pPr>
              <w:jc w:val="center"/>
              <w:rPr>
                <w:rFonts w:cs="Times New Roman"/>
                <w:sz w:val="24"/>
                <w:szCs w:val="24"/>
                <w:lang w:val="tt-RU"/>
              </w:rPr>
            </w:pPr>
          </w:p>
        </w:tc>
        <w:tc>
          <w:tcPr>
            <w:tcW w:w="1098" w:type="dxa"/>
          </w:tcPr>
          <w:p w14:paraId="5E41005E" w14:textId="77777777" w:rsidR="00AA2478" w:rsidRPr="002C23D0" w:rsidRDefault="00AA2478" w:rsidP="00AA2478">
            <w:pPr>
              <w:jc w:val="center"/>
              <w:rPr>
                <w:rFonts w:cs="Times New Roman"/>
                <w:sz w:val="24"/>
                <w:szCs w:val="24"/>
                <w:lang w:val="tt-RU"/>
              </w:rPr>
            </w:pPr>
          </w:p>
        </w:tc>
        <w:tc>
          <w:tcPr>
            <w:tcW w:w="1147" w:type="dxa"/>
          </w:tcPr>
          <w:p w14:paraId="7EB80B8F" w14:textId="77777777" w:rsidR="00AA2478" w:rsidRPr="002C23D0" w:rsidRDefault="00AA2478" w:rsidP="00AA2478">
            <w:pPr>
              <w:rPr>
                <w:rFonts w:cs="Times New Roman"/>
                <w:sz w:val="24"/>
                <w:szCs w:val="24"/>
                <w:lang w:val="tt-RU"/>
              </w:rPr>
            </w:pPr>
          </w:p>
        </w:tc>
        <w:tc>
          <w:tcPr>
            <w:tcW w:w="4466" w:type="dxa"/>
          </w:tcPr>
          <w:p w14:paraId="75A05EFD" w14:textId="77777777" w:rsidR="00AA2478" w:rsidRDefault="00863D41" w:rsidP="00AA2478">
            <w:pPr>
              <w:rPr>
                <w:rFonts w:cs="Times New Roman"/>
                <w:sz w:val="16"/>
                <w:szCs w:val="16"/>
                <w:lang w:val="tt-RU"/>
              </w:rPr>
            </w:pPr>
            <w:hyperlink r:id="rId19" w:history="1">
              <w:r w:rsidR="00AA2478" w:rsidRPr="00C12EE6">
                <w:rPr>
                  <w:rStyle w:val="af2"/>
                  <w:rFonts w:cs="Times New Roman"/>
                  <w:sz w:val="16"/>
                  <w:szCs w:val="16"/>
                  <w:lang w:val="tt-RU"/>
                </w:rPr>
                <w:t>http://www.antat.ru/ru/iyli/publishing/book/2019/метод_2%20кл-новый.pdf</w:t>
              </w:r>
            </w:hyperlink>
          </w:p>
          <w:p w14:paraId="2468FB6F" w14:textId="77777777" w:rsidR="00AA2478" w:rsidRPr="00AC5F97" w:rsidRDefault="00AA2478" w:rsidP="00AA2478">
            <w:pPr>
              <w:rPr>
                <w:rFonts w:cs="Times New Roman"/>
                <w:sz w:val="16"/>
                <w:szCs w:val="16"/>
                <w:lang w:val="tt-RU"/>
              </w:rPr>
            </w:pPr>
          </w:p>
        </w:tc>
      </w:tr>
      <w:tr w:rsidR="00AA2478" w:rsidRPr="00BC2AF3" w14:paraId="025FDD6D" w14:textId="77777777" w:rsidTr="00AA2478">
        <w:trPr>
          <w:trHeight w:val="676"/>
        </w:trPr>
        <w:tc>
          <w:tcPr>
            <w:tcW w:w="951" w:type="dxa"/>
          </w:tcPr>
          <w:p w14:paraId="2FF352B1" w14:textId="77777777" w:rsidR="00AA2478" w:rsidRDefault="00AA2478" w:rsidP="00AA2478">
            <w:pPr>
              <w:pStyle w:val="ac"/>
              <w:ind w:left="0"/>
              <w:rPr>
                <w:rFonts w:cs="Times New Roman"/>
                <w:sz w:val="24"/>
                <w:szCs w:val="24"/>
                <w:lang w:val="tt-RU"/>
              </w:rPr>
            </w:pPr>
            <w:r>
              <w:rPr>
                <w:rFonts w:cs="Times New Roman"/>
                <w:sz w:val="24"/>
                <w:szCs w:val="24"/>
                <w:lang w:val="tt-RU"/>
              </w:rPr>
              <w:t>48</w:t>
            </w:r>
          </w:p>
          <w:p w14:paraId="24B82618"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49</w:t>
            </w:r>
          </w:p>
        </w:tc>
        <w:tc>
          <w:tcPr>
            <w:tcW w:w="7515" w:type="dxa"/>
            <w:vMerge/>
          </w:tcPr>
          <w:p w14:paraId="479A3FBC" w14:textId="77777777" w:rsidR="00AA2478" w:rsidRPr="002C23D0" w:rsidRDefault="00AA2478" w:rsidP="00AA2478">
            <w:pPr>
              <w:rPr>
                <w:rFonts w:cs="Times New Roman"/>
                <w:sz w:val="24"/>
                <w:szCs w:val="24"/>
                <w:lang w:val="tt-RU"/>
              </w:rPr>
            </w:pPr>
          </w:p>
        </w:tc>
        <w:tc>
          <w:tcPr>
            <w:tcW w:w="984" w:type="dxa"/>
            <w:vMerge/>
          </w:tcPr>
          <w:p w14:paraId="038BE10C" w14:textId="77777777" w:rsidR="00AA2478" w:rsidRPr="002C23D0" w:rsidRDefault="00AA2478" w:rsidP="00AA2478">
            <w:pPr>
              <w:jc w:val="center"/>
              <w:rPr>
                <w:rFonts w:cs="Times New Roman"/>
                <w:sz w:val="24"/>
                <w:szCs w:val="24"/>
                <w:lang w:val="tt-RU"/>
              </w:rPr>
            </w:pPr>
          </w:p>
        </w:tc>
        <w:tc>
          <w:tcPr>
            <w:tcW w:w="1098" w:type="dxa"/>
          </w:tcPr>
          <w:p w14:paraId="2845435B" w14:textId="77777777" w:rsidR="00AA2478" w:rsidRPr="002C23D0" w:rsidRDefault="00AA2478" w:rsidP="00AA2478">
            <w:pPr>
              <w:jc w:val="center"/>
              <w:rPr>
                <w:rFonts w:cs="Times New Roman"/>
                <w:sz w:val="24"/>
                <w:szCs w:val="24"/>
                <w:lang w:val="tt-RU"/>
              </w:rPr>
            </w:pPr>
          </w:p>
        </w:tc>
        <w:tc>
          <w:tcPr>
            <w:tcW w:w="1147" w:type="dxa"/>
          </w:tcPr>
          <w:p w14:paraId="0435C42B" w14:textId="77777777" w:rsidR="00AA2478" w:rsidRPr="002C23D0" w:rsidRDefault="00AA2478" w:rsidP="00AA2478">
            <w:pPr>
              <w:rPr>
                <w:rFonts w:cs="Times New Roman"/>
                <w:sz w:val="24"/>
                <w:szCs w:val="24"/>
                <w:lang w:val="tt-RU"/>
              </w:rPr>
            </w:pPr>
          </w:p>
        </w:tc>
        <w:tc>
          <w:tcPr>
            <w:tcW w:w="4466" w:type="dxa"/>
          </w:tcPr>
          <w:p w14:paraId="1DB34B63" w14:textId="77777777" w:rsidR="00AA2478" w:rsidRPr="00AC5F97" w:rsidRDefault="00AA2478" w:rsidP="00AA2478">
            <w:pPr>
              <w:rPr>
                <w:rFonts w:cs="Times New Roman"/>
                <w:sz w:val="16"/>
                <w:szCs w:val="16"/>
                <w:lang w:val="tt-RU"/>
              </w:rPr>
            </w:pPr>
          </w:p>
        </w:tc>
      </w:tr>
      <w:tr w:rsidR="00AA2478" w:rsidRPr="00DE6E68" w14:paraId="13EDBF3D" w14:textId="77777777" w:rsidTr="00AA2478">
        <w:tc>
          <w:tcPr>
            <w:tcW w:w="951" w:type="dxa"/>
          </w:tcPr>
          <w:p w14:paraId="32BE4483" w14:textId="77777777" w:rsidR="00AA2478" w:rsidRDefault="00AA2478" w:rsidP="00AA2478">
            <w:pPr>
              <w:pStyle w:val="ac"/>
              <w:ind w:left="0"/>
              <w:rPr>
                <w:rFonts w:cs="Times New Roman"/>
                <w:sz w:val="24"/>
                <w:szCs w:val="24"/>
                <w:lang w:val="tt-RU"/>
              </w:rPr>
            </w:pPr>
            <w:r>
              <w:rPr>
                <w:rFonts w:cs="Times New Roman"/>
                <w:sz w:val="24"/>
                <w:szCs w:val="24"/>
                <w:lang w:val="tt-RU"/>
              </w:rPr>
              <w:t>50</w:t>
            </w:r>
          </w:p>
          <w:p w14:paraId="48572BFC"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51</w:t>
            </w:r>
          </w:p>
        </w:tc>
        <w:tc>
          <w:tcPr>
            <w:tcW w:w="7515" w:type="dxa"/>
          </w:tcPr>
          <w:p w14:paraId="533F3D95" w14:textId="77777777" w:rsidR="00AA2478" w:rsidRPr="002C23D0" w:rsidRDefault="00AA2478" w:rsidP="00AA2478">
            <w:pPr>
              <w:rPr>
                <w:rFonts w:cs="Times New Roman"/>
                <w:sz w:val="24"/>
                <w:szCs w:val="24"/>
                <w:lang w:val="tt-RU"/>
              </w:rPr>
            </w:pPr>
            <w:r w:rsidRPr="002C23D0">
              <w:rPr>
                <w:rFonts w:cs="Times New Roman"/>
                <w:sz w:val="24"/>
                <w:szCs w:val="24"/>
                <w:lang w:val="tt-RU"/>
              </w:rPr>
              <w:t>Работа с текстом/ Текст белән эш. Аудиотекстны тыңлап, телдән һәм язмача биремнәр башкару</w:t>
            </w:r>
          </w:p>
        </w:tc>
        <w:tc>
          <w:tcPr>
            <w:tcW w:w="984" w:type="dxa"/>
          </w:tcPr>
          <w:p w14:paraId="3C2A7191" w14:textId="77777777" w:rsidR="00AA2478" w:rsidRPr="002C23D0" w:rsidRDefault="00AA2478" w:rsidP="00AA2478">
            <w:pPr>
              <w:jc w:val="center"/>
              <w:rPr>
                <w:rFonts w:cs="Times New Roman"/>
                <w:sz w:val="24"/>
                <w:szCs w:val="24"/>
                <w:lang w:val="tt-RU"/>
              </w:rPr>
            </w:pPr>
            <w:r>
              <w:rPr>
                <w:rFonts w:cs="Times New Roman"/>
                <w:sz w:val="24"/>
                <w:szCs w:val="24"/>
                <w:lang w:val="tt-RU"/>
              </w:rPr>
              <w:t>2</w:t>
            </w:r>
          </w:p>
        </w:tc>
        <w:tc>
          <w:tcPr>
            <w:tcW w:w="1098" w:type="dxa"/>
          </w:tcPr>
          <w:p w14:paraId="4353ABDB" w14:textId="77777777" w:rsidR="00AA2478" w:rsidRPr="002C23D0" w:rsidRDefault="00AA2478" w:rsidP="00AA2478">
            <w:pPr>
              <w:jc w:val="center"/>
              <w:rPr>
                <w:rFonts w:cs="Times New Roman"/>
                <w:sz w:val="24"/>
                <w:szCs w:val="24"/>
                <w:lang w:val="tt-RU"/>
              </w:rPr>
            </w:pPr>
          </w:p>
        </w:tc>
        <w:tc>
          <w:tcPr>
            <w:tcW w:w="1147" w:type="dxa"/>
          </w:tcPr>
          <w:p w14:paraId="7BF4C4C6" w14:textId="77777777" w:rsidR="00AA2478" w:rsidRPr="002C23D0" w:rsidRDefault="00AA2478" w:rsidP="00AA2478">
            <w:pPr>
              <w:rPr>
                <w:rFonts w:cs="Times New Roman"/>
                <w:sz w:val="24"/>
                <w:szCs w:val="24"/>
                <w:lang w:val="tt-RU"/>
              </w:rPr>
            </w:pPr>
          </w:p>
        </w:tc>
        <w:tc>
          <w:tcPr>
            <w:tcW w:w="4466" w:type="dxa"/>
          </w:tcPr>
          <w:p w14:paraId="782DE66C" w14:textId="77777777" w:rsidR="00AA2478" w:rsidRPr="00AC5F97" w:rsidRDefault="00AA2478" w:rsidP="00AA2478">
            <w:pPr>
              <w:rPr>
                <w:rFonts w:cs="Times New Roman"/>
                <w:sz w:val="16"/>
                <w:szCs w:val="16"/>
                <w:lang w:val="tt-RU"/>
              </w:rPr>
            </w:pPr>
          </w:p>
        </w:tc>
      </w:tr>
      <w:tr w:rsidR="00AA2478" w:rsidRPr="00DE6E68" w14:paraId="2E766593" w14:textId="77777777" w:rsidTr="00AA2478">
        <w:tc>
          <w:tcPr>
            <w:tcW w:w="951" w:type="dxa"/>
          </w:tcPr>
          <w:p w14:paraId="22CE4055" w14:textId="77777777" w:rsidR="00AA2478" w:rsidRDefault="00AA2478" w:rsidP="00AA2478">
            <w:pPr>
              <w:pStyle w:val="ac"/>
              <w:ind w:left="0"/>
              <w:rPr>
                <w:rFonts w:cs="Times New Roman"/>
                <w:sz w:val="24"/>
                <w:szCs w:val="24"/>
                <w:lang w:val="tt-RU"/>
              </w:rPr>
            </w:pPr>
            <w:r>
              <w:rPr>
                <w:rFonts w:cs="Times New Roman"/>
                <w:sz w:val="24"/>
                <w:szCs w:val="24"/>
                <w:lang w:val="tt-RU"/>
              </w:rPr>
              <w:t>52</w:t>
            </w:r>
          </w:p>
          <w:p w14:paraId="5D86C70E" w14:textId="77777777" w:rsidR="00AA2478" w:rsidRDefault="00AA2478" w:rsidP="00AA2478">
            <w:pPr>
              <w:pStyle w:val="ac"/>
              <w:ind w:left="0"/>
              <w:rPr>
                <w:rFonts w:cs="Times New Roman"/>
                <w:sz w:val="24"/>
                <w:szCs w:val="24"/>
                <w:lang w:val="tt-RU"/>
              </w:rPr>
            </w:pPr>
            <w:r>
              <w:rPr>
                <w:rFonts w:cs="Times New Roman"/>
                <w:sz w:val="24"/>
                <w:szCs w:val="24"/>
                <w:lang w:val="tt-RU"/>
              </w:rPr>
              <w:t>53</w:t>
            </w:r>
          </w:p>
          <w:p w14:paraId="168F5D8C"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54</w:t>
            </w:r>
          </w:p>
        </w:tc>
        <w:tc>
          <w:tcPr>
            <w:tcW w:w="7515" w:type="dxa"/>
          </w:tcPr>
          <w:p w14:paraId="15048832" w14:textId="77777777" w:rsidR="00AA2478" w:rsidRPr="002C23D0" w:rsidRDefault="00AA2478" w:rsidP="00AA2478">
            <w:pPr>
              <w:rPr>
                <w:rFonts w:cs="Times New Roman"/>
                <w:sz w:val="24"/>
                <w:szCs w:val="24"/>
                <w:lang w:val="tt-RU"/>
              </w:rPr>
            </w:pPr>
            <w:r w:rsidRPr="002C23D0">
              <w:rPr>
                <w:rFonts w:cs="Times New Roman"/>
                <w:sz w:val="24"/>
                <w:szCs w:val="24"/>
                <w:lang w:val="tt-RU"/>
              </w:rPr>
              <w:t xml:space="preserve">Кабатлау. </w:t>
            </w:r>
          </w:p>
        </w:tc>
        <w:tc>
          <w:tcPr>
            <w:tcW w:w="984" w:type="dxa"/>
          </w:tcPr>
          <w:p w14:paraId="69E9B2D0" w14:textId="77777777" w:rsidR="00AA2478" w:rsidRPr="002C23D0" w:rsidRDefault="00AA2478" w:rsidP="00AA2478">
            <w:pPr>
              <w:jc w:val="center"/>
              <w:rPr>
                <w:rFonts w:cs="Times New Roman"/>
                <w:sz w:val="24"/>
                <w:szCs w:val="24"/>
                <w:lang w:val="tt-RU"/>
              </w:rPr>
            </w:pPr>
            <w:r>
              <w:rPr>
                <w:rFonts w:cs="Times New Roman"/>
                <w:sz w:val="24"/>
                <w:szCs w:val="24"/>
                <w:lang w:val="tt-RU"/>
              </w:rPr>
              <w:t>3</w:t>
            </w:r>
          </w:p>
        </w:tc>
        <w:tc>
          <w:tcPr>
            <w:tcW w:w="1098" w:type="dxa"/>
          </w:tcPr>
          <w:p w14:paraId="457DCECC" w14:textId="77777777" w:rsidR="00AA2478" w:rsidRPr="002C23D0" w:rsidRDefault="00AA2478" w:rsidP="00AA2478">
            <w:pPr>
              <w:jc w:val="center"/>
              <w:rPr>
                <w:rFonts w:cs="Times New Roman"/>
                <w:sz w:val="24"/>
                <w:szCs w:val="24"/>
                <w:lang w:val="tt-RU"/>
              </w:rPr>
            </w:pPr>
          </w:p>
        </w:tc>
        <w:tc>
          <w:tcPr>
            <w:tcW w:w="1147" w:type="dxa"/>
          </w:tcPr>
          <w:p w14:paraId="06733DE8" w14:textId="77777777" w:rsidR="00AA2478" w:rsidRPr="002C23D0" w:rsidRDefault="00AA2478" w:rsidP="00AA2478">
            <w:pPr>
              <w:rPr>
                <w:rFonts w:cs="Times New Roman"/>
                <w:sz w:val="24"/>
                <w:szCs w:val="24"/>
                <w:lang w:val="tt-RU"/>
              </w:rPr>
            </w:pPr>
          </w:p>
        </w:tc>
        <w:tc>
          <w:tcPr>
            <w:tcW w:w="4466" w:type="dxa"/>
          </w:tcPr>
          <w:p w14:paraId="0E1A9FF0" w14:textId="77777777" w:rsidR="00AA2478" w:rsidRPr="00AC5F97" w:rsidRDefault="00AA2478" w:rsidP="00AA2478">
            <w:pPr>
              <w:rPr>
                <w:rFonts w:cs="Times New Roman"/>
                <w:sz w:val="16"/>
                <w:szCs w:val="16"/>
                <w:lang w:val="tt-RU"/>
              </w:rPr>
            </w:pPr>
          </w:p>
        </w:tc>
      </w:tr>
      <w:tr w:rsidR="00AA2478" w:rsidRPr="00DE6E68" w14:paraId="01F65141" w14:textId="77777777" w:rsidTr="00AA2478">
        <w:tc>
          <w:tcPr>
            <w:tcW w:w="951" w:type="dxa"/>
          </w:tcPr>
          <w:p w14:paraId="0F237266" w14:textId="77777777" w:rsidR="00AA2478" w:rsidRDefault="00AA2478" w:rsidP="00AA2478">
            <w:pPr>
              <w:pStyle w:val="ac"/>
              <w:ind w:left="0"/>
              <w:rPr>
                <w:rFonts w:cs="Times New Roman"/>
                <w:sz w:val="24"/>
                <w:szCs w:val="24"/>
                <w:lang w:val="tt-RU"/>
              </w:rPr>
            </w:pPr>
            <w:r>
              <w:rPr>
                <w:rFonts w:cs="Times New Roman"/>
                <w:sz w:val="24"/>
                <w:szCs w:val="24"/>
                <w:lang w:val="tt-RU"/>
              </w:rPr>
              <w:t>55</w:t>
            </w:r>
          </w:p>
          <w:p w14:paraId="5DE87D28"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56</w:t>
            </w:r>
          </w:p>
        </w:tc>
        <w:tc>
          <w:tcPr>
            <w:tcW w:w="7515" w:type="dxa"/>
          </w:tcPr>
          <w:p w14:paraId="3B165A06" w14:textId="77777777" w:rsidR="00AA2478" w:rsidRPr="002C23D0" w:rsidRDefault="00AA2478" w:rsidP="00AA2478">
            <w:pPr>
              <w:rPr>
                <w:rFonts w:cs="Times New Roman"/>
                <w:sz w:val="24"/>
                <w:szCs w:val="24"/>
                <w:lang w:val="tt-RU"/>
              </w:rPr>
            </w:pPr>
            <w:r w:rsidRPr="002C23D0">
              <w:rPr>
                <w:rFonts w:cs="Times New Roman"/>
                <w:sz w:val="24"/>
                <w:szCs w:val="24"/>
                <w:lang w:val="tt-RU"/>
              </w:rPr>
              <w:t xml:space="preserve">Бирелгән үрнәктән җөмләләрне күчереп язу. </w:t>
            </w:r>
          </w:p>
        </w:tc>
        <w:tc>
          <w:tcPr>
            <w:tcW w:w="984" w:type="dxa"/>
          </w:tcPr>
          <w:p w14:paraId="638860A2"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01F0197F" w14:textId="77777777" w:rsidR="00AA2478" w:rsidRPr="002C23D0" w:rsidRDefault="00AA2478" w:rsidP="00AA2478">
            <w:pPr>
              <w:jc w:val="center"/>
              <w:rPr>
                <w:rFonts w:cs="Times New Roman"/>
                <w:sz w:val="24"/>
                <w:szCs w:val="24"/>
                <w:lang w:val="tt-RU"/>
              </w:rPr>
            </w:pPr>
          </w:p>
        </w:tc>
        <w:tc>
          <w:tcPr>
            <w:tcW w:w="1147" w:type="dxa"/>
          </w:tcPr>
          <w:p w14:paraId="730ECD2A" w14:textId="77777777" w:rsidR="00AA2478" w:rsidRPr="002C23D0" w:rsidRDefault="00AA2478" w:rsidP="00AA2478">
            <w:pPr>
              <w:rPr>
                <w:rFonts w:cs="Times New Roman"/>
                <w:sz w:val="24"/>
                <w:szCs w:val="24"/>
                <w:lang w:val="tt-RU"/>
              </w:rPr>
            </w:pPr>
          </w:p>
        </w:tc>
        <w:tc>
          <w:tcPr>
            <w:tcW w:w="4466" w:type="dxa"/>
          </w:tcPr>
          <w:p w14:paraId="19E1AEA9" w14:textId="77777777" w:rsidR="00AA2478" w:rsidRPr="00AC5F97" w:rsidRDefault="00AA2478" w:rsidP="00AA2478">
            <w:pPr>
              <w:rPr>
                <w:rFonts w:cs="Times New Roman"/>
                <w:sz w:val="16"/>
                <w:szCs w:val="16"/>
                <w:lang w:val="tt-RU"/>
              </w:rPr>
            </w:pPr>
          </w:p>
        </w:tc>
      </w:tr>
      <w:tr w:rsidR="00AA2478" w:rsidRPr="00600724" w14:paraId="400DD50E" w14:textId="77777777" w:rsidTr="00AA2478">
        <w:trPr>
          <w:trHeight w:val="1010"/>
        </w:trPr>
        <w:tc>
          <w:tcPr>
            <w:tcW w:w="951" w:type="dxa"/>
          </w:tcPr>
          <w:p w14:paraId="6197E581" w14:textId="77777777" w:rsidR="00AA2478" w:rsidRDefault="00AA2478" w:rsidP="00AA2478">
            <w:pPr>
              <w:pStyle w:val="ac"/>
              <w:ind w:left="0"/>
              <w:rPr>
                <w:rFonts w:cs="Times New Roman"/>
                <w:sz w:val="24"/>
                <w:szCs w:val="24"/>
                <w:lang w:val="tt-RU"/>
              </w:rPr>
            </w:pPr>
            <w:r>
              <w:rPr>
                <w:rFonts w:cs="Times New Roman"/>
                <w:sz w:val="24"/>
                <w:szCs w:val="24"/>
                <w:lang w:val="tt-RU"/>
              </w:rPr>
              <w:t>57</w:t>
            </w:r>
          </w:p>
          <w:p w14:paraId="1B4C7D3B"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58</w:t>
            </w:r>
          </w:p>
        </w:tc>
        <w:tc>
          <w:tcPr>
            <w:tcW w:w="7515" w:type="dxa"/>
          </w:tcPr>
          <w:p w14:paraId="606CF21C" w14:textId="77777777" w:rsidR="00AA2478" w:rsidRPr="002C23D0" w:rsidRDefault="00AA2478" w:rsidP="00AA2478">
            <w:pPr>
              <w:rPr>
                <w:rFonts w:cs="Times New Roman"/>
                <w:sz w:val="24"/>
                <w:szCs w:val="24"/>
                <w:lang w:val="tt-RU"/>
              </w:rPr>
            </w:pPr>
            <w:r w:rsidRPr="002C23D0">
              <w:rPr>
                <w:rFonts w:cs="Times New Roman"/>
                <w:sz w:val="24"/>
                <w:szCs w:val="24"/>
                <w:lang w:val="tt-RU"/>
              </w:rPr>
              <w:t>Состав слова (морфемика). Присоединение аф</w:t>
            </w:r>
            <w:r w:rsidRPr="002C23D0">
              <w:rPr>
                <w:rFonts w:cs="Times New Roman"/>
                <w:sz w:val="24"/>
                <w:szCs w:val="24"/>
              </w:rPr>
              <w:t xml:space="preserve">фиксов к существительным </w:t>
            </w:r>
            <w:r w:rsidRPr="002C23D0">
              <w:rPr>
                <w:rFonts w:cs="Times New Roman"/>
                <w:sz w:val="24"/>
                <w:szCs w:val="24"/>
                <w:lang w:val="tt-RU"/>
              </w:rPr>
              <w:t>/ Морфемика. Исемгә кушымчалар ялгану.</w:t>
            </w:r>
          </w:p>
          <w:p w14:paraId="4E91066B" w14:textId="77777777" w:rsidR="00AA2478" w:rsidRPr="002C23D0" w:rsidRDefault="00AA2478" w:rsidP="00AA2478">
            <w:pPr>
              <w:jc w:val="center"/>
              <w:rPr>
                <w:rFonts w:cs="Times New Roman"/>
                <w:b/>
                <w:sz w:val="24"/>
                <w:szCs w:val="24"/>
                <w:lang w:val="tt-RU"/>
              </w:rPr>
            </w:pPr>
          </w:p>
        </w:tc>
        <w:tc>
          <w:tcPr>
            <w:tcW w:w="984" w:type="dxa"/>
          </w:tcPr>
          <w:p w14:paraId="2CB02671" w14:textId="77777777" w:rsidR="00AA2478" w:rsidRPr="002C23D0" w:rsidRDefault="00AA2478" w:rsidP="00AA2478">
            <w:pPr>
              <w:jc w:val="center"/>
              <w:rPr>
                <w:rFonts w:cs="Times New Roman"/>
                <w:sz w:val="24"/>
                <w:szCs w:val="24"/>
                <w:lang w:val="tt-RU"/>
              </w:rPr>
            </w:pPr>
            <w:r>
              <w:rPr>
                <w:rFonts w:cs="Times New Roman"/>
                <w:sz w:val="24"/>
                <w:szCs w:val="24"/>
                <w:lang w:val="tt-RU"/>
              </w:rPr>
              <w:t>2</w:t>
            </w:r>
          </w:p>
          <w:p w14:paraId="7CBF8248" w14:textId="77777777" w:rsidR="00AA2478" w:rsidRPr="002C23D0" w:rsidRDefault="00AA2478" w:rsidP="00AA2478">
            <w:pPr>
              <w:jc w:val="center"/>
              <w:rPr>
                <w:rFonts w:cs="Times New Roman"/>
                <w:sz w:val="24"/>
                <w:szCs w:val="24"/>
                <w:lang w:val="tt-RU"/>
              </w:rPr>
            </w:pPr>
          </w:p>
          <w:p w14:paraId="59F5FE10" w14:textId="77777777" w:rsidR="00AA2478" w:rsidRPr="002C23D0" w:rsidRDefault="00AA2478" w:rsidP="00AA2478">
            <w:pPr>
              <w:jc w:val="center"/>
              <w:rPr>
                <w:rFonts w:cs="Times New Roman"/>
                <w:sz w:val="24"/>
                <w:szCs w:val="24"/>
                <w:lang w:val="tt-RU"/>
              </w:rPr>
            </w:pPr>
          </w:p>
          <w:p w14:paraId="4D209A08" w14:textId="77777777" w:rsidR="00AA2478" w:rsidRPr="002C23D0" w:rsidRDefault="00AA2478" w:rsidP="00AA2478">
            <w:pPr>
              <w:jc w:val="center"/>
              <w:rPr>
                <w:rFonts w:cs="Times New Roman"/>
                <w:sz w:val="24"/>
                <w:szCs w:val="24"/>
                <w:lang w:val="tt-RU"/>
              </w:rPr>
            </w:pPr>
          </w:p>
        </w:tc>
        <w:tc>
          <w:tcPr>
            <w:tcW w:w="1098" w:type="dxa"/>
          </w:tcPr>
          <w:p w14:paraId="76C20629" w14:textId="77777777" w:rsidR="00AA2478" w:rsidRPr="002C23D0" w:rsidRDefault="00AA2478" w:rsidP="00AA2478">
            <w:pPr>
              <w:jc w:val="center"/>
              <w:rPr>
                <w:rFonts w:cs="Times New Roman"/>
                <w:sz w:val="24"/>
                <w:szCs w:val="24"/>
                <w:lang w:val="tt-RU"/>
              </w:rPr>
            </w:pPr>
          </w:p>
        </w:tc>
        <w:tc>
          <w:tcPr>
            <w:tcW w:w="1147" w:type="dxa"/>
          </w:tcPr>
          <w:p w14:paraId="0C734A42" w14:textId="77777777" w:rsidR="00AA2478" w:rsidRPr="002C23D0" w:rsidRDefault="00AA2478" w:rsidP="00AA2478">
            <w:pPr>
              <w:rPr>
                <w:rFonts w:cs="Times New Roman"/>
                <w:sz w:val="24"/>
                <w:szCs w:val="24"/>
                <w:lang w:val="tt-RU"/>
              </w:rPr>
            </w:pPr>
          </w:p>
        </w:tc>
        <w:tc>
          <w:tcPr>
            <w:tcW w:w="4466" w:type="dxa"/>
          </w:tcPr>
          <w:p w14:paraId="3DF48717" w14:textId="77777777" w:rsidR="00AA2478" w:rsidRDefault="00863D41" w:rsidP="00AA2478">
            <w:pPr>
              <w:rPr>
                <w:rFonts w:cs="Times New Roman"/>
                <w:sz w:val="16"/>
                <w:szCs w:val="16"/>
                <w:lang w:val="tt-RU"/>
              </w:rPr>
            </w:pPr>
            <w:hyperlink r:id="rId20" w:history="1">
              <w:r w:rsidR="00AA2478" w:rsidRPr="00C12EE6">
                <w:rPr>
                  <w:rStyle w:val="af2"/>
                  <w:rFonts w:cs="Times New Roman"/>
                  <w:sz w:val="16"/>
                  <w:szCs w:val="16"/>
                  <w:lang w:val="tt-RU"/>
                </w:rPr>
                <w:t>https://nsportal.ru/shkola/rodnoy-yazyk-i-literatura/library/2021/01/12/4-syynyf-tatar-tele-r-z-haydarova-g-m-1</w:t>
              </w:r>
            </w:hyperlink>
          </w:p>
          <w:p w14:paraId="68EF5146" w14:textId="77777777" w:rsidR="00AA2478" w:rsidRPr="00AC5F97" w:rsidRDefault="00AA2478" w:rsidP="00AA2478">
            <w:pPr>
              <w:rPr>
                <w:rFonts w:cs="Times New Roman"/>
                <w:sz w:val="16"/>
                <w:szCs w:val="16"/>
                <w:lang w:val="tt-RU"/>
              </w:rPr>
            </w:pPr>
          </w:p>
        </w:tc>
      </w:tr>
      <w:tr w:rsidR="00AA2478" w:rsidRPr="00A1775A" w14:paraId="2E2478D8" w14:textId="77777777" w:rsidTr="00AA2478">
        <w:trPr>
          <w:trHeight w:val="527"/>
        </w:trPr>
        <w:tc>
          <w:tcPr>
            <w:tcW w:w="951" w:type="dxa"/>
          </w:tcPr>
          <w:p w14:paraId="6DB33FC4"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59</w:t>
            </w:r>
          </w:p>
        </w:tc>
        <w:tc>
          <w:tcPr>
            <w:tcW w:w="7515" w:type="dxa"/>
            <w:vMerge w:val="restart"/>
          </w:tcPr>
          <w:p w14:paraId="10A23F90" w14:textId="77777777" w:rsidR="00AA2478" w:rsidRPr="002C23D0" w:rsidRDefault="00AA2478" w:rsidP="00AA2478">
            <w:pPr>
              <w:rPr>
                <w:rFonts w:cs="Times New Roman"/>
                <w:sz w:val="24"/>
                <w:szCs w:val="24"/>
                <w:lang w:val="tt-RU"/>
              </w:rPr>
            </w:pPr>
            <w:r w:rsidRPr="002C23D0">
              <w:rPr>
                <w:rFonts w:cs="Times New Roman"/>
                <w:sz w:val="24"/>
                <w:szCs w:val="24"/>
                <w:lang w:val="tt-RU"/>
              </w:rPr>
              <w:t>Части речи/ Сүз төркемнәре турында мәгълүмат бирү</w:t>
            </w:r>
          </w:p>
          <w:p w14:paraId="3B6D2671" w14:textId="77777777" w:rsidR="00AA2478" w:rsidRPr="002C23D0" w:rsidRDefault="00AA2478" w:rsidP="00AA2478">
            <w:pPr>
              <w:rPr>
                <w:rFonts w:cs="Times New Roman"/>
                <w:sz w:val="24"/>
                <w:szCs w:val="24"/>
                <w:lang w:val="tt-RU"/>
              </w:rPr>
            </w:pPr>
          </w:p>
        </w:tc>
        <w:tc>
          <w:tcPr>
            <w:tcW w:w="984" w:type="dxa"/>
            <w:vMerge w:val="restart"/>
          </w:tcPr>
          <w:p w14:paraId="6568A08E"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3</w:t>
            </w:r>
          </w:p>
          <w:p w14:paraId="79E449D0" w14:textId="77777777" w:rsidR="00AA2478" w:rsidRPr="002C23D0" w:rsidRDefault="00AA2478" w:rsidP="00AA2478">
            <w:pPr>
              <w:jc w:val="center"/>
              <w:rPr>
                <w:rFonts w:cs="Times New Roman"/>
                <w:sz w:val="24"/>
                <w:szCs w:val="24"/>
                <w:lang w:val="tt-RU"/>
              </w:rPr>
            </w:pPr>
          </w:p>
        </w:tc>
        <w:tc>
          <w:tcPr>
            <w:tcW w:w="1098" w:type="dxa"/>
          </w:tcPr>
          <w:p w14:paraId="45F0B5C9" w14:textId="77777777" w:rsidR="00AA2478" w:rsidRPr="002C23D0" w:rsidRDefault="00AA2478" w:rsidP="00AA2478">
            <w:pPr>
              <w:rPr>
                <w:rFonts w:cs="Times New Roman"/>
                <w:sz w:val="24"/>
                <w:szCs w:val="24"/>
                <w:lang w:val="tt-RU"/>
              </w:rPr>
            </w:pPr>
          </w:p>
        </w:tc>
        <w:tc>
          <w:tcPr>
            <w:tcW w:w="1147" w:type="dxa"/>
          </w:tcPr>
          <w:p w14:paraId="3E7AB85C" w14:textId="77777777" w:rsidR="00AA2478" w:rsidRPr="002C23D0" w:rsidRDefault="00AA2478" w:rsidP="00AA2478">
            <w:pPr>
              <w:rPr>
                <w:rFonts w:cs="Times New Roman"/>
                <w:sz w:val="24"/>
                <w:szCs w:val="24"/>
              </w:rPr>
            </w:pPr>
          </w:p>
        </w:tc>
        <w:tc>
          <w:tcPr>
            <w:tcW w:w="4466" w:type="dxa"/>
          </w:tcPr>
          <w:p w14:paraId="04FF812F" w14:textId="77777777" w:rsidR="00AA2478" w:rsidRDefault="00863D41" w:rsidP="00AA2478">
            <w:pPr>
              <w:rPr>
                <w:rFonts w:cs="Times New Roman"/>
                <w:sz w:val="16"/>
                <w:szCs w:val="16"/>
                <w:lang w:val="tt-RU"/>
              </w:rPr>
            </w:pPr>
            <w:hyperlink r:id="rId21" w:history="1">
              <w:r w:rsidR="00AA2478" w:rsidRPr="00C12EE6">
                <w:rPr>
                  <w:rStyle w:val="af2"/>
                  <w:rFonts w:cs="Times New Roman"/>
                  <w:sz w:val="16"/>
                  <w:szCs w:val="16"/>
                  <w:lang w:val="tt-RU"/>
                </w:rPr>
                <w:t>https://mon.tatarstan.ru/razrabotki-urokov-po-rodnomu-tatarskomu-yaziku-i.htm</w:t>
              </w:r>
            </w:hyperlink>
          </w:p>
          <w:p w14:paraId="590BA0CB" w14:textId="77777777" w:rsidR="00AA2478" w:rsidRPr="00AC5F97" w:rsidRDefault="00AA2478" w:rsidP="00AA2478">
            <w:pPr>
              <w:rPr>
                <w:rFonts w:cs="Times New Roman"/>
                <w:sz w:val="16"/>
                <w:szCs w:val="16"/>
              </w:rPr>
            </w:pPr>
          </w:p>
        </w:tc>
      </w:tr>
      <w:tr w:rsidR="00AA2478" w:rsidRPr="00A1775A" w14:paraId="0A0265F4" w14:textId="77777777" w:rsidTr="00AA2478">
        <w:trPr>
          <w:trHeight w:val="409"/>
        </w:trPr>
        <w:tc>
          <w:tcPr>
            <w:tcW w:w="951" w:type="dxa"/>
          </w:tcPr>
          <w:p w14:paraId="483CBBED"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60</w:t>
            </w:r>
          </w:p>
        </w:tc>
        <w:tc>
          <w:tcPr>
            <w:tcW w:w="7515" w:type="dxa"/>
            <w:vMerge/>
          </w:tcPr>
          <w:p w14:paraId="5D025B8C" w14:textId="77777777" w:rsidR="00AA2478" w:rsidRPr="002C23D0" w:rsidRDefault="00AA2478" w:rsidP="00AA2478">
            <w:pPr>
              <w:rPr>
                <w:rFonts w:cs="Times New Roman"/>
                <w:sz w:val="24"/>
                <w:szCs w:val="24"/>
                <w:lang w:val="tt-RU"/>
              </w:rPr>
            </w:pPr>
          </w:p>
        </w:tc>
        <w:tc>
          <w:tcPr>
            <w:tcW w:w="984" w:type="dxa"/>
            <w:vMerge/>
          </w:tcPr>
          <w:p w14:paraId="3E7EEBA4" w14:textId="77777777" w:rsidR="00AA2478" w:rsidRPr="002C23D0" w:rsidRDefault="00AA2478" w:rsidP="00AA2478">
            <w:pPr>
              <w:jc w:val="center"/>
              <w:rPr>
                <w:rFonts w:cs="Times New Roman"/>
                <w:sz w:val="24"/>
                <w:szCs w:val="24"/>
                <w:lang w:val="tt-RU"/>
              </w:rPr>
            </w:pPr>
          </w:p>
        </w:tc>
        <w:tc>
          <w:tcPr>
            <w:tcW w:w="1098" w:type="dxa"/>
          </w:tcPr>
          <w:p w14:paraId="2622CDFE" w14:textId="77777777" w:rsidR="00AA2478" w:rsidRPr="002C23D0" w:rsidRDefault="00AA2478" w:rsidP="00AA2478">
            <w:pPr>
              <w:jc w:val="center"/>
              <w:rPr>
                <w:rFonts w:cs="Times New Roman"/>
                <w:sz w:val="24"/>
                <w:szCs w:val="24"/>
                <w:lang w:val="tt-RU"/>
              </w:rPr>
            </w:pPr>
          </w:p>
        </w:tc>
        <w:tc>
          <w:tcPr>
            <w:tcW w:w="1147" w:type="dxa"/>
          </w:tcPr>
          <w:p w14:paraId="204553D4" w14:textId="77777777" w:rsidR="00AA2478" w:rsidRPr="002C23D0" w:rsidRDefault="00AA2478" w:rsidP="00AA2478">
            <w:pPr>
              <w:rPr>
                <w:rFonts w:cs="Times New Roman"/>
                <w:sz w:val="24"/>
                <w:szCs w:val="24"/>
              </w:rPr>
            </w:pPr>
          </w:p>
        </w:tc>
        <w:tc>
          <w:tcPr>
            <w:tcW w:w="4466" w:type="dxa"/>
          </w:tcPr>
          <w:p w14:paraId="1EADBB98" w14:textId="77777777" w:rsidR="00AA2478" w:rsidRPr="00AC5F97" w:rsidRDefault="00AA2478" w:rsidP="00AA2478">
            <w:pPr>
              <w:rPr>
                <w:rFonts w:cs="Times New Roman"/>
                <w:sz w:val="16"/>
                <w:szCs w:val="16"/>
              </w:rPr>
            </w:pPr>
          </w:p>
        </w:tc>
      </w:tr>
      <w:tr w:rsidR="00AA2478" w:rsidRPr="00A1775A" w14:paraId="1CB100DB" w14:textId="77777777" w:rsidTr="00AA2478">
        <w:trPr>
          <w:trHeight w:val="414"/>
        </w:trPr>
        <w:tc>
          <w:tcPr>
            <w:tcW w:w="951" w:type="dxa"/>
          </w:tcPr>
          <w:p w14:paraId="190DE9CE"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61</w:t>
            </w:r>
          </w:p>
        </w:tc>
        <w:tc>
          <w:tcPr>
            <w:tcW w:w="7515" w:type="dxa"/>
            <w:vMerge/>
          </w:tcPr>
          <w:p w14:paraId="45CF4519" w14:textId="77777777" w:rsidR="00AA2478" w:rsidRPr="002C23D0" w:rsidRDefault="00AA2478" w:rsidP="00AA2478">
            <w:pPr>
              <w:rPr>
                <w:rFonts w:cs="Times New Roman"/>
                <w:sz w:val="24"/>
                <w:szCs w:val="24"/>
                <w:lang w:val="tt-RU"/>
              </w:rPr>
            </w:pPr>
          </w:p>
        </w:tc>
        <w:tc>
          <w:tcPr>
            <w:tcW w:w="984" w:type="dxa"/>
          </w:tcPr>
          <w:p w14:paraId="3B9AB1F0" w14:textId="77777777" w:rsidR="00AA2478" w:rsidRPr="002C23D0" w:rsidRDefault="00AA2478" w:rsidP="00AA2478">
            <w:pPr>
              <w:jc w:val="center"/>
              <w:rPr>
                <w:rFonts w:cs="Times New Roman"/>
                <w:sz w:val="24"/>
                <w:szCs w:val="24"/>
                <w:lang w:val="tt-RU"/>
              </w:rPr>
            </w:pPr>
          </w:p>
        </w:tc>
        <w:tc>
          <w:tcPr>
            <w:tcW w:w="1098" w:type="dxa"/>
          </w:tcPr>
          <w:p w14:paraId="38A92692" w14:textId="77777777" w:rsidR="00AA2478" w:rsidRPr="002C23D0" w:rsidRDefault="00AA2478" w:rsidP="00AA2478">
            <w:pPr>
              <w:jc w:val="center"/>
              <w:rPr>
                <w:rFonts w:cs="Times New Roman"/>
                <w:sz w:val="24"/>
                <w:szCs w:val="24"/>
                <w:lang w:val="tt-RU"/>
              </w:rPr>
            </w:pPr>
          </w:p>
        </w:tc>
        <w:tc>
          <w:tcPr>
            <w:tcW w:w="1147" w:type="dxa"/>
          </w:tcPr>
          <w:p w14:paraId="4C397579" w14:textId="77777777" w:rsidR="00AA2478" w:rsidRPr="002C23D0" w:rsidRDefault="00AA2478" w:rsidP="00AA2478">
            <w:pPr>
              <w:rPr>
                <w:rFonts w:cs="Times New Roman"/>
                <w:sz w:val="24"/>
                <w:szCs w:val="24"/>
              </w:rPr>
            </w:pPr>
          </w:p>
        </w:tc>
        <w:tc>
          <w:tcPr>
            <w:tcW w:w="4466" w:type="dxa"/>
          </w:tcPr>
          <w:p w14:paraId="535C72E8" w14:textId="77777777" w:rsidR="00AA2478" w:rsidRPr="00AC5F97" w:rsidRDefault="00AA2478" w:rsidP="00AA2478">
            <w:pPr>
              <w:rPr>
                <w:rFonts w:cs="Times New Roman"/>
                <w:sz w:val="16"/>
                <w:szCs w:val="16"/>
              </w:rPr>
            </w:pPr>
          </w:p>
        </w:tc>
      </w:tr>
      <w:tr w:rsidR="00AA2478" w:rsidRPr="00224EB7" w14:paraId="376FCCE7" w14:textId="77777777" w:rsidTr="00AA2478">
        <w:trPr>
          <w:trHeight w:val="385"/>
        </w:trPr>
        <w:tc>
          <w:tcPr>
            <w:tcW w:w="951" w:type="dxa"/>
          </w:tcPr>
          <w:p w14:paraId="4D7A8B7A" w14:textId="77777777" w:rsidR="00AA2478" w:rsidRDefault="00AA2478" w:rsidP="00AA2478">
            <w:pPr>
              <w:pStyle w:val="ac"/>
              <w:ind w:left="0"/>
              <w:rPr>
                <w:rFonts w:cs="Times New Roman"/>
                <w:sz w:val="24"/>
                <w:szCs w:val="24"/>
                <w:lang w:val="tt-RU"/>
              </w:rPr>
            </w:pPr>
            <w:r>
              <w:rPr>
                <w:rFonts w:cs="Times New Roman"/>
                <w:sz w:val="24"/>
                <w:szCs w:val="24"/>
                <w:lang w:val="tt-RU"/>
              </w:rPr>
              <w:t>62</w:t>
            </w:r>
          </w:p>
          <w:p w14:paraId="7145B0D1"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63</w:t>
            </w:r>
          </w:p>
        </w:tc>
        <w:tc>
          <w:tcPr>
            <w:tcW w:w="7515" w:type="dxa"/>
            <w:vMerge w:val="restart"/>
          </w:tcPr>
          <w:p w14:paraId="199D388A" w14:textId="77777777" w:rsidR="00AA2478" w:rsidRPr="002C23D0" w:rsidRDefault="00AA2478" w:rsidP="00AA2478">
            <w:pPr>
              <w:rPr>
                <w:rFonts w:cs="Times New Roman"/>
                <w:sz w:val="24"/>
                <w:szCs w:val="24"/>
                <w:lang w:val="tt-RU"/>
              </w:rPr>
            </w:pPr>
            <w:r w:rsidRPr="002C23D0">
              <w:rPr>
                <w:rFonts w:cs="Times New Roman"/>
                <w:sz w:val="24"/>
                <w:szCs w:val="24"/>
                <w:lang w:val="tt-RU"/>
              </w:rPr>
              <w:t>Имя существительное/ Исем сүз төркеме.</w:t>
            </w:r>
          </w:p>
        </w:tc>
        <w:tc>
          <w:tcPr>
            <w:tcW w:w="984" w:type="dxa"/>
            <w:vMerge w:val="restart"/>
          </w:tcPr>
          <w:p w14:paraId="3F8ECE4A" w14:textId="77777777" w:rsidR="00AA2478" w:rsidRPr="002C23D0" w:rsidRDefault="00AA2478" w:rsidP="00AA2478">
            <w:pPr>
              <w:jc w:val="center"/>
              <w:rPr>
                <w:rFonts w:cs="Times New Roman"/>
                <w:sz w:val="24"/>
                <w:szCs w:val="24"/>
                <w:lang w:val="tt-RU"/>
              </w:rPr>
            </w:pPr>
            <w:r>
              <w:rPr>
                <w:rFonts w:cs="Times New Roman"/>
                <w:sz w:val="24"/>
                <w:szCs w:val="24"/>
                <w:lang w:val="tt-RU"/>
              </w:rPr>
              <w:t>4</w:t>
            </w:r>
          </w:p>
        </w:tc>
        <w:tc>
          <w:tcPr>
            <w:tcW w:w="1098" w:type="dxa"/>
          </w:tcPr>
          <w:p w14:paraId="648CC3A6" w14:textId="77777777" w:rsidR="00AA2478" w:rsidRPr="002C23D0" w:rsidRDefault="00AA2478" w:rsidP="00AA2478">
            <w:pPr>
              <w:jc w:val="center"/>
              <w:rPr>
                <w:rFonts w:cs="Times New Roman"/>
                <w:sz w:val="24"/>
                <w:szCs w:val="24"/>
                <w:lang w:val="tt-RU"/>
              </w:rPr>
            </w:pPr>
          </w:p>
        </w:tc>
        <w:tc>
          <w:tcPr>
            <w:tcW w:w="1147" w:type="dxa"/>
          </w:tcPr>
          <w:p w14:paraId="073A9E2F" w14:textId="77777777" w:rsidR="00AA2478" w:rsidRPr="002C23D0" w:rsidRDefault="00AA2478" w:rsidP="00AA2478">
            <w:pPr>
              <w:rPr>
                <w:rFonts w:cs="Times New Roman"/>
                <w:sz w:val="24"/>
                <w:szCs w:val="24"/>
                <w:lang w:val="tt-RU"/>
              </w:rPr>
            </w:pPr>
          </w:p>
        </w:tc>
        <w:tc>
          <w:tcPr>
            <w:tcW w:w="4466" w:type="dxa"/>
          </w:tcPr>
          <w:p w14:paraId="6ED3339C" w14:textId="77777777" w:rsidR="00AA2478" w:rsidRPr="00AC5F97" w:rsidRDefault="00AA2478" w:rsidP="00AA2478">
            <w:pPr>
              <w:rPr>
                <w:rFonts w:cs="Times New Roman"/>
                <w:sz w:val="16"/>
                <w:szCs w:val="16"/>
                <w:lang w:val="tt-RU"/>
              </w:rPr>
            </w:pPr>
          </w:p>
        </w:tc>
      </w:tr>
      <w:tr w:rsidR="00AA2478" w:rsidRPr="00600724" w14:paraId="7C5D1E00" w14:textId="77777777" w:rsidTr="00AA2478">
        <w:trPr>
          <w:trHeight w:val="550"/>
        </w:trPr>
        <w:tc>
          <w:tcPr>
            <w:tcW w:w="951" w:type="dxa"/>
          </w:tcPr>
          <w:p w14:paraId="57147CAE"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64</w:t>
            </w:r>
          </w:p>
        </w:tc>
        <w:tc>
          <w:tcPr>
            <w:tcW w:w="7515" w:type="dxa"/>
            <w:vMerge/>
          </w:tcPr>
          <w:p w14:paraId="47FFF2FB" w14:textId="77777777" w:rsidR="00AA2478" w:rsidRPr="002C23D0" w:rsidRDefault="00AA2478" w:rsidP="00AA2478">
            <w:pPr>
              <w:rPr>
                <w:rFonts w:cs="Times New Roman"/>
                <w:sz w:val="24"/>
                <w:szCs w:val="24"/>
                <w:lang w:val="tt-RU"/>
              </w:rPr>
            </w:pPr>
          </w:p>
        </w:tc>
        <w:tc>
          <w:tcPr>
            <w:tcW w:w="984" w:type="dxa"/>
            <w:vMerge/>
          </w:tcPr>
          <w:p w14:paraId="411963DF" w14:textId="77777777" w:rsidR="00AA2478" w:rsidRPr="002C23D0" w:rsidRDefault="00AA2478" w:rsidP="00AA2478">
            <w:pPr>
              <w:jc w:val="center"/>
              <w:rPr>
                <w:rFonts w:cs="Times New Roman"/>
                <w:sz w:val="24"/>
                <w:szCs w:val="24"/>
                <w:lang w:val="tt-RU"/>
              </w:rPr>
            </w:pPr>
          </w:p>
        </w:tc>
        <w:tc>
          <w:tcPr>
            <w:tcW w:w="1098" w:type="dxa"/>
          </w:tcPr>
          <w:p w14:paraId="06192FF1" w14:textId="77777777" w:rsidR="00AA2478" w:rsidRPr="002C23D0" w:rsidRDefault="00AA2478" w:rsidP="00AA2478">
            <w:pPr>
              <w:jc w:val="center"/>
              <w:rPr>
                <w:rFonts w:cs="Times New Roman"/>
                <w:sz w:val="24"/>
                <w:szCs w:val="24"/>
                <w:lang w:val="tt-RU"/>
              </w:rPr>
            </w:pPr>
          </w:p>
        </w:tc>
        <w:tc>
          <w:tcPr>
            <w:tcW w:w="1147" w:type="dxa"/>
          </w:tcPr>
          <w:p w14:paraId="0F50E06F" w14:textId="77777777" w:rsidR="00AA2478" w:rsidRPr="002C23D0" w:rsidRDefault="00AA2478" w:rsidP="00AA2478">
            <w:pPr>
              <w:rPr>
                <w:rFonts w:cs="Times New Roman"/>
                <w:sz w:val="24"/>
                <w:szCs w:val="24"/>
                <w:lang w:val="tt-RU"/>
              </w:rPr>
            </w:pPr>
          </w:p>
        </w:tc>
        <w:tc>
          <w:tcPr>
            <w:tcW w:w="4466" w:type="dxa"/>
          </w:tcPr>
          <w:p w14:paraId="2CBEB86D" w14:textId="77777777" w:rsidR="00AA2478" w:rsidRDefault="00863D41" w:rsidP="00AA2478">
            <w:pPr>
              <w:rPr>
                <w:rFonts w:cs="Times New Roman"/>
                <w:sz w:val="16"/>
                <w:szCs w:val="16"/>
                <w:lang w:val="tt-RU"/>
              </w:rPr>
            </w:pPr>
            <w:hyperlink r:id="rId22" w:history="1">
              <w:r w:rsidR="00AA2478" w:rsidRPr="00C12EE6">
                <w:rPr>
                  <w:rStyle w:val="af2"/>
                  <w:rFonts w:cs="Times New Roman"/>
                  <w:sz w:val="16"/>
                  <w:szCs w:val="16"/>
                  <w:lang w:val="tt-RU"/>
                </w:rPr>
                <w:t>https://disk.yandex.ru/d/RN-ecVugobgVUQ?w=1</w:t>
              </w:r>
            </w:hyperlink>
          </w:p>
          <w:p w14:paraId="2BB5E69F" w14:textId="77777777" w:rsidR="00AA2478" w:rsidRPr="00AC5F97" w:rsidRDefault="00AA2478" w:rsidP="00AA2478">
            <w:pPr>
              <w:rPr>
                <w:rFonts w:cs="Times New Roman"/>
                <w:sz w:val="16"/>
                <w:szCs w:val="16"/>
                <w:lang w:val="tt-RU"/>
              </w:rPr>
            </w:pPr>
          </w:p>
        </w:tc>
      </w:tr>
      <w:tr w:rsidR="00AA2478" w:rsidRPr="00BC2AF3" w14:paraId="41310952" w14:textId="77777777" w:rsidTr="00AA2478">
        <w:trPr>
          <w:trHeight w:val="550"/>
        </w:trPr>
        <w:tc>
          <w:tcPr>
            <w:tcW w:w="951" w:type="dxa"/>
          </w:tcPr>
          <w:p w14:paraId="1B54E7B4"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65</w:t>
            </w:r>
          </w:p>
        </w:tc>
        <w:tc>
          <w:tcPr>
            <w:tcW w:w="7515" w:type="dxa"/>
            <w:vMerge/>
          </w:tcPr>
          <w:p w14:paraId="2349A80E" w14:textId="77777777" w:rsidR="00AA2478" w:rsidRPr="002C23D0" w:rsidRDefault="00AA2478" w:rsidP="00AA2478">
            <w:pPr>
              <w:rPr>
                <w:rFonts w:cs="Times New Roman"/>
                <w:sz w:val="24"/>
                <w:szCs w:val="24"/>
                <w:lang w:val="tt-RU"/>
              </w:rPr>
            </w:pPr>
          </w:p>
        </w:tc>
        <w:tc>
          <w:tcPr>
            <w:tcW w:w="984" w:type="dxa"/>
            <w:vMerge/>
          </w:tcPr>
          <w:p w14:paraId="5BC0D562" w14:textId="77777777" w:rsidR="00AA2478" w:rsidRPr="002C23D0" w:rsidRDefault="00AA2478" w:rsidP="00AA2478">
            <w:pPr>
              <w:jc w:val="center"/>
              <w:rPr>
                <w:rFonts w:cs="Times New Roman"/>
                <w:sz w:val="24"/>
                <w:szCs w:val="24"/>
                <w:lang w:val="tt-RU"/>
              </w:rPr>
            </w:pPr>
          </w:p>
        </w:tc>
        <w:tc>
          <w:tcPr>
            <w:tcW w:w="1098" w:type="dxa"/>
          </w:tcPr>
          <w:p w14:paraId="0FC70891" w14:textId="77777777" w:rsidR="00AA2478" w:rsidRPr="002C23D0" w:rsidRDefault="00AA2478" w:rsidP="00AA2478">
            <w:pPr>
              <w:jc w:val="center"/>
              <w:rPr>
                <w:rFonts w:cs="Times New Roman"/>
                <w:sz w:val="24"/>
                <w:szCs w:val="24"/>
                <w:lang w:val="tt-RU"/>
              </w:rPr>
            </w:pPr>
          </w:p>
        </w:tc>
        <w:tc>
          <w:tcPr>
            <w:tcW w:w="1147" w:type="dxa"/>
          </w:tcPr>
          <w:p w14:paraId="61A04EBB" w14:textId="77777777" w:rsidR="00AA2478" w:rsidRPr="002C23D0" w:rsidRDefault="00AA2478" w:rsidP="00AA2478">
            <w:pPr>
              <w:rPr>
                <w:rFonts w:cs="Times New Roman"/>
                <w:sz w:val="24"/>
                <w:szCs w:val="24"/>
                <w:lang w:val="tt-RU"/>
              </w:rPr>
            </w:pPr>
          </w:p>
        </w:tc>
        <w:tc>
          <w:tcPr>
            <w:tcW w:w="4466" w:type="dxa"/>
          </w:tcPr>
          <w:p w14:paraId="5DF954A4" w14:textId="77777777" w:rsidR="00AA2478" w:rsidRPr="00AC5F97" w:rsidRDefault="00AA2478" w:rsidP="00AA2478">
            <w:pPr>
              <w:rPr>
                <w:rFonts w:cs="Times New Roman"/>
                <w:sz w:val="16"/>
                <w:szCs w:val="16"/>
                <w:lang w:val="tt-RU"/>
              </w:rPr>
            </w:pPr>
          </w:p>
        </w:tc>
      </w:tr>
      <w:tr w:rsidR="00AA2478" w:rsidRPr="00600724" w14:paraId="4D2F4F92" w14:textId="77777777" w:rsidTr="00AA2478">
        <w:trPr>
          <w:trHeight w:val="650"/>
        </w:trPr>
        <w:tc>
          <w:tcPr>
            <w:tcW w:w="951" w:type="dxa"/>
          </w:tcPr>
          <w:p w14:paraId="113F5E4B" w14:textId="77777777" w:rsidR="00AA2478" w:rsidRDefault="00AA2478" w:rsidP="00AA2478">
            <w:pPr>
              <w:pStyle w:val="ac"/>
              <w:ind w:left="0"/>
              <w:rPr>
                <w:rFonts w:cs="Times New Roman"/>
                <w:sz w:val="24"/>
                <w:szCs w:val="24"/>
                <w:lang w:val="tt-RU"/>
              </w:rPr>
            </w:pPr>
            <w:r>
              <w:rPr>
                <w:rFonts w:cs="Times New Roman"/>
                <w:sz w:val="24"/>
                <w:szCs w:val="24"/>
                <w:lang w:val="tt-RU"/>
              </w:rPr>
              <w:t>66</w:t>
            </w:r>
          </w:p>
          <w:p w14:paraId="47110C02"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67</w:t>
            </w:r>
          </w:p>
        </w:tc>
        <w:tc>
          <w:tcPr>
            <w:tcW w:w="7515" w:type="dxa"/>
            <w:vMerge w:val="restart"/>
          </w:tcPr>
          <w:p w14:paraId="74067B5F" w14:textId="77777777" w:rsidR="00AA2478" w:rsidRPr="002C23D0" w:rsidRDefault="00AA2478" w:rsidP="00AA2478">
            <w:pPr>
              <w:rPr>
                <w:rFonts w:cs="Times New Roman"/>
                <w:sz w:val="24"/>
                <w:szCs w:val="24"/>
                <w:lang w:val="tt-RU"/>
              </w:rPr>
            </w:pPr>
            <w:r w:rsidRPr="002C23D0">
              <w:rPr>
                <w:rFonts w:cs="Times New Roman"/>
                <w:sz w:val="24"/>
                <w:szCs w:val="24"/>
                <w:lang w:val="tt-RU"/>
              </w:rPr>
              <w:t>Прописная буква в начале предложения и в именах собственных/. Баш хәрефтән языла торган сүзләр.</w:t>
            </w:r>
          </w:p>
          <w:p w14:paraId="37B7D2C4" w14:textId="77777777" w:rsidR="00AA2478" w:rsidRPr="002C23D0" w:rsidRDefault="00AA2478" w:rsidP="00AA2478">
            <w:pPr>
              <w:rPr>
                <w:rFonts w:cs="Times New Roman"/>
                <w:sz w:val="24"/>
                <w:szCs w:val="24"/>
                <w:lang w:val="tt-RU"/>
              </w:rPr>
            </w:pPr>
          </w:p>
        </w:tc>
        <w:tc>
          <w:tcPr>
            <w:tcW w:w="984" w:type="dxa"/>
            <w:vMerge w:val="restart"/>
          </w:tcPr>
          <w:p w14:paraId="221D685F" w14:textId="77777777" w:rsidR="00AA2478" w:rsidRPr="002C23D0" w:rsidRDefault="00AA2478" w:rsidP="00AA2478">
            <w:pPr>
              <w:jc w:val="center"/>
              <w:rPr>
                <w:rFonts w:cs="Times New Roman"/>
                <w:sz w:val="24"/>
                <w:szCs w:val="24"/>
                <w:lang w:val="tt-RU"/>
              </w:rPr>
            </w:pPr>
            <w:r>
              <w:rPr>
                <w:rFonts w:cs="Times New Roman"/>
                <w:sz w:val="24"/>
                <w:szCs w:val="24"/>
                <w:lang w:val="tt-RU"/>
              </w:rPr>
              <w:lastRenderedPageBreak/>
              <w:t>4</w:t>
            </w:r>
          </w:p>
        </w:tc>
        <w:tc>
          <w:tcPr>
            <w:tcW w:w="1098" w:type="dxa"/>
          </w:tcPr>
          <w:p w14:paraId="5D39BCB5" w14:textId="77777777" w:rsidR="00AA2478" w:rsidRPr="002C23D0" w:rsidRDefault="00AA2478" w:rsidP="00AA2478">
            <w:pPr>
              <w:jc w:val="center"/>
              <w:rPr>
                <w:rFonts w:cs="Times New Roman"/>
                <w:sz w:val="24"/>
                <w:szCs w:val="24"/>
                <w:lang w:val="tt-RU"/>
              </w:rPr>
            </w:pPr>
          </w:p>
        </w:tc>
        <w:tc>
          <w:tcPr>
            <w:tcW w:w="1147" w:type="dxa"/>
          </w:tcPr>
          <w:p w14:paraId="0B094E70" w14:textId="77777777" w:rsidR="00AA2478" w:rsidRPr="002C23D0" w:rsidRDefault="00AA2478" w:rsidP="00AA2478">
            <w:pPr>
              <w:rPr>
                <w:rFonts w:cs="Times New Roman"/>
                <w:sz w:val="24"/>
                <w:szCs w:val="24"/>
                <w:lang w:val="tt-RU"/>
              </w:rPr>
            </w:pPr>
          </w:p>
        </w:tc>
        <w:tc>
          <w:tcPr>
            <w:tcW w:w="4466" w:type="dxa"/>
          </w:tcPr>
          <w:p w14:paraId="7F12DAA0" w14:textId="77777777" w:rsidR="00AA2478" w:rsidRDefault="00863D41" w:rsidP="00AA2478">
            <w:pPr>
              <w:rPr>
                <w:rFonts w:cs="Times New Roman"/>
                <w:sz w:val="16"/>
                <w:szCs w:val="16"/>
                <w:lang w:val="tt-RU"/>
              </w:rPr>
            </w:pPr>
            <w:hyperlink r:id="rId23" w:history="1">
              <w:r w:rsidR="00AA2478" w:rsidRPr="00C12EE6">
                <w:rPr>
                  <w:rStyle w:val="af2"/>
                  <w:rFonts w:cs="Times New Roman"/>
                  <w:sz w:val="16"/>
                  <w:szCs w:val="16"/>
                  <w:lang w:val="tt-RU"/>
                </w:rPr>
                <w:t>https://disk.yandex.ru/d/RN-ecVugobgVUQ?w=1</w:t>
              </w:r>
            </w:hyperlink>
          </w:p>
          <w:p w14:paraId="115A3852" w14:textId="77777777" w:rsidR="00AA2478" w:rsidRPr="00AC5F97" w:rsidRDefault="00AA2478" w:rsidP="00AA2478">
            <w:pPr>
              <w:rPr>
                <w:rFonts w:cs="Times New Roman"/>
                <w:sz w:val="16"/>
                <w:szCs w:val="16"/>
                <w:lang w:val="tt-RU"/>
              </w:rPr>
            </w:pPr>
          </w:p>
        </w:tc>
      </w:tr>
      <w:tr w:rsidR="00AA2478" w:rsidRPr="00BC2AF3" w14:paraId="077AD1D5" w14:textId="77777777" w:rsidTr="00AA2478">
        <w:trPr>
          <w:trHeight w:val="650"/>
        </w:trPr>
        <w:tc>
          <w:tcPr>
            <w:tcW w:w="951" w:type="dxa"/>
          </w:tcPr>
          <w:p w14:paraId="2B0C6D35"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lastRenderedPageBreak/>
              <w:t>68</w:t>
            </w:r>
          </w:p>
        </w:tc>
        <w:tc>
          <w:tcPr>
            <w:tcW w:w="7515" w:type="dxa"/>
            <w:vMerge/>
          </w:tcPr>
          <w:p w14:paraId="16C64394" w14:textId="77777777" w:rsidR="00AA2478" w:rsidRPr="002C23D0" w:rsidRDefault="00AA2478" w:rsidP="00AA2478">
            <w:pPr>
              <w:rPr>
                <w:rFonts w:cs="Times New Roman"/>
                <w:sz w:val="24"/>
                <w:szCs w:val="24"/>
                <w:lang w:val="tt-RU"/>
              </w:rPr>
            </w:pPr>
          </w:p>
        </w:tc>
        <w:tc>
          <w:tcPr>
            <w:tcW w:w="984" w:type="dxa"/>
            <w:vMerge/>
          </w:tcPr>
          <w:p w14:paraId="4F1B3684" w14:textId="77777777" w:rsidR="00AA2478" w:rsidRPr="002C23D0" w:rsidRDefault="00AA2478" w:rsidP="00AA2478">
            <w:pPr>
              <w:jc w:val="center"/>
              <w:rPr>
                <w:rFonts w:cs="Times New Roman"/>
                <w:sz w:val="24"/>
                <w:szCs w:val="24"/>
                <w:lang w:val="tt-RU"/>
              </w:rPr>
            </w:pPr>
          </w:p>
        </w:tc>
        <w:tc>
          <w:tcPr>
            <w:tcW w:w="1098" w:type="dxa"/>
          </w:tcPr>
          <w:p w14:paraId="6207572B" w14:textId="77777777" w:rsidR="00AA2478" w:rsidRPr="002C23D0" w:rsidRDefault="00AA2478" w:rsidP="00AA2478">
            <w:pPr>
              <w:jc w:val="center"/>
              <w:rPr>
                <w:rFonts w:cs="Times New Roman"/>
                <w:sz w:val="24"/>
                <w:szCs w:val="24"/>
                <w:lang w:val="tt-RU"/>
              </w:rPr>
            </w:pPr>
          </w:p>
        </w:tc>
        <w:tc>
          <w:tcPr>
            <w:tcW w:w="1147" w:type="dxa"/>
          </w:tcPr>
          <w:p w14:paraId="4EA7F811" w14:textId="77777777" w:rsidR="00AA2478" w:rsidRPr="002C23D0" w:rsidRDefault="00AA2478" w:rsidP="00AA2478">
            <w:pPr>
              <w:rPr>
                <w:rFonts w:cs="Times New Roman"/>
                <w:sz w:val="24"/>
                <w:szCs w:val="24"/>
                <w:lang w:val="tt-RU"/>
              </w:rPr>
            </w:pPr>
          </w:p>
        </w:tc>
        <w:tc>
          <w:tcPr>
            <w:tcW w:w="4466" w:type="dxa"/>
          </w:tcPr>
          <w:p w14:paraId="1CE49026" w14:textId="77777777" w:rsidR="00AA2478" w:rsidRPr="00AC5F97" w:rsidRDefault="00AA2478" w:rsidP="00AA2478">
            <w:pPr>
              <w:rPr>
                <w:rFonts w:cs="Times New Roman"/>
                <w:sz w:val="16"/>
                <w:szCs w:val="16"/>
                <w:lang w:val="tt-RU"/>
              </w:rPr>
            </w:pPr>
          </w:p>
        </w:tc>
      </w:tr>
      <w:tr w:rsidR="00AA2478" w:rsidRPr="00BC2AF3" w14:paraId="3746A004" w14:textId="77777777" w:rsidTr="00AA2478">
        <w:trPr>
          <w:trHeight w:val="650"/>
        </w:trPr>
        <w:tc>
          <w:tcPr>
            <w:tcW w:w="951" w:type="dxa"/>
          </w:tcPr>
          <w:p w14:paraId="0DD08B8F"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lastRenderedPageBreak/>
              <w:t>69</w:t>
            </w:r>
          </w:p>
        </w:tc>
        <w:tc>
          <w:tcPr>
            <w:tcW w:w="7515" w:type="dxa"/>
            <w:vMerge/>
          </w:tcPr>
          <w:p w14:paraId="1486A2C0" w14:textId="77777777" w:rsidR="00AA2478" w:rsidRPr="002C23D0" w:rsidRDefault="00AA2478" w:rsidP="00AA2478">
            <w:pPr>
              <w:rPr>
                <w:rFonts w:cs="Times New Roman"/>
                <w:sz w:val="24"/>
                <w:szCs w:val="24"/>
                <w:lang w:val="tt-RU"/>
              </w:rPr>
            </w:pPr>
          </w:p>
        </w:tc>
        <w:tc>
          <w:tcPr>
            <w:tcW w:w="984" w:type="dxa"/>
            <w:vMerge/>
          </w:tcPr>
          <w:p w14:paraId="0C1E6344" w14:textId="77777777" w:rsidR="00AA2478" w:rsidRPr="002C23D0" w:rsidRDefault="00AA2478" w:rsidP="00AA2478">
            <w:pPr>
              <w:jc w:val="center"/>
              <w:rPr>
                <w:rFonts w:cs="Times New Roman"/>
                <w:sz w:val="24"/>
                <w:szCs w:val="24"/>
                <w:lang w:val="tt-RU"/>
              </w:rPr>
            </w:pPr>
          </w:p>
        </w:tc>
        <w:tc>
          <w:tcPr>
            <w:tcW w:w="1098" w:type="dxa"/>
          </w:tcPr>
          <w:p w14:paraId="04D2CE12" w14:textId="77777777" w:rsidR="00AA2478" w:rsidRPr="002C23D0" w:rsidRDefault="00AA2478" w:rsidP="00AA2478">
            <w:pPr>
              <w:jc w:val="center"/>
              <w:rPr>
                <w:rFonts w:cs="Times New Roman"/>
                <w:sz w:val="24"/>
                <w:szCs w:val="24"/>
                <w:lang w:val="tt-RU"/>
              </w:rPr>
            </w:pPr>
          </w:p>
        </w:tc>
        <w:tc>
          <w:tcPr>
            <w:tcW w:w="1147" w:type="dxa"/>
          </w:tcPr>
          <w:p w14:paraId="26383C04" w14:textId="77777777" w:rsidR="00AA2478" w:rsidRPr="002C23D0" w:rsidRDefault="00AA2478" w:rsidP="00AA2478">
            <w:pPr>
              <w:rPr>
                <w:rFonts w:cs="Times New Roman"/>
                <w:sz w:val="24"/>
                <w:szCs w:val="24"/>
                <w:lang w:val="tt-RU"/>
              </w:rPr>
            </w:pPr>
          </w:p>
        </w:tc>
        <w:tc>
          <w:tcPr>
            <w:tcW w:w="4466" w:type="dxa"/>
          </w:tcPr>
          <w:p w14:paraId="56633720" w14:textId="77777777" w:rsidR="00AA2478" w:rsidRPr="00AC5F97" w:rsidRDefault="00AA2478" w:rsidP="00AA2478">
            <w:pPr>
              <w:rPr>
                <w:rFonts w:cs="Times New Roman"/>
                <w:sz w:val="16"/>
                <w:szCs w:val="16"/>
                <w:lang w:val="tt-RU"/>
              </w:rPr>
            </w:pPr>
          </w:p>
        </w:tc>
      </w:tr>
      <w:tr w:rsidR="00AA2478" w:rsidRPr="00B00A87" w14:paraId="690E9458" w14:textId="77777777" w:rsidTr="00AA2478">
        <w:tc>
          <w:tcPr>
            <w:tcW w:w="951" w:type="dxa"/>
          </w:tcPr>
          <w:p w14:paraId="2B7587AE" w14:textId="77777777" w:rsidR="00AA2478" w:rsidRDefault="00AA2478" w:rsidP="00AA2478">
            <w:pPr>
              <w:pStyle w:val="ac"/>
              <w:ind w:left="0"/>
              <w:rPr>
                <w:rFonts w:cs="Times New Roman"/>
                <w:sz w:val="24"/>
                <w:szCs w:val="24"/>
                <w:lang w:val="tt-RU"/>
              </w:rPr>
            </w:pPr>
            <w:r>
              <w:rPr>
                <w:rFonts w:cs="Times New Roman"/>
                <w:sz w:val="24"/>
                <w:szCs w:val="24"/>
                <w:lang w:val="tt-RU"/>
              </w:rPr>
              <w:t>70</w:t>
            </w:r>
          </w:p>
          <w:p w14:paraId="56E2E9F6"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71</w:t>
            </w:r>
          </w:p>
        </w:tc>
        <w:tc>
          <w:tcPr>
            <w:tcW w:w="7515" w:type="dxa"/>
          </w:tcPr>
          <w:p w14:paraId="5A3674B5" w14:textId="77777777" w:rsidR="00AA2478" w:rsidRPr="002C23D0" w:rsidRDefault="00AA2478" w:rsidP="00AA2478">
            <w:pPr>
              <w:rPr>
                <w:rFonts w:cs="Times New Roman"/>
                <w:sz w:val="24"/>
                <w:szCs w:val="24"/>
                <w:lang w:val="tt-RU"/>
              </w:rPr>
            </w:pPr>
            <w:r w:rsidRPr="002C23D0">
              <w:rPr>
                <w:rFonts w:cs="Times New Roman"/>
                <w:sz w:val="24"/>
                <w:szCs w:val="24"/>
                <w:lang w:val="tt-RU"/>
              </w:rPr>
              <w:t>С</w:t>
            </w:r>
            <w:r w:rsidRPr="002C23D0">
              <w:rPr>
                <w:rFonts w:cs="Times New Roman"/>
                <w:sz w:val="24"/>
                <w:szCs w:val="24"/>
              </w:rPr>
              <w:t>писыва</w:t>
            </w:r>
            <w:r w:rsidRPr="002C23D0">
              <w:rPr>
                <w:rFonts w:cs="Times New Roman"/>
                <w:sz w:val="24"/>
                <w:szCs w:val="24"/>
                <w:lang w:val="tt-RU"/>
              </w:rPr>
              <w:t>ние</w:t>
            </w:r>
            <w:r w:rsidRPr="002C23D0">
              <w:rPr>
                <w:rFonts w:cs="Times New Roman"/>
                <w:sz w:val="24"/>
                <w:szCs w:val="24"/>
              </w:rPr>
              <w:t xml:space="preserve">  слов и предложени</w:t>
            </w:r>
            <w:r w:rsidRPr="002C23D0">
              <w:rPr>
                <w:rFonts w:cs="Times New Roman"/>
                <w:sz w:val="24"/>
                <w:szCs w:val="24"/>
                <w:lang w:val="tt-RU"/>
              </w:rPr>
              <w:t xml:space="preserve">й по образцу/ Бирелгән үрнәктән җөмләләрне күчереп язу </w:t>
            </w:r>
          </w:p>
        </w:tc>
        <w:tc>
          <w:tcPr>
            <w:tcW w:w="984" w:type="dxa"/>
          </w:tcPr>
          <w:p w14:paraId="762824A2" w14:textId="77777777" w:rsidR="00AA2478" w:rsidRPr="002C23D0" w:rsidRDefault="00AA2478" w:rsidP="00AA2478">
            <w:pPr>
              <w:jc w:val="center"/>
              <w:rPr>
                <w:rFonts w:cs="Times New Roman"/>
                <w:sz w:val="24"/>
                <w:szCs w:val="24"/>
                <w:lang w:val="tt-RU"/>
              </w:rPr>
            </w:pPr>
            <w:r>
              <w:rPr>
                <w:rFonts w:cs="Times New Roman"/>
                <w:sz w:val="24"/>
                <w:szCs w:val="24"/>
                <w:lang w:val="tt-RU"/>
              </w:rPr>
              <w:t>2</w:t>
            </w:r>
          </w:p>
        </w:tc>
        <w:tc>
          <w:tcPr>
            <w:tcW w:w="1098" w:type="dxa"/>
          </w:tcPr>
          <w:p w14:paraId="7D1255BB" w14:textId="77777777" w:rsidR="00AA2478" w:rsidRPr="002C23D0" w:rsidRDefault="00AA2478" w:rsidP="00AA2478">
            <w:pPr>
              <w:jc w:val="center"/>
              <w:rPr>
                <w:rFonts w:cs="Times New Roman"/>
                <w:sz w:val="24"/>
                <w:szCs w:val="24"/>
                <w:lang w:val="tt-RU"/>
              </w:rPr>
            </w:pPr>
          </w:p>
        </w:tc>
        <w:tc>
          <w:tcPr>
            <w:tcW w:w="1147" w:type="dxa"/>
          </w:tcPr>
          <w:p w14:paraId="436FE2F1" w14:textId="77777777" w:rsidR="00AA2478" w:rsidRPr="002C23D0" w:rsidRDefault="00AA2478" w:rsidP="00AA2478">
            <w:pPr>
              <w:rPr>
                <w:rFonts w:cs="Times New Roman"/>
                <w:sz w:val="24"/>
                <w:szCs w:val="24"/>
                <w:lang w:val="tt-RU"/>
              </w:rPr>
            </w:pPr>
          </w:p>
        </w:tc>
        <w:tc>
          <w:tcPr>
            <w:tcW w:w="4466" w:type="dxa"/>
          </w:tcPr>
          <w:p w14:paraId="366202B4" w14:textId="77777777" w:rsidR="00AA2478" w:rsidRPr="00AC5F97" w:rsidRDefault="00AA2478" w:rsidP="00AA2478">
            <w:pPr>
              <w:rPr>
                <w:rFonts w:cs="Times New Roman"/>
                <w:sz w:val="16"/>
                <w:szCs w:val="16"/>
                <w:lang w:val="tt-RU"/>
              </w:rPr>
            </w:pPr>
          </w:p>
        </w:tc>
      </w:tr>
      <w:tr w:rsidR="00AA2478" w:rsidRPr="00600724" w14:paraId="084E4BE0" w14:textId="77777777" w:rsidTr="00AA2478">
        <w:trPr>
          <w:trHeight w:val="471"/>
        </w:trPr>
        <w:tc>
          <w:tcPr>
            <w:tcW w:w="951" w:type="dxa"/>
          </w:tcPr>
          <w:p w14:paraId="6F5DF5D1"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72</w:t>
            </w:r>
          </w:p>
        </w:tc>
        <w:tc>
          <w:tcPr>
            <w:tcW w:w="7515" w:type="dxa"/>
            <w:vMerge w:val="restart"/>
          </w:tcPr>
          <w:p w14:paraId="02AC4AD1" w14:textId="77777777" w:rsidR="00AA2478" w:rsidRPr="002C23D0" w:rsidRDefault="00AA2478" w:rsidP="00AA2478">
            <w:pPr>
              <w:jc w:val="left"/>
              <w:rPr>
                <w:rFonts w:cs="Times New Roman"/>
                <w:sz w:val="24"/>
                <w:szCs w:val="24"/>
                <w:lang w:val="tt-RU"/>
              </w:rPr>
            </w:pPr>
            <w:r w:rsidRPr="002C23D0">
              <w:rPr>
                <w:rFonts w:cs="Times New Roman"/>
                <w:sz w:val="24"/>
                <w:szCs w:val="24"/>
                <w:lang w:val="tt-RU"/>
              </w:rPr>
              <w:t xml:space="preserve"> </w:t>
            </w:r>
            <w:r w:rsidRPr="002C23D0">
              <w:rPr>
                <w:rFonts w:cs="Times New Roman"/>
                <w:sz w:val="24"/>
                <w:szCs w:val="24"/>
              </w:rPr>
              <w:t>Имена</w:t>
            </w:r>
            <w:r w:rsidRPr="002C23D0">
              <w:rPr>
                <w:rFonts w:cs="Times New Roman"/>
                <w:sz w:val="24"/>
                <w:szCs w:val="24"/>
                <w:lang w:val="tt-RU"/>
              </w:rPr>
              <w:t xml:space="preserve"> су</w:t>
            </w:r>
            <w:r w:rsidRPr="002C23D0">
              <w:rPr>
                <w:rFonts w:cs="Times New Roman"/>
                <w:sz w:val="24"/>
                <w:szCs w:val="24"/>
              </w:rPr>
              <w:t xml:space="preserve">щ. </w:t>
            </w:r>
            <w:proofErr w:type="gramStart"/>
            <w:r w:rsidRPr="002C23D0">
              <w:rPr>
                <w:rFonts w:cs="Times New Roman"/>
                <w:sz w:val="24"/>
                <w:szCs w:val="24"/>
              </w:rPr>
              <w:t>имеющих</w:t>
            </w:r>
            <w:proofErr w:type="gramEnd"/>
            <w:r w:rsidRPr="002C23D0">
              <w:rPr>
                <w:rFonts w:cs="Times New Roman"/>
                <w:sz w:val="24"/>
                <w:szCs w:val="24"/>
              </w:rPr>
              <w:t xml:space="preserve"> форму множественного числа.</w:t>
            </w:r>
            <w:r w:rsidRPr="002C23D0">
              <w:rPr>
                <w:rFonts w:cs="Times New Roman"/>
                <w:sz w:val="24"/>
                <w:szCs w:val="24"/>
                <w:lang w:val="tt-RU"/>
              </w:rPr>
              <w:t>/ Исемнәрнең күплек санда килүе</w:t>
            </w:r>
          </w:p>
        </w:tc>
        <w:tc>
          <w:tcPr>
            <w:tcW w:w="984" w:type="dxa"/>
            <w:vMerge w:val="restart"/>
          </w:tcPr>
          <w:p w14:paraId="26BED904"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3</w:t>
            </w:r>
          </w:p>
        </w:tc>
        <w:tc>
          <w:tcPr>
            <w:tcW w:w="1098" w:type="dxa"/>
          </w:tcPr>
          <w:p w14:paraId="029844ED" w14:textId="77777777" w:rsidR="00AA2478" w:rsidRPr="002C23D0" w:rsidRDefault="00AA2478" w:rsidP="00AA2478">
            <w:pPr>
              <w:jc w:val="center"/>
              <w:rPr>
                <w:rFonts w:cs="Times New Roman"/>
                <w:sz w:val="24"/>
                <w:szCs w:val="24"/>
                <w:lang w:val="tt-RU"/>
              </w:rPr>
            </w:pPr>
          </w:p>
        </w:tc>
        <w:tc>
          <w:tcPr>
            <w:tcW w:w="1147" w:type="dxa"/>
          </w:tcPr>
          <w:p w14:paraId="2698F3BE" w14:textId="77777777" w:rsidR="00AA2478" w:rsidRPr="002C23D0" w:rsidRDefault="00AA2478" w:rsidP="00AA2478">
            <w:pPr>
              <w:rPr>
                <w:rFonts w:cs="Times New Roman"/>
                <w:sz w:val="24"/>
                <w:szCs w:val="24"/>
                <w:lang w:val="tt-RU"/>
              </w:rPr>
            </w:pPr>
          </w:p>
        </w:tc>
        <w:tc>
          <w:tcPr>
            <w:tcW w:w="4466" w:type="dxa"/>
          </w:tcPr>
          <w:p w14:paraId="54CB89FB" w14:textId="77777777" w:rsidR="00AA2478" w:rsidRDefault="00863D41" w:rsidP="00AA2478">
            <w:pPr>
              <w:rPr>
                <w:rFonts w:cs="Times New Roman"/>
                <w:sz w:val="16"/>
                <w:szCs w:val="16"/>
                <w:lang w:val="tt-RU"/>
              </w:rPr>
            </w:pPr>
            <w:hyperlink r:id="rId24" w:history="1">
              <w:r w:rsidR="00AA2478" w:rsidRPr="00C12EE6">
                <w:rPr>
                  <w:rStyle w:val="af2"/>
                  <w:rFonts w:cs="Times New Roman"/>
                  <w:sz w:val="16"/>
                  <w:szCs w:val="16"/>
                  <w:lang w:val="tt-RU"/>
                </w:rPr>
                <w:t>http://www.antat.ru/ru/iyli/publishing/book/2019/метод_2%20кл-новый.pdf</w:t>
              </w:r>
            </w:hyperlink>
          </w:p>
          <w:p w14:paraId="1F793761" w14:textId="77777777" w:rsidR="00AA2478" w:rsidRPr="00AC5F97" w:rsidRDefault="00AA2478" w:rsidP="00AA2478">
            <w:pPr>
              <w:rPr>
                <w:rFonts w:cs="Times New Roman"/>
                <w:sz w:val="16"/>
                <w:szCs w:val="16"/>
                <w:lang w:val="tt-RU"/>
              </w:rPr>
            </w:pPr>
          </w:p>
        </w:tc>
      </w:tr>
      <w:tr w:rsidR="00AA2478" w:rsidRPr="00BC2AF3" w14:paraId="3584ECBC" w14:textId="77777777" w:rsidTr="00AA2478">
        <w:trPr>
          <w:trHeight w:val="408"/>
        </w:trPr>
        <w:tc>
          <w:tcPr>
            <w:tcW w:w="951" w:type="dxa"/>
          </w:tcPr>
          <w:p w14:paraId="3EC1765D"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73</w:t>
            </w:r>
          </w:p>
        </w:tc>
        <w:tc>
          <w:tcPr>
            <w:tcW w:w="7515" w:type="dxa"/>
            <w:vMerge/>
          </w:tcPr>
          <w:p w14:paraId="1EE6AB26" w14:textId="77777777" w:rsidR="00AA2478" w:rsidRPr="002C23D0" w:rsidRDefault="00AA2478" w:rsidP="00AA2478">
            <w:pPr>
              <w:jc w:val="left"/>
              <w:rPr>
                <w:rFonts w:cs="Times New Roman"/>
                <w:sz w:val="24"/>
                <w:szCs w:val="24"/>
                <w:lang w:val="tt-RU"/>
              </w:rPr>
            </w:pPr>
          </w:p>
        </w:tc>
        <w:tc>
          <w:tcPr>
            <w:tcW w:w="984" w:type="dxa"/>
            <w:vMerge/>
          </w:tcPr>
          <w:p w14:paraId="124090B9" w14:textId="77777777" w:rsidR="00AA2478" w:rsidRPr="002C23D0" w:rsidRDefault="00AA2478" w:rsidP="00AA2478">
            <w:pPr>
              <w:jc w:val="center"/>
              <w:rPr>
                <w:rFonts w:cs="Times New Roman"/>
                <w:sz w:val="24"/>
                <w:szCs w:val="24"/>
                <w:lang w:val="tt-RU"/>
              </w:rPr>
            </w:pPr>
          </w:p>
        </w:tc>
        <w:tc>
          <w:tcPr>
            <w:tcW w:w="1098" w:type="dxa"/>
          </w:tcPr>
          <w:p w14:paraId="51FCBA5C" w14:textId="77777777" w:rsidR="00AA2478" w:rsidRPr="002C23D0" w:rsidRDefault="00AA2478" w:rsidP="00AA2478">
            <w:pPr>
              <w:jc w:val="center"/>
              <w:rPr>
                <w:rFonts w:cs="Times New Roman"/>
                <w:sz w:val="24"/>
                <w:szCs w:val="24"/>
                <w:lang w:val="tt-RU"/>
              </w:rPr>
            </w:pPr>
          </w:p>
        </w:tc>
        <w:tc>
          <w:tcPr>
            <w:tcW w:w="1147" w:type="dxa"/>
          </w:tcPr>
          <w:p w14:paraId="67863B41" w14:textId="77777777" w:rsidR="00AA2478" w:rsidRPr="002C23D0" w:rsidRDefault="00AA2478" w:rsidP="00AA2478">
            <w:pPr>
              <w:rPr>
                <w:rFonts w:cs="Times New Roman"/>
                <w:sz w:val="24"/>
                <w:szCs w:val="24"/>
                <w:lang w:val="tt-RU"/>
              </w:rPr>
            </w:pPr>
          </w:p>
        </w:tc>
        <w:tc>
          <w:tcPr>
            <w:tcW w:w="4466" w:type="dxa"/>
          </w:tcPr>
          <w:p w14:paraId="239C12AB" w14:textId="77777777" w:rsidR="00AA2478" w:rsidRPr="00AC5F97" w:rsidRDefault="00AA2478" w:rsidP="00AA2478">
            <w:pPr>
              <w:rPr>
                <w:rFonts w:cs="Times New Roman"/>
                <w:sz w:val="16"/>
                <w:szCs w:val="16"/>
                <w:lang w:val="tt-RU"/>
              </w:rPr>
            </w:pPr>
          </w:p>
        </w:tc>
      </w:tr>
      <w:tr w:rsidR="00AA2478" w:rsidRPr="00BC2AF3" w14:paraId="4617046C" w14:textId="77777777" w:rsidTr="00AA2478">
        <w:trPr>
          <w:trHeight w:val="271"/>
        </w:trPr>
        <w:tc>
          <w:tcPr>
            <w:tcW w:w="951" w:type="dxa"/>
          </w:tcPr>
          <w:p w14:paraId="477AAE21"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74</w:t>
            </w:r>
          </w:p>
        </w:tc>
        <w:tc>
          <w:tcPr>
            <w:tcW w:w="7515" w:type="dxa"/>
            <w:vMerge/>
          </w:tcPr>
          <w:p w14:paraId="48770CEB" w14:textId="77777777" w:rsidR="00AA2478" w:rsidRPr="002C23D0" w:rsidRDefault="00AA2478" w:rsidP="00AA2478">
            <w:pPr>
              <w:jc w:val="left"/>
              <w:rPr>
                <w:rFonts w:cs="Times New Roman"/>
                <w:sz w:val="24"/>
                <w:szCs w:val="24"/>
                <w:lang w:val="tt-RU"/>
              </w:rPr>
            </w:pPr>
          </w:p>
        </w:tc>
        <w:tc>
          <w:tcPr>
            <w:tcW w:w="984" w:type="dxa"/>
            <w:vMerge/>
          </w:tcPr>
          <w:p w14:paraId="1A37608D" w14:textId="77777777" w:rsidR="00AA2478" w:rsidRPr="002C23D0" w:rsidRDefault="00AA2478" w:rsidP="00AA2478">
            <w:pPr>
              <w:jc w:val="center"/>
              <w:rPr>
                <w:rFonts w:cs="Times New Roman"/>
                <w:sz w:val="24"/>
                <w:szCs w:val="24"/>
                <w:lang w:val="tt-RU"/>
              </w:rPr>
            </w:pPr>
          </w:p>
        </w:tc>
        <w:tc>
          <w:tcPr>
            <w:tcW w:w="1098" w:type="dxa"/>
          </w:tcPr>
          <w:p w14:paraId="597FB825" w14:textId="77777777" w:rsidR="00AA2478" w:rsidRPr="002C23D0" w:rsidRDefault="00AA2478" w:rsidP="00AA2478">
            <w:pPr>
              <w:jc w:val="center"/>
              <w:rPr>
                <w:rFonts w:cs="Times New Roman"/>
                <w:sz w:val="24"/>
                <w:szCs w:val="24"/>
                <w:lang w:val="tt-RU"/>
              </w:rPr>
            </w:pPr>
          </w:p>
        </w:tc>
        <w:tc>
          <w:tcPr>
            <w:tcW w:w="1147" w:type="dxa"/>
          </w:tcPr>
          <w:p w14:paraId="13C842C1" w14:textId="77777777" w:rsidR="00AA2478" w:rsidRPr="002C23D0" w:rsidRDefault="00AA2478" w:rsidP="00AA2478">
            <w:pPr>
              <w:rPr>
                <w:rFonts w:cs="Times New Roman"/>
                <w:sz w:val="24"/>
                <w:szCs w:val="24"/>
                <w:lang w:val="tt-RU"/>
              </w:rPr>
            </w:pPr>
          </w:p>
        </w:tc>
        <w:tc>
          <w:tcPr>
            <w:tcW w:w="4466" w:type="dxa"/>
          </w:tcPr>
          <w:p w14:paraId="04B59B64" w14:textId="77777777" w:rsidR="00AA2478" w:rsidRPr="00AC5F97" w:rsidRDefault="00AA2478" w:rsidP="00AA2478">
            <w:pPr>
              <w:rPr>
                <w:rFonts w:cs="Times New Roman"/>
                <w:sz w:val="16"/>
                <w:szCs w:val="16"/>
                <w:lang w:val="tt-RU"/>
              </w:rPr>
            </w:pPr>
          </w:p>
        </w:tc>
      </w:tr>
      <w:tr w:rsidR="00AA2478" w:rsidRPr="00A1775A" w14:paraId="145426D2" w14:textId="77777777" w:rsidTr="00AA2478">
        <w:tc>
          <w:tcPr>
            <w:tcW w:w="951" w:type="dxa"/>
          </w:tcPr>
          <w:p w14:paraId="7C118CCE" w14:textId="77777777" w:rsidR="00AA2478" w:rsidRDefault="00AA2478" w:rsidP="00AA2478">
            <w:pPr>
              <w:pStyle w:val="ac"/>
              <w:ind w:left="0"/>
              <w:rPr>
                <w:rFonts w:cs="Times New Roman"/>
                <w:sz w:val="24"/>
                <w:szCs w:val="24"/>
                <w:lang w:val="tt-RU"/>
              </w:rPr>
            </w:pPr>
            <w:r>
              <w:rPr>
                <w:rFonts w:cs="Times New Roman"/>
                <w:sz w:val="24"/>
                <w:szCs w:val="24"/>
                <w:lang w:val="tt-RU"/>
              </w:rPr>
              <w:t>75</w:t>
            </w:r>
          </w:p>
          <w:p w14:paraId="4853B86A"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76</w:t>
            </w:r>
          </w:p>
        </w:tc>
        <w:tc>
          <w:tcPr>
            <w:tcW w:w="7515" w:type="dxa"/>
          </w:tcPr>
          <w:p w14:paraId="4ED6A4D5" w14:textId="77777777" w:rsidR="00AA2478" w:rsidRPr="002C23D0" w:rsidRDefault="00AA2478" w:rsidP="00AA2478">
            <w:pPr>
              <w:rPr>
                <w:rFonts w:cs="Times New Roman"/>
                <w:sz w:val="24"/>
                <w:szCs w:val="24"/>
                <w:lang w:val="tt-RU"/>
              </w:rPr>
            </w:pPr>
            <w:r w:rsidRPr="002C23D0">
              <w:rPr>
                <w:rFonts w:cs="Times New Roman"/>
                <w:sz w:val="24"/>
                <w:szCs w:val="24"/>
                <w:lang w:val="tt-RU"/>
              </w:rPr>
              <w:t>Изложение</w:t>
            </w:r>
          </w:p>
        </w:tc>
        <w:tc>
          <w:tcPr>
            <w:tcW w:w="984" w:type="dxa"/>
          </w:tcPr>
          <w:p w14:paraId="1B7E4F8E" w14:textId="77777777" w:rsidR="00AA2478" w:rsidRPr="002C23D0" w:rsidRDefault="00AA2478" w:rsidP="00AA2478">
            <w:pPr>
              <w:jc w:val="center"/>
              <w:rPr>
                <w:rFonts w:cs="Times New Roman"/>
                <w:sz w:val="24"/>
                <w:szCs w:val="24"/>
                <w:lang w:val="tt-RU"/>
              </w:rPr>
            </w:pPr>
            <w:r>
              <w:rPr>
                <w:rFonts w:cs="Times New Roman"/>
                <w:sz w:val="24"/>
                <w:szCs w:val="24"/>
                <w:lang w:val="tt-RU"/>
              </w:rPr>
              <w:t>2</w:t>
            </w:r>
          </w:p>
        </w:tc>
        <w:tc>
          <w:tcPr>
            <w:tcW w:w="1098" w:type="dxa"/>
          </w:tcPr>
          <w:p w14:paraId="57BEBBB3" w14:textId="77777777" w:rsidR="00AA2478" w:rsidRPr="002C23D0" w:rsidRDefault="00AA2478" w:rsidP="00AA2478">
            <w:pPr>
              <w:jc w:val="center"/>
              <w:rPr>
                <w:rFonts w:cs="Times New Roman"/>
                <w:sz w:val="24"/>
                <w:szCs w:val="24"/>
                <w:lang w:val="tt-RU"/>
              </w:rPr>
            </w:pPr>
          </w:p>
        </w:tc>
        <w:tc>
          <w:tcPr>
            <w:tcW w:w="1147" w:type="dxa"/>
          </w:tcPr>
          <w:p w14:paraId="4B3395F2" w14:textId="77777777" w:rsidR="00AA2478" w:rsidRPr="002C23D0" w:rsidRDefault="00AA2478" w:rsidP="00AA2478">
            <w:pPr>
              <w:rPr>
                <w:rFonts w:cs="Times New Roman"/>
                <w:sz w:val="24"/>
                <w:szCs w:val="24"/>
                <w:lang w:val="tt-RU"/>
              </w:rPr>
            </w:pPr>
          </w:p>
        </w:tc>
        <w:tc>
          <w:tcPr>
            <w:tcW w:w="4466" w:type="dxa"/>
          </w:tcPr>
          <w:p w14:paraId="150C4F8A" w14:textId="77777777" w:rsidR="00AA2478" w:rsidRPr="00AC5F97" w:rsidRDefault="00AA2478" w:rsidP="00AA2478">
            <w:pPr>
              <w:rPr>
                <w:rFonts w:cs="Times New Roman"/>
                <w:sz w:val="16"/>
                <w:szCs w:val="16"/>
                <w:lang w:val="tt-RU"/>
              </w:rPr>
            </w:pPr>
          </w:p>
        </w:tc>
      </w:tr>
      <w:tr w:rsidR="00AA2478" w:rsidRPr="00600724" w14:paraId="6D265F47" w14:textId="77777777" w:rsidTr="00AA2478">
        <w:trPr>
          <w:trHeight w:val="316"/>
        </w:trPr>
        <w:tc>
          <w:tcPr>
            <w:tcW w:w="951" w:type="dxa"/>
          </w:tcPr>
          <w:p w14:paraId="7B61F6EA" w14:textId="77777777" w:rsidR="00AA2478" w:rsidRDefault="00AA2478" w:rsidP="00AA2478">
            <w:pPr>
              <w:pStyle w:val="ac"/>
              <w:ind w:left="0"/>
              <w:rPr>
                <w:rFonts w:cs="Times New Roman"/>
                <w:sz w:val="24"/>
                <w:szCs w:val="24"/>
                <w:lang w:val="tt-RU"/>
              </w:rPr>
            </w:pPr>
            <w:r>
              <w:rPr>
                <w:rFonts w:cs="Times New Roman"/>
                <w:sz w:val="24"/>
                <w:szCs w:val="24"/>
                <w:lang w:val="tt-RU"/>
              </w:rPr>
              <w:t>77</w:t>
            </w:r>
          </w:p>
          <w:p w14:paraId="784A6AC9"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78</w:t>
            </w:r>
          </w:p>
        </w:tc>
        <w:tc>
          <w:tcPr>
            <w:tcW w:w="7515" w:type="dxa"/>
            <w:vMerge w:val="restart"/>
          </w:tcPr>
          <w:p w14:paraId="59EFA3EB" w14:textId="77777777" w:rsidR="00AA2478" w:rsidRPr="002C23D0" w:rsidRDefault="00AA2478" w:rsidP="00AA2478">
            <w:pPr>
              <w:rPr>
                <w:rFonts w:cs="Times New Roman"/>
                <w:sz w:val="24"/>
                <w:szCs w:val="24"/>
                <w:lang w:val="tt-RU"/>
              </w:rPr>
            </w:pPr>
            <w:r w:rsidRPr="002C23D0">
              <w:rPr>
                <w:rFonts w:cs="Times New Roman"/>
                <w:sz w:val="24"/>
                <w:szCs w:val="24"/>
              </w:rPr>
              <w:t>Имя прилагательное</w:t>
            </w:r>
            <w:r w:rsidRPr="002C23D0">
              <w:rPr>
                <w:rFonts w:cs="Times New Roman"/>
                <w:sz w:val="24"/>
                <w:szCs w:val="24"/>
                <w:lang w:val="tt-RU"/>
              </w:rPr>
              <w:t xml:space="preserve"> как часть речи/Сыйфат сүз төркеме.</w:t>
            </w:r>
          </w:p>
        </w:tc>
        <w:tc>
          <w:tcPr>
            <w:tcW w:w="984" w:type="dxa"/>
            <w:vMerge w:val="restart"/>
          </w:tcPr>
          <w:p w14:paraId="597054CC" w14:textId="77777777" w:rsidR="00AA2478" w:rsidRPr="002C23D0" w:rsidRDefault="00AA2478" w:rsidP="00AA2478">
            <w:pPr>
              <w:jc w:val="center"/>
              <w:rPr>
                <w:rFonts w:cs="Times New Roman"/>
                <w:sz w:val="24"/>
                <w:szCs w:val="24"/>
                <w:lang w:val="tt-RU"/>
              </w:rPr>
            </w:pPr>
            <w:r>
              <w:rPr>
                <w:rFonts w:cs="Times New Roman"/>
                <w:sz w:val="24"/>
                <w:szCs w:val="24"/>
                <w:lang w:val="tt-RU"/>
              </w:rPr>
              <w:t>3</w:t>
            </w:r>
          </w:p>
        </w:tc>
        <w:tc>
          <w:tcPr>
            <w:tcW w:w="1098" w:type="dxa"/>
          </w:tcPr>
          <w:p w14:paraId="4571FB90" w14:textId="77777777" w:rsidR="00AA2478" w:rsidRPr="002C23D0" w:rsidRDefault="00AA2478" w:rsidP="00AA2478">
            <w:pPr>
              <w:jc w:val="center"/>
              <w:rPr>
                <w:rFonts w:cs="Times New Roman"/>
                <w:sz w:val="24"/>
                <w:szCs w:val="24"/>
                <w:lang w:val="tt-RU"/>
              </w:rPr>
            </w:pPr>
          </w:p>
        </w:tc>
        <w:tc>
          <w:tcPr>
            <w:tcW w:w="1147" w:type="dxa"/>
          </w:tcPr>
          <w:p w14:paraId="40CC9AE7" w14:textId="77777777" w:rsidR="00AA2478" w:rsidRPr="002C23D0" w:rsidRDefault="00AA2478" w:rsidP="00AA2478">
            <w:pPr>
              <w:rPr>
                <w:rFonts w:cs="Times New Roman"/>
                <w:sz w:val="24"/>
                <w:szCs w:val="24"/>
                <w:lang w:val="tt-RU"/>
              </w:rPr>
            </w:pPr>
          </w:p>
        </w:tc>
        <w:tc>
          <w:tcPr>
            <w:tcW w:w="4466" w:type="dxa"/>
          </w:tcPr>
          <w:p w14:paraId="045F76B9" w14:textId="77777777" w:rsidR="00AA2478" w:rsidRDefault="00863D41" w:rsidP="00AA2478">
            <w:pPr>
              <w:rPr>
                <w:rFonts w:cs="Times New Roman"/>
                <w:sz w:val="16"/>
                <w:szCs w:val="16"/>
                <w:lang w:val="tt-RU"/>
              </w:rPr>
            </w:pPr>
            <w:hyperlink r:id="rId25" w:history="1">
              <w:r w:rsidR="00AA2478" w:rsidRPr="00C12EE6">
                <w:rPr>
                  <w:rStyle w:val="af2"/>
                  <w:rFonts w:cs="Times New Roman"/>
                  <w:sz w:val="16"/>
                  <w:szCs w:val="16"/>
                  <w:lang w:val="tt-RU"/>
                </w:rPr>
                <w:t>http://www.antat.ru/ru/iyli/publishing/book/2019/метод_2%20кл-новый.pdf</w:t>
              </w:r>
            </w:hyperlink>
          </w:p>
          <w:p w14:paraId="5D5A52C6" w14:textId="77777777" w:rsidR="00AA2478" w:rsidRPr="00AC5F97" w:rsidRDefault="00AA2478" w:rsidP="00AA2478">
            <w:pPr>
              <w:rPr>
                <w:rFonts w:cs="Times New Roman"/>
                <w:sz w:val="16"/>
                <w:szCs w:val="16"/>
                <w:lang w:val="tt-RU"/>
              </w:rPr>
            </w:pPr>
          </w:p>
        </w:tc>
      </w:tr>
      <w:tr w:rsidR="00AA2478" w:rsidRPr="00BC2AF3" w14:paraId="10E670ED" w14:textId="77777777" w:rsidTr="00AA2478">
        <w:trPr>
          <w:trHeight w:val="405"/>
        </w:trPr>
        <w:tc>
          <w:tcPr>
            <w:tcW w:w="951" w:type="dxa"/>
          </w:tcPr>
          <w:p w14:paraId="74220F77"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79</w:t>
            </w:r>
          </w:p>
        </w:tc>
        <w:tc>
          <w:tcPr>
            <w:tcW w:w="7515" w:type="dxa"/>
            <w:vMerge/>
          </w:tcPr>
          <w:p w14:paraId="59B83EFE" w14:textId="77777777" w:rsidR="00AA2478" w:rsidRPr="002C23D0" w:rsidRDefault="00AA2478" w:rsidP="00AA2478">
            <w:pPr>
              <w:rPr>
                <w:rFonts w:cs="Times New Roman"/>
                <w:sz w:val="24"/>
                <w:szCs w:val="24"/>
                <w:lang w:val="tt-RU"/>
              </w:rPr>
            </w:pPr>
          </w:p>
        </w:tc>
        <w:tc>
          <w:tcPr>
            <w:tcW w:w="984" w:type="dxa"/>
            <w:vMerge/>
          </w:tcPr>
          <w:p w14:paraId="0C556C5F" w14:textId="77777777" w:rsidR="00AA2478" w:rsidRPr="002C23D0" w:rsidRDefault="00AA2478" w:rsidP="00AA2478">
            <w:pPr>
              <w:jc w:val="center"/>
              <w:rPr>
                <w:rFonts w:cs="Times New Roman"/>
                <w:sz w:val="24"/>
                <w:szCs w:val="24"/>
                <w:lang w:val="tt-RU"/>
              </w:rPr>
            </w:pPr>
          </w:p>
        </w:tc>
        <w:tc>
          <w:tcPr>
            <w:tcW w:w="1098" w:type="dxa"/>
          </w:tcPr>
          <w:p w14:paraId="442B20AC" w14:textId="77777777" w:rsidR="00AA2478" w:rsidRPr="002C23D0" w:rsidRDefault="00AA2478" w:rsidP="00AA2478">
            <w:pPr>
              <w:jc w:val="center"/>
              <w:rPr>
                <w:rFonts w:cs="Times New Roman"/>
                <w:sz w:val="24"/>
                <w:szCs w:val="24"/>
                <w:lang w:val="tt-RU"/>
              </w:rPr>
            </w:pPr>
          </w:p>
        </w:tc>
        <w:tc>
          <w:tcPr>
            <w:tcW w:w="1147" w:type="dxa"/>
          </w:tcPr>
          <w:p w14:paraId="45914E1C" w14:textId="77777777" w:rsidR="00AA2478" w:rsidRPr="002C23D0" w:rsidRDefault="00AA2478" w:rsidP="00AA2478">
            <w:pPr>
              <w:rPr>
                <w:rFonts w:cs="Times New Roman"/>
                <w:sz w:val="24"/>
                <w:szCs w:val="24"/>
                <w:lang w:val="tt-RU"/>
              </w:rPr>
            </w:pPr>
          </w:p>
        </w:tc>
        <w:tc>
          <w:tcPr>
            <w:tcW w:w="4466" w:type="dxa"/>
          </w:tcPr>
          <w:p w14:paraId="726E6A07" w14:textId="77777777" w:rsidR="00AA2478" w:rsidRPr="00AC5F97" w:rsidRDefault="00AA2478" w:rsidP="00AA2478">
            <w:pPr>
              <w:rPr>
                <w:rFonts w:cs="Times New Roman"/>
                <w:sz w:val="16"/>
                <w:szCs w:val="16"/>
                <w:lang w:val="tt-RU"/>
              </w:rPr>
            </w:pPr>
          </w:p>
        </w:tc>
      </w:tr>
      <w:tr w:rsidR="00AA2478" w:rsidRPr="00A1775A" w14:paraId="221CBCD6" w14:textId="77777777" w:rsidTr="00AA2478">
        <w:tc>
          <w:tcPr>
            <w:tcW w:w="951" w:type="dxa"/>
          </w:tcPr>
          <w:p w14:paraId="7386FA9A"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80</w:t>
            </w:r>
          </w:p>
        </w:tc>
        <w:tc>
          <w:tcPr>
            <w:tcW w:w="7515" w:type="dxa"/>
          </w:tcPr>
          <w:p w14:paraId="1C48E33A" w14:textId="77777777" w:rsidR="00AA2478" w:rsidRPr="002C23D0" w:rsidRDefault="00AA2478" w:rsidP="00AA2478">
            <w:pPr>
              <w:rPr>
                <w:rFonts w:cs="Times New Roman"/>
                <w:sz w:val="24"/>
                <w:szCs w:val="24"/>
                <w:lang w:val="tt-RU"/>
              </w:rPr>
            </w:pPr>
            <w:r w:rsidRPr="002C23D0">
              <w:rPr>
                <w:rFonts w:cs="Times New Roman"/>
                <w:sz w:val="24"/>
                <w:szCs w:val="24"/>
                <w:lang w:val="tt-RU"/>
              </w:rPr>
              <w:t xml:space="preserve">Иҗади эш </w:t>
            </w:r>
          </w:p>
        </w:tc>
        <w:tc>
          <w:tcPr>
            <w:tcW w:w="984" w:type="dxa"/>
          </w:tcPr>
          <w:p w14:paraId="3341F685"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049B2CFA" w14:textId="77777777" w:rsidR="00AA2478" w:rsidRPr="002C23D0" w:rsidRDefault="00AA2478" w:rsidP="00AA2478">
            <w:pPr>
              <w:jc w:val="center"/>
              <w:rPr>
                <w:rFonts w:cs="Times New Roman"/>
                <w:sz w:val="24"/>
                <w:szCs w:val="24"/>
                <w:lang w:val="tt-RU"/>
              </w:rPr>
            </w:pPr>
          </w:p>
        </w:tc>
        <w:tc>
          <w:tcPr>
            <w:tcW w:w="1147" w:type="dxa"/>
          </w:tcPr>
          <w:p w14:paraId="5019326F" w14:textId="77777777" w:rsidR="00AA2478" w:rsidRPr="002C23D0" w:rsidRDefault="00AA2478" w:rsidP="00AA2478">
            <w:pPr>
              <w:rPr>
                <w:rFonts w:cs="Times New Roman"/>
                <w:sz w:val="24"/>
                <w:szCs w:val="24"/>
                <w:lang w:val="tt-RU"/>
              </w:rPr>
            </w:pPr>
          </w:p>
        </w:tc>
        <w:tc>
          <w:tcPr>
            <w:tcW w:w="4466" w:type="dxa"/>
          </w:tcPr>
          <w:p w14:paraId="71B0AE54" w14:textId="77777777" w:rsidR="00AA2478" w:rsidRPr="00AC5F97" w:rsidRDefault="00AA2478" w:rsidP="00AA2478">
            <w:pPr>
              <w:rPr>
                <w:rFonts w:cs="Times New Roman"/>
                <w:sz w:val="16"/>
                <w:szCs w:val="16"/>
                <w:lang w:val="tt-RU"/>
              </w:rPr>
            </w:pPr>
          </w:p>
        </w:tc>
      </w:tr>
      <w:tr w:rsidR="00AA2478" w:rsidRPr="00600724" w14:paraId="735C017A" w14:textId="77777777" w:rsidTr="00AA2478">
        <w:trPr>
          <w:trHeight w:val="770"/>
        </w:trPr>
        <w:tc>
          <w:tcPr>
            <w:tcW w:w="951" w:type="dxa"/>
          </w:tcPr>
          <w:p w14:paraId="43851C02"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81</w:t>
            </w:r>
          </w:p>
        </w:tc>
        <w:tc>
          <w:tcPr>
            <w:tcW w:w="7515" w:type="dxa"/>
          </w:tcPr>
          <w:p w14:paraId="64905064" w14:textId="77777777" w:rsidR="00AA2478" w:rsidRPr="002C23D0" w:rsidRDefault="00AA2478" w:rsidP="00AA2478">
            <w:pPr>
              <w:rPr>
                <w:rFonts w:cs="Times New Roman"/>
                <w:b/>
                <w:sz w:val="24"/>
                <w:szCs w:val="24"/>
                <w:lang w:val="tt-RU"/>
              </w:rPr>
            </w:pPr>
            <w:r w:rsidRPr="002C23D0">
              <w:rPr>
                <w:rFonts w:cs="Times New Roman"/>
                <w:sz w:val="24"/>
                <w:szCs w:val="24"/>
              </w:rPr>
              <w:t>Глагол изъявительного наклонения</w:t>
            </w:r>
            <w:r w:rsidRPr="002C23D0">
              <w:rPr>
                <w:rFonts w:cs="Times New Roman"/>
                <w:sz w:val="24"/>
                <w:szCs w:val="24"/>
                <w:lang w:val="tt-RU"/>
              </w:rPr>
              <w:t>/ Хәзерге заман хикәя фигыль</w:t>
            </w:r>
            <w:r w:rsidRPr="002C23D0">
              <w:rPr>
                <w:rFonts w:cs="Times New Roman"/>
                <w:sz w:val="24"/>
                <w:szCs w:val="24"/>
              </w:rPr>
              <w:t xml:space="preserve"> </w:t>
            </w:r>
          </w:p>
        </w:tc>
        <w:tc>
          <w:tcPr>
            <w:tcW w:w="984" w:type="dxa"/>
          </w:tcPr>
          <w:p w14:paraId="0F68FA1A"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p w14:paraId="494F6EE4" w14:textId="77777777" w:rsidR="00AA2478" w:rsidRPr="002C23D0" w:rsidRDefault="00AA2478" w:rsidP="00AA2478">
            <w:pPr>
              <w:jc w:val="center"/>
              <w:rPr>
                <w:rFonts w:cs="Times New Roman"/>
                <w:sz w:val="24"/>
                <w:szCs w:val="24"/>
                <w:lang w:val="tt-RU"/>
              </w:rPr>
            </w:pPr>
          </w:p>
          <w:p w14:paraId="075E0A8E" w14:textId="77777777" w:rsidR="00AA2478" w:rsidRPr="002C23D0" w:rsidRDefault="00AA2478" w:rsidP="00AA2478">
            <w:pPr>
              <w:jc w:val="center"/>
              <w:rPr>
                <w:rFonts w:cs="Times New Roman"/>
                <w:sz w:val="24"/>
                <w:szCs w:val="24"/>
                <w:lang w:val="tt-RU"/>
              </w:rPr>
            </w:pPr>
          </w:p>
        </w:tc>
        <w:tc>
          <w:tcPr>
            <w:tcW w:w="1098" w:type="dxa"/>
          </w:tcPr>
          <w:p w14:paraId="3DC7A860" w14:textId="77777777" w:rsidR="00AA2478" w:rsidRPr="002C23D0" w:rsidRDefault="00AA2478" w:rsidP="00AA2478">
            <w:pPr>
              <w:rPr>
                <w:rFonts w:cs="Times New Roman"/>
                <w:sz w:val="24"/>
                <w:szCs w:val="24"/>
                <w:lang w:val="tt-RU"/>
              </w:rPr>
            </w:pPr>
          </w:p>
        </w:tc>
        <w:tc>
          <w:tcPr>
            <w:tcW w:w="1147" w:type="dxa"/>
          </w:tcPr>
          <w:p w14:paraId="2F934CF5" w14:textId="77777777" w:rsidR="00AA2478" w:rsidRPr="002C23D0" w:rsidRDefault="00AA2478" w:rsidP="00AA2478">
            <w:pPr>
              <w:rPr>
                <w:rFonts w:cs="Times New Roman"/>
                <w:sz w:val="24"/>
                <w:szCs w:val="24"/>
                <w:lang w:val="tt-RU"/>
              </w:rPr>
            </w:pPr>
          </w:p>
        </w:tc>
        <w:tc>
          <w:tcPr>
            <w:tcW w:w="4466" w:type="dxa"/>
          </w:tcPr>
          <w:p w14:paraId="40FC23ED" w14:textId="77777777" w:rsidR="00AA2478" w:rsidRDefault="00863D41" w:rsidP="00AA2478">
            <w:pPr>
              <w:rPr>
                <w:rFonts w:cs="Times New Roman"/>
                <w:sz w:val="16"/>
                <w:szCs w:val="16"/>
                <w:lang w:val="tt-RU"/>
              </w:rPr>
            </w:pPr>
            <w:hyperlink r:id="rId26" w:history="1">
              <w:r w:rsidR="00AA2478" w:rsidRPr="00C12EE6">
                <w:rPr>
                  <w:rStyle w:val="af2"/>
                  <w:rFonts w:cs="Times New Roman"/>
                  <w:sz w:val="16"/>
                  <w:szCs w:val="16"/>
                  <w:lang w:val="tt-RU"/>
                </w:rPr>
                <w:t>http://www.antat.ru/ru/iyli/publishing/book/2019/метод_2%20кл-новый.pdf</w:t>
              </w:r>
            </w:hyperlink>
          </w:p>
          <w:p w14:paraId="23FB1B88" w14:textId="77777777" w:rsidR="00AA2478" w:rsidRPr="00AC5F97" w:rsidRDefault="00AA2478" w:rsidP="00AA2478">
            <w:pPr>
              <w:rPr>
                <w:rFonts w:cs="Times New Roman"/>
                <w:sz w:val="16"/>
                <w:szCs w:val="16"/>
                <w:lang w:val="tt-RU"/>
              </w:rPr>
            </w:pPr>
          </w:p>
        </w:tc>
      </w:tr>
      <w:tr w:rsidR="00AA2478" w:rsidRPr="004C6EED" w14:paraId="6862B07A" w14:textId="77777777" w:rsidTr="00AA2478">
        <w:tc>
          <w:tcPr>
            <w:tcW w:w="951" w:type="dxa"/>
          </w:tcPr>
          <w:p w14:paraId="2BB193B1"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82</w:t>
            </w:r>
          </w:p>
        </w:tc>
        <w:tc>
          <w:tcPr>
            <w:tcW w:w="7515" w:type="dxa"/>
          </w:tcPr>
          <w:p w14:paraId="567BB634" w14:textId="77777777" w:rsidR="00AA2478" w:rsidRPr="002C23D0" w:rsidRDefault="00AA2478" w:rsidP="00AA2478">
            <w:pPr>
              <w:rPr>
                <w:rFonts w:cs="Times New Roman"/>
                <w:sz w:val="24"/>
                <w:szCs w:val="24"/>
                <w:lang w:val="tt-RU"/>
              </w:rPr>
            </w:pPr>
            <w:r w:rsidRPr="002C23D0">
              <w:rPr>
                <w:rFonts w:cs="Times New Roman"/>
                <w:sz w:val="24"/>
                <w:szCs w:val="24"/>
                <w:lang w:val="tt-RU"/>
              </w:rPr>
              <w:t>Работа с текстом/ Текст белән эш. «Начарлык» тексты белән эш</w:t>
            </w:r>
          </w:p>
        </w:tc>
        <w:tc>
          <w:tcPr>
            <w:tcW w:w="984" w:type="dxa"/>
          </w:tcPr>
          <w:p w14:paraId="6309DEFA"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0CBC00DA" w14:textId="77777777" w:rsidR="00AA2478" w:rsidRPr="002C23D0" w:rsidRDefault="00AA2478" w:rsidP="00AA2478">
            <w:pPr>
              <w:jc w:val="center"/>
              <w:rPr>
                <w:rFonts w:cs="Times New Roman"/>
                <w:sz w:val="24"/>
                <w:szCs w:val="24"/>
                <w:lang w:val="tt-RU"/>
              </w:rPr>
            </w:pPr>
          </w:p>
        </w:tc>
        <w:tc>
          <w:tcPr>
            <w:tcW w:w="1147" w:type="dxa"/>
          </w:tcPr>
          <w:p w14:paraId="2379717B" w14:textId="77777777" w:rsidR="00AA2478" w:rsidRPr="002C23D0" w:rsidRDefault="00AA2478" w:rsidP="00AA2478">
            <w:pPr>
              <w:rPr>
                <w:rFonts w:cs="Times New Roman"/>
                <w:sz w:val="24"/>
                <w:szCs w:val="24"/>
                <w:lang w:val="tt-RU"/>
              </w:rPr>
            </w:pPr>
          </w:p>
        </w:tc>
        <w:tc>
          <w:tcPr>
            <w:tcW w:w="4466" w:type="dxa"/>
          </w:tcPr>
          <w:p w14:paraId="05033DB3" w14:textId="77777777" w:rsidR="00AA2478" w:rsidRPr="00AC5F97" w:rsidRDefault="00AA2478" w:rsidP="00AA2478">
            <w:pPr>
              <w:rPr>
                <w:rFonts w:cs="Times New Roman"/>
                <w:sz w:val="16"/>
                <w:szCs w:val="16"/>
                <w:lang w:val="tt-RU"/>
              </w:rPr>
            </w:pPr>
          </w:p>
        </w:tc>
      </w:tr>
      <w:tr w:rsidR="00AA2478" w:rsidRPr="004C6EED" w14:paraId="177D29FE" w14:textId="77777777" w:rsidTr="00AA2478">
        <w:tc>
          <w:tcPr>
            <w:tcW w:w="951" w:type="dxa"/>
          </w:tcPr>
          <w:p w14:paraId="2D1917DB"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83</w:t>
            </w:r>
          </w:p>
        </w:tc>
        <w:tc>
          <w:tcPr>
            <w:tcW w:w="7515" w:type="dxa"/>
          </w:tcPr>
          <w:p w14:paraId="36B4F6BD" w14:textId="77777777" w:rsidR="00AA2478" w:rsidRPr="002C23D0" w:rsidRDefault="00AA2478" w:rsidP="00AA2478">
            <w:pPr>
              <w:rPr>
                <w:rFonts w:cs="Times New Roman"/>
                <w:sz w:val="24"/>
                <w:szCs w:val="24"/>
                <w:lang w:val="tt-RU"/>
              </w:rPr>
            </w:pPr>
            <w:r w:rsidRPr="002C23D0">
              <w:rPr>
                <w:rFonts w:cs="Times New Roman"/>
                <w:sz w:val="24"/>
                <w:szCs w:val="24"/>
                <w:lang w:val="tt-RU"/>
              </w:rPr>
              <w:t>Диктант</w:t>
            </w:r>
          </w:p>
        </w:tc>
        <w:tc>
          <w:tcPr>
            <w:tcW w:w="984" w:type="dxa"/>
          </w:tcPr>
          <w:p w14:paraId="576A83C1"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2C4D6DD0" w14:textId="77777777" w:rsidR="00AA2478" w:rsidRPr="002C23D0" w:rsidRDefault="00AA2478" w:rsidP="00AA2478">
            <w:pPr>
              <w:jc w:val="center"/>
              <w:rPr>
                <w:rFonts w:cs="Times New Roman"/>
                <w:sz w:val="24"/>
                <w:szCs w:val="24"/>
                <w:lang w:val="tt-RU"/>
              </w:rPr>
            </w:pPr>
          </w:p>
        </w:tc>
        <w:tc>
          <w:tcPr>
            <w:tcW w:w="1147" w:type="dxa"/>
          </w:tcPr>
          <w:p w14:paraId="317A9137" w14:textId="77777777" w:rsidR="00AA2478" w:rsidRPr="002C23D0" w:rsidRDefault="00AA2478" w:rsidP="00AA2478">
            <w:pPr>
              <w:rPr>
                <w:rFonts w:cs="Times New Roman"/>
                <w:sz w:val="24"/>
                <w:szCs w:val="24"/>
                <w:lang w:val="tt-RU"/>
              </w:rPr>
            </w:pPr>
          </w:p>
        </w:tc>
        <w:tc>
          <w:tcPr>
            <w:tcW w:w="4466" w:type="dxa"/>
          </w:tcPr>
          <w:p w14:paraId="4621BDDA" w14:textId="77777777" w:rsidR="00AA2478" w:rsidRPr="00AC5F97" w:rsidRDefault="00AA2478" w:rsidP="00AA2478">
            <w:pPr>
              <w:rPr>
                <w:rFonts w:cs="Times New Roman"/>
                <w:sz w:val="16"/>
                <w:szCs w:val="16"/>
                <w:lang w:val="tt-RU"/>
              </w:rPr>
            </w:pPr>
          </w:p>
        </w:tc>
      </w:tr>
      <w:tr w:rsidR="00AA2478" w:rsidRPr="00600724" w14:paraId="7C258B35" w14:textId="77777777" w:rsidTr="00AA2478">
        <w:trPr>
          <w:trHeight w:val="508"/>
        </w:trPr>
        <w:tc>
          <w:tcPr>
            <w:tcW w:w="951" w:type="dxa"/>
          </w:tcPr>
          <w:p w14:paraId="37C0A7ED" w14:textId="77777777" w:rsidR="00AA2478" w:rsidRDefault="00AA2478" w:rsidP="00AA2478">
            <w:pPr>
              <w:pStyle w:val="ac"/>
              <w:ind w:left="0"/>
              <w:rPr>
                <w:rFonts w:cs="Times New Roman"/>
                <w:sz w:val="24"/>
                <w:szCs w:val="24"/>
                <w:lang w:val="tt-RU"/>
              </w:rPr>
            </w:pPr>
            <w:r>
              <w:rPr>
                <w:rFonts w:cs="Times New Roman"/>
                <w:sz w:val="24"/>
                <w:szCs w:val="24"/>
                <w:lang w:val="tt-RU"/>
              </w:rPr>
              <w:t>84</w:t>
            </w:r>
          </w:p>
          <w:p w14:paraId="74F700D7"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85</w:t>
            </w:r>
          </w:p>
        </w:tc>
        <w:tc>
          <w:tcPr>
            <w:tcW w:w="7515" w:type="dxa"/>
            <w:vMerge w:val="restart"/>
          </w:tcPr>
          <w:p w14:paraId="42E83ED4" w14:textId="77777777" w:rsidR="00AA2478" w:rsidRPr="002C23D0" w:rsidRDefault="00AA2478" w:rsidP="00AA2478">
            <w:pPr>
              <w:rPr>
                <w:rFonts w:cs="Times New Roman"/>
                <w:sz w:val="24"/>
                <w:szCs w:val="24"/>
                <w:lang w:val="tt-RU"/>
              </w:rPr>
            </w:pPr>
            <w:r w:rsidRPr="002C23D0">
              <w:rPr>
                <w:rFonts w:cs="Times New Roman"/>
                <w:sz w:val="24"/>
                <w:szCs w:val="24"/>
              </w:rPr>
              <w:t xml:space="preserve">Слово и предложение. </w:t>
            </w:r>
            <w:r w:rsidRPr="002C23D0">
              <w:rPr>
                <w:rFonts w:cs="Times New Roman"/>
                <w:sz w:val="24"/>
                <w:szCs w:val="24"/>
                <w:lang w:val="tt-RU"/>
              </w:rPr>
              <w:t>Сүз һәм җөмлә</w:t>
            </w:r>
          </w:p>
        </w:tc>
        <w:tc>
          <w:tcPr>
            <w:tcW w:w="984" w:type="dxa"/>
            <w:vMerge w:val="restart"/>
          </w:tcPr>
          <w:p w14:paraId="62BF1545" w14:textId="77777777" w:rsidR="00AA2478" w:rsidRPr="002C23D0" w:rsidRDefault="00AA2478" w:rsidP="00AA2478">
            <w:pPr>
              <w:jc w:val="center"/>
              <w:rPr>
                <w:rFonts w:cs="Times New Roman"/>
                <w:sz w:val="24"/>
                <w:szCs w:val="24"/>
                <w:lang w:val="tt-RU"/>
              </w:rPr>
            </w:pPr>
            <w:r>
              <w:rPr>
                <w:rFonts w:cs="Times New Roman"/>
                <w:sz w:val="24"/>
                <w:szCs w:val="24"/>
                <w:lang w:val="tt-RU"/>
              </w:rPr>
              <w:t>4</w:t>
            </w:r>
          </w:p>
        </w:tc>
        <w:tc>
          <w:tcPr>
            <w:tcW w:w="1098" w:type="dxa"/>
          </w:tcPr>
          <w:p w14:paraId="579FD221" w14:textId="77777777" w:rsidR="00AA2478" w:rsidRPr="002C23D0" w:rsidRDefault="00AA2478" w:rsidP="00AA2478">
            <w:pPr>
              <w:jc w:val="center"/>
              <w:rPr>
                <w:rFonts w:cs="Times New Roman"/>
                <w:sz w:val="24"/>
                <w:szCs w:val="24"/>
                <w:lang w:val="tt-RU"/>
              </w:rPr>
            </w:pPr>
          </w:p>
        </w:tc>
        <w:tc>
          <w:tcPr>
            <w:tcW w:w="1147" w:type="dxa"/>
          </w:tcPr>
          <w:p w14:paraId="294D2291" w14:textId="77777777" w:rsidR="00AA2478" w:rsidRPr="002C23D0" w:rsidRDefault="00AA2478" w:rsidP="00AA2478">
            <w:pPr>
              <w:rPr>
                <w:rFonts w:cs="Times New Roman"/>
                <w:sz w:val="24"/>
                <w:szCs w:val="24"/>
                <w:lang w:val="tt-RU"/>
              </w:rPr>
            </w:pPr>
          </w:p>
        </w:tc>
        <w:tc>
          <w:tcPr>
            <w:tcW w:w="4466" w:type="dxa"/>
          </w:tcPr>
          <w:p w14:paraId="0F33E1B5" w14:textId="77777777" w:rsidR="00AA2478" w:rsidRDefault="00863D41" w:rsidP="00AA2478">
            <w:pPr>
              <w:rPr>
                <w:rFonts w:cs="Times New Roman"/>
                <w:sz w:val="16"/>
                <w:szCs w:val="16"/>
                <w:lang w:val="tt-RU"/>
              </w:rPr>
            </w:pPr>
            <w:hyperlink r:id="rId27" w:history="1">
              <w:r w:rsidR="00AA2478" w:rsidRPr="00C12EE6">
                <w:rPr>
                  <w:rStyle w:val="af2"/>
                  <w:rFonts w:cs="Times New Roman"/>
                  <w:sz w:val="16"/>
                  <w:szCs w:val="16"/>
                  <w:lang w:val="tt-RU"/>
                </w:rPr>
                <w:t>https://disk.yandex.ru/d/RN-ecVugobgVUQ?w=1</w:t>
              </w:r>
            </w:hyperlink>
          </w:p>
          <w:p w14:paraId="546685BD" w14:textId="77777777" w:rsidR="00AA2478" w:rsidRPr="00AC5F97" w:rsidRDefault="00AA2478" w:rsidP="00AA2478">
            <w:pPr>
              <w:rPr>
                <w:rFonts w:cs="Times New Roman"/>
                <w:sz w:val="16"/>
                <w:szCs w:val="16"/>
                <w:lang w:val="tt-RU"/>
              </w:rPr>
            </w:pPr>
          </w:p>
        </w:tc>
      </w:tr>
      <w:tr w:rsidR="00AA2478" w:rsidRPr="00BC2AF3" w14:paraId="4B58D8BD" w14:textId="77777777" w:rsidTr="00AA2478">
        <w:trPr>
          <w:trHeight w:val="508"/>
        </w:trPr>
        <w:tc>
          <w:tcPr>
            <w:tcW w:w="951" w:type="dxa"/>
          </w:tcPr>
          <w:p w14:paraId="475A7181"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86</w:t>
            </w:r>
          </w:p>
        </w:tc>
        <w:tc>
          <w:tcPr>
            <w:tcW w:w="7515" w:type="dxa"/>
            <w:vMerge/>
          </w:tcPr>
          <w:p w14:paraId="73C14870" w14:textId="77777777" w:rsidR="00AA2478" w:rsidRPr="002C23D0" w:rsidRDefault="00AA2478" w:rsidP="00AA2478">
            <w:pPr>
              <w:rPr>
                <w:rFonts w:cs="Times New Roman"/>
                <w:sz w:val="24"/>
                <w:szCs w:val="24"/>
                <w:lang w:val="tt-RU"/>
              </w:rPr>
            </w:pPr>
          </w:p>
        </w:tc>
        <w:tc>
          <w:tcPr>
            <w:tcW w:w="984" w:type="dxa"/>
            <w:vMerge/>
          </w:tcPr>
          <w:p w14:paraId="5904E413" w14:textId="77777777" w:rsidR="00AA2478" w:rsidRPr="002C23D0" w:rsidRDefault="00AA2478" w:rsidP="00AA2478">
            <w:pPr>
              <w:jc w:val="center"/>
              <w:rPr>
                <w:rFonts w:cs="Times New Roman"/>
                <w:sz w:val="24"/>
                <w:szCs w:val="24"/>
                <w:lang w:val="tt-RU"/>
              </w:rPr>
            </w:pPr>
          </w:p>
        </w:tc>
        <w:tc>
          <w:tcPr>
            <w:tcW w:w="1098" w:type="dxa"/>
          </w:tcPr>
          <w:p w14:paraId="2BAEA29E" w14:textId="77777777" w:rsidR="00AA2478" w:rsidRPr="002C23D0" w:rsidRDefault="00AA2478" w:rsidP="00AA2478">
            <w:pPr>
              <w:jc w:val="center"/>
              <w:rPr>
                <w:rFonts w:cs="Times New Roman"/>
                <w:sz w:val="24"/>
                <w:szCs w:val="24"/>
                <w:lang w:val="tt-RU"/>
              </w:rPr>
            </w:pPr>
          </w:p>
        </w:tc>
        <w:tc>
          <w:tcPr>
            <w:tcW w:w="1147" w:type="dxa"/>
          </w:tcPr>
          <w:p w14:paraId="65A14896" w14:textId="77777777" w:rsidR="00AA2478" w:rsidRPr="002C23D0" w:rsidRDefault="00AA2478" w:rsidP="00AA2478">
            <w:pPr>
              <w:rPr>
                <w:rFonts w:cs="Times New Roman"/>
                <w:sz w:val="24"/>
                <w:szCs w:val="24"/>
                <w:lang w:val="tt-RU"/>
              </w:rPr>
            </w:pPr>
          </w:p>
        </w:tc>
        <w:tc>
          <w:tcPr>
            <w:tcW w:w="4466" w:type="dxa"/>
          </w:tcPr>
          <w:p w14:paraId="776A7D61" w14:textId="77777777" w:rsidR="00AA2478" w:rsidRPr="00AC5F97" w:rsidRDefault="00AA2478" w:rsidP="00AA2478">
            <w:pPr>
              <w:rPr>
                <w:rFonts w:cs="Times New Roman"/>
                <w:sz w:val="16"/>
                <w:szCs w:val="16"/>
                <w:lang w:val="tt-RU"/>
              </w:rPr>
            </w:pPr>
          </w:p>
        </w:tc>
      </w:tr>
      <w:tr w:rsidR="00AA2478" w:rsidRPr="00BC2AF3" w14:paraId="56C0EFFE" w14:textId="77777777" w:rsidTr="00AA2478">
        <w:trPr>
          <w:trHeight w:val="508"/>
        </w:trPr>
        <w:tc>
          <w:tcPr>
            <w:tcW w:w="951" w:type="dxa"/>
          </w:tcPr>
          <w:p w14:paraId="2A7FB715"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87</w:t>
            </w:r>
          </w:p>
        </w:tc>
        <w:tc>
          <w:tcPr>
            <w:tcW w:w="7515" w:type="dxa"/>
            <w:vMerge/>
          </w:tcPr>
          <w:p w14:paraId="009F741A" w14:textId="77777777" w:rsidR="00AA2478" w:rsidRPr="002C23D0" w:rsidRDefault="00AA2478" w:rsidP="00AA2478">
            <w:pPr>
              <w:rPr>
                <w:rFonts w:cs="Times New Roman"/>
                <w:sz w:val="24"/>
                <w:szCs w:val="24"/>
                <w:lang w:val="tt-RU"/>
              </w:rPr>
            </w:pPr>
          </w:p>
        </w:tc>
        <w:tc>
          <w:tcPr>
            <w:tcW w:w="984" w:type="dxa"/>
            <w:vMerge/>
          </w:tcPr>
          <w:p w14:paraId="0035CA43" w14:textId="77777777" w:rsidR="00AA2478" w:rsidRPr="002C23D0" w:rsidRDefault="00AA2478" w:rsidP="00AA2478">
            <w:pPr>
              <w:jc w:val="center"/>
              <w:rPr>
                <w:rFonts w:cs="Times New Roman"/>
                <w:sz w:val="24"/>
                <w:szCs w:val="24"/>
                <w:lang w:val="tt-RU"/>
              </w:rPr>
            </w:pPr>
          </w:p>
        </w:tc>
        <w:tc>
          <w:tcPr>
            <w:tcW w:w="1098" w:type="dxa"/>
          </w:tcPr>
          <w:p w14:paraId="2A9D2464" w14:textId="77777777" w:rsidR="00AA2478" w:rsidRPr="002C23D0" w:rsidRDefault="00AA2478" w:rsidP="00AA2478">
            <w:pPr>
              <w:jc w:val="center"/>
              <w:rPr>
                <w:rFonts w:cs="Times New Roman"/>
                <w:sz w:val="24"/>
                <w:szCs w:val="24"/>
                <w:lang w:val="tt-RU"/>
              </w:rPr>
            </w:pPr>
          </w:p>
        </w:tc>
        <w:tc>
          <w:tcPr>
            <w:tcW w:w="1147" w:type="dxa"/>
          </w:tcPr>
          <w:p w14:paraId="6989CA35" w14:textId="77777777" w:rsidR="00AA2478" w:rsidRPr="002C23D0" w:rsidRDefault="00AA2478" w:rsidP="00AA2478">
            <w:pPr>
              <w:rPr>
                <w:rFonts w:cs="Times New Roman"/>
                <w:sz w:val="24"/>
                <w:szCs w:val="24"/>
                <w:lang w:val="tt-RU"/>
              </w:rPr>
            </w:pPr>
          </w:p>
        </w:tc>
        <w:tc>
          <w:tcPr>
            <w:tcW w:w="4466" w:type="dxa"/>
          </w:tcPr>
          <w:p w14:paraId="661F3855" w14:textId="77777777" w:rsidR="00AA2478" w:rsidRPr="00AC5F97" w:rsidRDefault="00AA2478" w:rsidP="00AA2478">
            <w:pPr>
              <w:rPr>
                <w:rFonts w:cs="Times New Roman"/>
                <w:sz w:val="16"/>
                <w:szCs w:val="16"/>
                <w:lang w:val="tt-RU"/>
              </w:rPr>
            </w:pPr>
          </w:p>
        </w:tc>
      </w:tr>
      <w:tr w:rsidR="00AA2478" w:rsidRPr="00600724" w14:paraId="7AA79CC7" w14:textId="77777777" w:rsidTr="00AA2478">
        <w:trPr>
          <w:trHeight w:val="611"/>
        </w:trPr>
        <w:tc>
          <w:tcPr>
            <w:tcW w:w="951" w:type="dxa"/>
          </w:tcPr>
          <w:p w14:paraId="42C3B851"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88</w:t>
            </w:r>
          </w:p>
        </w:tc>
        <w:tc>
          <w:tcPr>
            <w:tcW w:w="7515" w:type="dxa"/>
            <w:vMerge w:val="restart"/>
          </w:tcPr>
          <w:p w14:paraId="6982DB7B" w14:textId="77777777" w:rsidR="00AA2478" w:rsidRPr="002C23D0" w:rsidRDefault="00AA2478" w:rsidP="00AA2478">
            <w:pPr>
              <w:rPr>
                <w:rFonts w:cs="Times New Roman"/>
                <w:sz w:val="24"/>
                <w:szCs w:val="24"/>
              </w:rPr>
            </w:pPr>
            <w:r w:rsidRPr="002C23D0">
              <w:rPr>
                <w:rFonts w:cs="Times New Roman"/>
                <w:sz w:val="24"/>
                <w:szCs w:val="24"/>
              </w:rPr>
              <w:t>Виды предложений по цели высказывания/</w:t>
            </w:r>
          </w:p>
          <w:p w14:paraId="5C2AF8A4" w14:textId="77777777" w:rsidR="00AA2478" w:rsidRPr="002C23D0" w:rsidRDefault="00AA2478" w:rsidP="00AA2478">
            <w:pPr>
              <w:rPr>
                <w:rFonts w:cs="Times New Roman"/>
                <w:sz w:val="24"/>
                <w:szCs w:val="24"/>
                <w:lang w:val="tt-RU"/>
              </w:rPr>
            </w:pPr>
            <w:r w:rsidRPr="002C23D0">
              <w:rPr>
                <w:rFonts w:cs="Times New Roman"/>
                <w:sz w:val="24"/>
                <w:szCs w:val="24"/>
              </w:rPr>
              <w:t xml:space="preserve"> </w:t>
            </w:r>
            <w:r w:rsidRPr="002C23D0">
              <w:rPr>
                <w:rFonts w:cs="Times New Roman"/>
                <w:sz w:val="24"/>
                <w:szCs w:val="24"/>
                <w:lang w:val="tt-RU"/>
              </w:rPr>
              <w:t>Әйтелү максаты ягыннан җөмлә төрләре</w:t>
            </w:r>
          </w:p>
          <w:p w14:paraId="77918830" w14:textId="77777777" w:rsidR="00AA2478" w:rsidRPr="002C23D0" w:rsidRDefault="00AA2478" w:rsidP="00AA2478">
            <w:pPr>
              <w:rPr>
                <w:rFonts w:cs="Times New Roman"/>
                <w:sz w:val="24"/>
                <w:szCs w:val="24"/>
                <w:lang w:val="tt-RU"/>
              </w:rPr>
            </w:pPr>
          </w:p>
        </w:tc>
        <w:tc>
          <w:tcPr>
            <w:tcW w:w="984" w:type="dxa"/>
            <w:vMerge w:val="restart"/>
          </w:tcPr>
          <w:p w14:paraId="252286C3"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3</w:t>
            </w:r>
          </w:p>
        </w:tc>
        <w:tc>
          <w:tcPr>
            <w:tcW w:w="1098" w:type="dxa"/>
          </w:tcPr>
          <w:p w14:paraId="38989AEA" w14:textId="77777777" w:rsidR="00AA2478" w:rsidRPr="002C23D0" w:rsidRDefault="00AA2478" w:rsidP="00AA2478">
            <w:pPr>
              <w:jc w:val="center"/>
              <w:rPr>
                <w:rFonts w:cs="Times New Roman"/>
                <w:sz w:val="24"/>
                <w:szCs w:val="24"/>
                <w:lang w:val="tt-RU"/>
              </w:rPr>
            </w:pPr>
          </w:p>
        </w:tc>
        <w:tc>
          <w:tcPr>
            <w:tcW w:w="1147" w:type="dxa"/>
          </w:tcPr>
          <w:p w14:paraId="517BE610" w14:textId="77777777" w:rsidR="00AA2478" w:rsidRPr="002C23D0" w:rsidRDefault="00AA2478" w:rsidP="00AA2478">
            <w:pPr>
              <w:rPr>
                <w:rFonts w:cs="Times New Roman"/>
                <w:sz w:val="24"/>
                <w:szCs w:val="24"/>
                <w:lang w:val="tt-RU"/>
              </w:rPr>
            </w:pPr>
          </w:p>
        </w:tc>
        <w:tc>
          <w:tcPr>
            <w:tcW w:w="4466" w:type="dxa"/>
          </w:tcPr>
          <w:p w14:paraId="1935D299" w14:textId="77777777" w:rsidR="00AA2478" w:rsidRDefault="00863D41" w:rsidP="00AA2478">
            <w:pPr>
              <w:rPr>
                <w:rFonts w:cs="Times New Roman"/>
                <w:sz w:val="16"/>
                <w:szCs w:val="16"/>
                <w:lang w:val="tt-RU"/>
              </w:rPr>
            </w:pPr>
            <w:hyperlink r:id="rId28" w:history="1">
              <w:r w:rsidR="00AA2478" w:rsidRPr="00C12EE6">
                <w:rPr>
                  <w:rStyle w:val="af2"/>
                  <w:rFonts w:cs="Times New Roman"/>
                  <w:sz w:val="16"/>
                  <w:szCs w:val="16"/>
                  <w:lang w:val="tt-RU"/>
                </w:rPr>
                <w:t>https://disk.yandex.ru/d/RN-ecVugobgVUQ?w=1</w:t>
              </w:r>
            </w:hyperlink>
          </w:p>
          <w:p w14:paraId="40DD08CE" w14:textId="77777777" w:rsidR="00AA2478" w:rsidRPr="00AC5F97" w:rsidRDefault="00AA2478" w:rsidP="00AA2478">
            <w:pPr>
              <w:rPr>
                <w:rFonts w:cs="Times New Roman"/>
                <w:sz w:val="16"/>
                <w:szCs w:val="16"/>
                <w:lang w:val="tt-RU"/>
              </w:rPr>
            </w:pPr>
          </w:p>
        </w:tc>
      </w:tr>
      <w:tr w:rsidR="00AA2478" w:rsidRPr="00BC2AF3" w14:paraId="0163247D" w14:textId="77777777" w:rsidTr="00AA2478">
        <w:trPr>
          <w:trHeight w:val="422"/>
        </w:trPr>
        <w:tc>
          <w:tcPr>
            <w:tcW w:w="951" w:type="dxa"/>
          </w:tcPr>
          <w:p w14:paraId="0B36653F"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89</w:t>
            </w:r>
          </w:p>
        </w:tc>
        <w:tc>
          <w:tcPr>
            <w:tcW w:w="7515" w:type="dxa"/>
            <w:vMerge/>
          </w:tcPr>
          <w:p w14:paraId="40D6EB8B" w14:textId="77777777" w:rsidR="00AA2478" w:rsidRPr="002C23D0" w:rsidRDefault="00AA2478" w:rsidP="00AA2478">
            <w:pPr>
              <w:rPr>
                <w:rFonts w:cs="Times New Roman"/>
                <w:sz w:val="24"/>
                <w:szCs w:val="24"/>
                <w:lang w:val="tt-RU"/>
              </w:rPr>
            </w:pPr>
          </w:p>
        </w:tc>
        <w:tc>
          <w:tcPr>
            <w:tcW w:w="984" w:type="dxa"/>
            <w:vMerge/>
          </w:tcPr>
          <w:p w14:paraId="1016FC2E" w14:textId="77777777" w:rsidR="00AA2478" w:rsidRPr="002C23D0" w:rsidRDefault="00AA2478" w:rsidP="00AA2478">
            <w:pPr>
              <w:jc w:val="center"/>
              <w:rPr>
                <w:rFonts w:cs="Times New Roman"/>
                <w:sz w:val="24"/>
                <w:szCs w:val="24"/>
                <w:lang w:val="tt-RU"/>
              </w:rPr>
            </w:pPr>
          </w:p>
        </w:tc>
        <w:tc>
          <w:tcPr>
            <w:tcW w:w="1098" w:type="dxa"/>
          </w:tcPr>
          <w:p w14:paraId="5CD52B87" w14:textId="77777777" w:rsidR="00AA2478" w:rsidRPr="002C23D0" w:rsidRDefault="00AA2478" w:rsidP="00AA2478">
            <w:pPr>
              <w:jc w:val="center"/>
              <w:rPr>
                <w:rFonts w:cs="Times New Roman"/>
                <w:sz w:val="24"/>
                <w:szCs w:val="24"/>
                <w:lang w:val="tt-RU"/>
              </w:rPr>
            </w:pPr>
          </w:p>
        </w:tc>
        <w:tc>
          <w:tcPr>
            <w:tcW w:w="1147" w:type="dxa"/>
          </w:tcPr>
          <w:p w14:paraId="78F3CA6F" w14:textId="77777777" w:rsidR="00AA2478" w:rsidRPr="002C23D0" w:rsidRDefault="00AA2478" w:rsidP="00AA2478">
            <w:pPr>
              <w:rPr>
                <w:rFonts w:cs="Times New Roman"/>
                <w:sz w:val="24"/>
                <w:szCs w:val="24"/>
                <w:lang w:val="tt-RU"/>
              </w:rPr>
            </w:pPr>
          </w:p>
        </w:tc>
        <w:tc>
          <w:tcPr>
            <w:tcW w:w="4466" w:type="dxa"/>
          </w:tcPr>
          <w:p w14:paraId="3BA9EFD9" w14:textId="77777777" w:rsidR="00AA2478" w:rsidRPr="00AC5F97" w:rsidRDefault="00AA2478" w:rsidP="00AA2478">
            <w:pPr>
              <w:rPr>
                <w:rFonts w:cs="Times New Roman"/>
                <w:sz w:val="16"/>
                <w:szCs w:val="16"/>
                <w:lang w:val="tt-RU"/>
              </w:rPr>
            </w:pPr>
          </w:p>
        </w:tc>
      </w:tr>
      <w:tr w:rsidR="00AA2478" w:rsidRPr="00BC2AF3" w14:paraId="50C12981" w14:textId="77777777" w:rsidTr="00AA2478">
        <w:trPr>
          <w:trHeight w:val="414"/>
        </w:trPr>
        <w:tc>
          <w:tcPr>
            <w:tcW w:w="951" w:type="dxa"/>
          </w:tcPr>
          <w:p w14:paraId="537B7BEB"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90</w:t>
            </w:r>
          </w:p>
        </w:tc>
        <w:tc>
          <w:tcPr>
            <w:tcW w:w="7515" w:type="dxa"/>
            <w:vMerge/>
          </w:tcPr>
          <w:p w14:paraId="434DBC2A" w14:textId="77777777" w:rsidR="00AA2478" w:rsidRPr="002C23D0" w:rsidRDefault="00AA2478" w:rsidP="00AA2478">
            <w:pPr>
              <w:rPr>
                <w:rFonts w:cs="Times New Roman"/>
                <w:sz w:val="24"/>
                <w:szCs w:val="24"/>
                <w:lang w:val="tt-RU"/>
              </w:rPr>
            </w:pPr>
          </w:p>
        </w:tc>
        <w:tc>
          <w:tcPr>
            <w:tcW w:w="984" w:type="dxa"/>
            <w:vMerge/>
          </w:tcPr>
          <w:p w14:paraId="18387BBD" w14:textId="77777777" w:rsidR="00AA2478" w:rsidRPr="002C23D0" w:rsidRDefault="00AA2478" w:rsidP="00AA2478">
            <w:pPr>
              <w:jc w:val="center"/>
              <w:rPr>
                <w:rFonts w:cs="Times New Roman"/>
                <w:sz w:val="24"/>
                <w:szCs w:val="24"/>
                <w:lang w:val="tt-RU"/>
              </w:rPr>
            </w:pPr>
          </w:p>
        </w:tc>
        <w:tc>
          <w:tcPr>
            <w:tcW w:w="1098" w:type="dxa"/>
          </w:tcPr>
          <w:p w14:paraId="49EFCB64" w14:textId="77777777" w:rsidR="00AA2478" w:rsidRPr="002C23D0" w:rsidRDefault="00AA2478" w:rsidP="00AA2478">
            <w:pPr>
              <w:jc w:val="center"/>
              <w:rPr>
                <w:rFonts w:cs="Times New Roman"/>
                <w:sz w:val="24"/>
                <w:szCs w:val="24"/>
                <w:lang w:val="tt-RU"/>
              </w:rPr>
            </w:pPr>
          </w:p>
        </w:tc>
        <w:tc>
          <w:tcPr>
            <w:tcW w:w="1147" w:type="dxa"/>
          </w:tcPr>
          <w:p w14:paraId="0F5A8AFB" w14:textId="77777777" w:rsidR="00AA2478" w:rsidRPr="002C23D0" w:rsidRDefault="00AA2478" w:rsidP="00AA2478">
            <w:pPr>
              <w:rPr>
                <w:rFonts w:cs="Times New Roman"/>
                <w:sz w:val="24"/>
                <w:szCs w:val="24"/>
                <w:lang w:val="tt-RU"/>
              </w:rPr>
            </w:pPr>
          </w:p>
        </w:tc>
        <w:tc>
          <w:tcPr>
            <w:tcW w:w="4466" w:type="dxa"/>
          </w:tcPr>
          <w:p w14:paraId="1F9275E2" w14:textId="77777777" w:rsidR="00AA2478" w:rsidRPr="00AC5F97" w:rsidRDefault="00AA2478" w:rsidP="00AA2478">
            <w:pPr>
              <w:rPr>
                <w:rFonts w:cs="Times New Roman"/>
                <w:sz w:val="16"/>
                <w:szCs w:val="16"/>
                <w:lang w:val="tt-RU"/>
              </w:rPr>
            </w:pPr>
          </w:p>
        </w:tc>
      </w:tr>
      <w:tr w:rsidR="00AA2478" w:rsidRPr="00600724" w14:paraId="522387C9" w14:textId="77777777" w:rsidTr="00AA2478">
        <w:trPr>
          <w:trHeight w:val="439"/>
        </w:trPr>
        <w:tc>
          <w:tcPr>
            <w:tcW w:w="951" w:type="dxa"/>
          </w:tcPr>
          <w:p w14:paraId="1D6221DE" w14:textId="77777777" w:rsidR="00AA2478" w:rsidRDefault="00AA2478" w:rsidP="00AA2478">
            <w:pPr>
              <w:pStyle w:val="ac"/>
              <w:ind w:left="0"/>
              <w:rPr>
                <w:rFonts w:cs="Times New Roman"/>
                <w:sz w:val="24"/>
                <w:szCs w:val="24"/>
                <w:lang w:val="tt-RU"/>
              </w:rPr>
            </w:pPr>
            <w:r>
              <w:rPr>
                <w:rFonts w:cs="Times New Roman"/>
                <w:sz w:val="24"/>
                <w:szCs w:val="24"/>
                <w:lang w:val="tt-RU"/>
              </w:rPr>
              <w:t>91</w:t>
            </w:r>
          </w:p>
          <w:p w14:paraId="58B9F99E"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lastRenderedPageBreak/>
              <w:t>92</w:t>
            </w:r>
          </w:p>
        </w:tc>
        <w:tc>
          <w:tcPr>
            <w:tcW w:w="7515" w:type="dxa"/>
            <w:vMerge w:val="restart"/>
          </w:tcPr>
          <w:p w14:paraId="71AA1689" w14:textId="77777777" w:rsidR="00AA2478" w:rsidRPr="002C23D0" w:rsidRDefault="00AA2478" w:rsidP="00AA2478">
            <w:pPr>
              <w:rPr>
                <w:rFonts w:cs="Times New Roman"/>
                <w:sz w:val="24"/>
                <w:szCs w:val="24"/>
                <w:lang w:val="tt-RU"/>
              </w:rPr>
            </w:pPr>
            <w:r w:rsidRPr="002C23D0">
              <w:rPr>
                <w:rFonts w:cs="Times New Roman"/>
                <w:sz w:val="24"/>
                <w:szCs w:val="24"/>
                <w:lang w:val="tt-RU"/>
              </w:rPr>
              <w:lastRenderedPageBreak/>
              <w:t xml:space="preserve">Знаки препинания в конце предложения./Җөмлә ахырында тыныш </w:t>
            </w:r>
            <w:r w:rsidRPr="002C23D0">
              <w:rPr>
                <w:rFonts w:cs="Times New Roman"/>
                <w:sz w:val="24"/>
                <w:szCs w:val="24"/>
                <w:lang w:val="tt-RU"/>
              </w:rPr>
              <w:lastRenderedPageBreak/>
              <w:t>билгеләре.</w:t>
            </w:r>
          </w:p>
        </w:tc>
        <w:tc>
          <w:tcPr>
            <w:tcW w:w="984" w:type="dxa"/>
            <w:vMerge w:val="restart"/>
          </w:tcPr>
          <w:p w14:paraId="252F7471" w14:textId="77777777" w:rsidR="00AA2478" w:rsidRPr="002C23D0" w:rsidRDefault="00AA2478" w:rsidP="00AA2478">
            <w:pPr>
              <w:jc w:val="center"/>
              <w:rPr>
                <w:rFonts w:cs="Times New Roman"/>
                <w:sz w:val="24"/>
                <w:szCs w:val="24"/>
                <w:lang w:val="tt-RU"/>
              </w:rPr>
            </w:pPr>
            <w:r>
              <w:rPr>
                <w:rFonts w:cs="Times New Roman"/>
                <w:sz w:val="24"/>
                <w:szCs w:val="24"/>
                <w:lang w:val="tt-RU"/>
              </w:rPr>
              <w:lastRenderedPageBreak/>
              <w:t>4</w:t>
            </w:r>
          </w:p>
        </w:tc>
        <w:tc>
          <w:tcPr>
            <w:tcW w:w="1098" w:type="dxa"/>
          </w:tcPr>
          <w:p w14:paraId="2892D178" w14:textId="77777777" w:rsidR="00AA2478" w:rsidRPr="002C23D0" w:rsidRDefault="00AA2478" w:rsidP="00AA2478">
            <w:pPr>
              <w:jc w:val="center"/>
              <w:rPr>
                <w:rFonts w:cs="Times New Roman"/>
                <w:sz w:val="24"/>
                <w:szCs w:val="24"/>
                <w:lang w:val="tt-RU"/>
              </w:rPr>
            </w:pPr>
          </w:p>
        </w:tc>
        <w:tc>
          <w:tcPr>
            <w:tcW w:w="1147" w:type="dxa"/>
          </w:tcPr>
          <w:p w14:paraId="237AA7D6" w14:textId="77777777" w:rsidR="00AA2478" w:rsidRPr="002C23D0" w:rsidRDefault="00AA2478" w:rsidP="00AA2478">
            <w:pPr>
              <w:jc w:val="center"/>
              <w:rPr>
                <w:rFonts w:cs="Times New Roman"/>
                <w:sz w:val="24"/>
                <w:szCs w:val="24"/>
                <w:lang w:val="tt-RU"/>
              </w:rPr>
            </w:pPr>
          </w:p>
        </w:tc>
        <w:tc>
          <w:tcPr>
            <w:tcW w:w="4466" w:type="dxa"/>
            <w:vMerge w:val="restart"/>
          </w:tcPr>
          <w:p w14:paraId="33857BE8" w14:textId="77777777" w:rsidR="00AA2478" w:rsidRDefault="00863D41" w:rsidP="00AA2478">
            <w:pPr>
              <w:jc w:val="center"/>
              <w:rPr>
                <w:rFonts w:cs="Times New Roman"/>
                <w:sz w:val="16"/>
                <w:szCs w:val="16"/>
                <w:lang w:val="tt-RU"/>
              </w:rPr>
            </w:pPr>
            <w:hyperlink r:id="rId29" w:history="1">
              <w:r w:rsidR="00AA2478" w:rsidRPr="00C12EE6">
                <w:rPr>
                  <w:rStyle w:val="af2"/>
                  <w:rFonts w:cs="Times New Roman"/>
                  <w:sz w:val="16"/>
                  <w:szCs w:val="16"/>
                  <w:lang w:val="tt-RU"/>
                </w:rPr>
                <w:t>https://infourok.ru/razrabotka-uroka-po-rodnomu-tatarskomu-yazyku-dlya-1-klassa-po-teme-җөmlә-ahyrynda-tynysh-bilgelәre-</w:t>
              </w:r>
              <w:r w:rsidR="00AA2478" w:rsidRPr="00C12EE6">
                <w:rPr>
                  <w:rStyle w:val="af2"/>
                  <w:rFonts w:cs="Times New Roman"/>
                  <w:sz w:val="16"/>
                  <w:szCs w:val="16"/>
                  <w:lang w:val="tt-RU"/>
                </w:rPr>
                <w:lastRenderedPageBreak/>
                <w:t>audiozapis-s-obyasneniem-5131573.html</w:t>
              </w:r>
            </w:hyperlink>
          </w:p>
          <w:p w14:paraId="22EF51D8" w14:textId="77777777" w:rsidR="00AA2478" w:rsidRPr="00AC5F97" w:rsidRDefault="00AA2478" w:rsidP="00AA2478">
            <w:pPr>
              <w:jc w:val="center"/>
              <w:rPr>
                <w:rFonts w:cs="Times New Roman"/>
                <w:sz w:val="16"/>
                <w:szCs w:val="16"/>
                <w:lang w:val="tt-RU"/>
              </w:rPr>
            </w:pPr>
          </w:p>
        </w:tc>
      </w:tr>
      <w:tr w:rsidR="00AA2478" w:rsidRPr="00BC2AF3" w14:paraId="5F3FFA2F" w14:textId="77777777" w:rsidTr="00AA2478">
        <w:trPr>
          <w:trHeight w:val="421"/>
        </w:trPr>
        <w:tc>
          <w:tcPr>
            <w:tcW w:w="951" w:type="dxa"/>
          </w:tcPr>
          <w:p w14:paraId="381D0C54"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lastRenderedPageBreak/>
              <w:t>93</w:t>
            </w:r>
          </w:p>
        </w:tc>
        <w:tc>
          <w:tcPr>
            <w:tcW w:w="7515" w:type="dxa"/>
            <w:vMerge/>
          </w:tcPr>
          <w:p w14:paraId="4D6EB1FB" w14:textId="77777777" w:rsidR="00AA2478" w:rsidRPr="002C23D0" w:rsidRDefault="00AA2478" w:rsidP="00AA2478">
            <w:pPr>
              <w:rPr>
                <w:rFonts w:cs="Times New Roman"/>
                <w:sz w:val="24"/>
                <w:szCs w:val="24"/>
                <w:lang w:val="tt-RU"/>
              </w:rPr>
            </w:pPr>
          </w:p>
        </w:tc>
        <w:tc>
          <w:tcPr>
            <w:tcW w:w="984" w:type="dxa"/>
            <w:vMerge/>
          </w:tcPr>
          <w:p w14:paraId="2AAEBE41" w14:textId="77777777" w:rsidR="00AA2478" w:rsidRPr="002C23D0" w:rsidRDefault="00AA2478" w:rsidP="00AA2478">
            <w:pPr>
              <w:jc w:val="center"/>
              <w:rPr>
                <w:rFonts w:cs="Times New Roman"/>
                <w:sz w:val="24"/>
                <w:szCs w:val="24"/>
                <w:lang w:val="tt-RU"/>
              </w:rPr>
            </w:pPr>
          </w:p>
        </w:tc>
        <w:tc>
          <w:tcPr>
            <w:tcW w:w="1098" w:type="dxa"/>
          </w:tcPr>
          <w:p w14:paraId="0CC595D0" w14:textId="77777777" w:rsidR="00AA2478" w:rsidRPr="002C23D0" w:rsidRDefault="00AA2478" w:rsidP="00AA2478">
            <w:pPr>
              <w:jc w:val="center"/>
              <w:rPr>
                <w:rFonts w:cs="Times New Roman"/>
                <w:sz w:val="24"/>
                <w:szCs w:val="24"/>
                <w:lang w:val="tt-RU"/>
              </w:rPr>
            </w:pPr>
          </w:p>
        </w:tc>
        <w:tc>
          <w:tcPr>
            <w:tcW w:w="1147" w:type="dxa"/>
          </w:tcPr>
          <w:p w14:paraId="13110A02" w14:textId="77777777" w:rsidR="00AA2478" w:rsidRPr="002C23D0" w:rsidRDefault="00AA2478" w:rsidP="00AA2478">
            <w:pPr>
              <w:jc w:val="center"/>
              <w:rPr>
                <w:rFonts w:cs="Times New Roman"/>
                <w:sz w:val="24"/>
                <w:szCs w:val="24"/>
                <w:lang w:val="tt-RU"/>
              </w:rPr>
            </w:pPr>
          </w:p>
        </w:tc>
        <w:tc>
          <w:tcPr>
            <w:tcW w:w="4466" w:type="dxa"/>
            <w:vMerge/>
          </w:tcPr>
          <w:p w14:paraId="0FB9A01C" w14:textId="77777777" w:rsidR="00AA2478" w:rsidRPr="00AC5F97" w:rsidRDefault="00AA2478" w:rsidP="00AA2478">
            <w:pPr>
              <w:jc w:val="center"/>
              <w:rPr>
                <w:rFonts w:cs="Times New Roman"/>
                <w:sz w:val="16"/>
                <w:szCs w:val="16"/>
                <w:lang w:val="tt-RU"/>
              </w:rPr>
            </w:pPr>
          </w:p>
        </w:tc>
      </w:tr>
      <w:tr w:rsidR="00AA2478" w:rsidRPr="00BC2AF3" w14:paraId="7BDCD4FD" w14:textId="77777777" w:rsidTr="00AA2478">
        <w:trPr>
          <w:trHeight w:val="272"/>
        </w:trPr>
        <w:tc>
          <w:tcPr>
            <w:tcW w:w="951" w:type="dxa"/>
          </w:tcPr>
          <w:p w14:paraId="346DB6C4"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94</w:t>
            </w:r>
          </w:p>
        </w:tc>
        <w:tc>
          <w:tcPr>
            <w:tcW w:w="7515" w:type="dxa"/>
            <w:vMerge/>
          </w:tcPr>
          <w:p w14:paraId="700940F0" w14:textId="77777777" w:rsidR="00AA2478" w:rsidRPr="002C23D0" w:rsidRDefault="00AA2478" w:rsidP="00AA2478">
            <w:pPr>
              <w:rPr>
                <w:rFonts w:cs="Times New Roman"/>
                <w:sz w:val="24"/>
                <w:szCs w:val="24"/>
                <w:lang w:val="tt-RU"/>
              </w:rPr>
            </w:pPr>
          </w:p>
        </w:tc>
        <w:tc>
          <w:tcPr>
            <w:tcW w:w="984" w:type="dxa"/>
            <w:vMerge/>
          </w:tcPr>
          <w:p w14:paraId="2E0D18D2" w14:textId="77777777" w:rsidR="00AA2478" w:rsidRPr="002C23D0" w:rsidRDefault="00AA2478" w:rsidP="00AA2478">
            <w:pPr>
              <w:jc w:val="center"/>
              <w:rPr>
                <w:rFonts w:cs="Times New Roman"/>
                <w:sz w:val="24"/>
                <w:szCs w:val="24"/>
                <w:lang w:val="tt-RU"/>
              </w:rPr>
            </w:pPr>
          </w:p>
        </w:tc>
        <w:tc>
          <w:tcPr>
            <w:tcW w:w="1098" w:type="dxa"/>
          </w:tcPr>
          <w:p w14:paraId="477DFDD7" w14:textId="77777777" w:rsidR="00AA2478" w:rsidRPr="002C23D0" w:rsidRDefault="00AA2478" w:rsidP="00AA2478">
            <w:pPr>
              <w:jc w:val="center"/>
              <w:rPr>
                <w:rFonts w:cs="Times New Roman"/>
                <w:sz w:val="24"/>
                <w:szCs w:val="24"/>
                <w:lang w:val="tt-RU"/>
              </w:rPr>
            </w:pPr>
          </w:p>
        </w:tc>
        <w:tc>
          <w:tcPr>
            <w:tcW w:w="1147" w:type="dxa"/>
          </w:tcPr>
          <w:p w14:paraId="477FFADF" w14:textId="77777777" w:rsidR="00AA2478" w:rsidRPr="002C23D0" w:rsidRDefault="00AA2478" w:rsidP="00AA2478">
            <w:pPr>
              <w:jc w:val="center"/>
              <w:rPr>
                <w:rFonts w:cs="Times New Roman"/>
                <w:sz w:val="24"/>
                <w:szCs w:val="24"/>
                <w:lang w:val="tt-RU"/>
              </w:rPr>
            </w:pPr>
          </w:p>
        </w:tc>
        <w:tc>
          <w:tcPr>
            <w:tcW w:w="4466" w:type="dxa"/>
          </w:tcPr>
          <w:p w14:paraId="13C807B8" w14:textId="77777777" w:rsidR="00AA2478" w:rsidRPr="00AC5F97" w:rsidRDefault="00AA2478" w:rsidP="00AA2478">
            <w:pPr>
              <w:jc w:val="center"/>
              <w:rPr>
                <w:rFonts w:cs="Times New Roman"/>
                <w:sz w:val="16"/>
                <w:szCs w:val="16"/>
                <w:lang w:val="tt-RU"/>
              </w:rPr>
            </w:pPr>
          </w:p>
        </w:tc>
      </w:tr>
      <w:tr w:rsidR="00AA2478" w:rsidRPr="002651E4" w14:paraId="1FA4A3AE" w14:textId="77777777" w:rsidTr="00AA2478">
        <w:tc>
          <w:tcPr>
            <w:tcW w:w="951" w:type="dxa"/>
          </w:tcPr>
          <w:p w14:paraId="61E3E21F"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95</w:t>
            </w:r>
          </w:p>
        </w:tc>
        <w:tc>
          <w:tcPr>
            <w:tcW w:w="7515" w:type="dxa"/>
          </w:tcPr>
          <w:p w14:paraId="7E66B4F8" w14:textId="77777777" w:rsidR="00AA2478" w:rsidRPr="002C23D0" w:rsidRDefault="00AA2478" w:rsidP="00AA2478">
            <w:pPr>
              <w:rPr>
                <w:rFonts w:cs="Times New Roman"/>
                <w:sz w:val="24"/>
                <w:szCs w:val="24"/>
                <w:lang w:val="tt-RU"/>
              </w:rPr>
            </w:pPr>
            <w:r w:rsidRPr="002C23D0">
              <w:rPr>
                <w:rFonts w:cs="Times New Roman"/>
                <w:sz w:val="24"/>
                <w:szCs w:val="24"/>
                <w:lang w:val="tt-RU"/>
              </w:rPr>
              <w:t>Словарный диктант/Сүзлек диктанты</w:t>
            </w:r>
          </w:p>
        </w:tc>
        <w:tc>
          <w:tcPr>
            <w:tcW w:w="984" w:type="dxa"/>
          </w:tcPr>
          <w:p w14:paraId="45399C02"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4E22D3C4" w14:textId="77777777" w:rsidR="00AA2478" w:rsidRPr="002C23D0" w:rsidRDefault="00AA2478" w:rsidP="00AA2478">
            <w:pPr>
              <w:jc w:val="center"/>
              <w:rPr>
                <w:rFonts w:cs="Times New Roman"/>
                <w:sz w:val="24"/>
                <w:szCs w:val="24"/>
                <w:lang w:val="tt-RU"/>
              </w:rPr>
            </w:pPr>
          </w:p>
        </w:tc>
        <w:tc>
          <w:tcPr>
            <w:tcW w:w="1147" w:type="dxa"/>
          </w:tcPr>
          <w:p w14:paraId="2922D448" w14:textId="77777777" w:rsidR="00AA2478" w:rsidRPr="002C23D0" w:rsidRDefault="00AA2478" w:rsidP="00AA2478">
            <w:pPr>
              <w:jc w:val="center"/>
              <w:rPr>
                <w:rFonts w:cs="Times New Roman"/>
                <w:sz w:val="24"/>
                <w:szCs w:val="24"/>
                <w:lang w:val="tt-RU"/>
              </w:rPr>
            </w:pPr>
          </w:p>
        </w:tc>
        <w:tc>
          <w:tcPr>
            <w:tcW w:w="4466" w:type="dxa"/>
          </w:tcPr>
          <w:p w14:paraId="38368BF9" w14:textId="77777777" w:rsidR="00AA2478" w:rsidRPr="00AC5F97" w:rsidRDefault="00AA2478" w:rsidP="00AA2478">
            <w:pPr>
              <w:jc w:val="center"/>
              <w:rPr>
                <w:rFonts w:cs="Times New Roman"/>
                <w:sz w:val="16"/>
                <w:szCs w:val="16"/>
                <w:lang w:val="tt-RU"/>
              </w:rPr>
            </w:pPr>
          </w:p>
        </w:tc>
      </w:tr>
      <w:tr w:rsidR="00AA2478" w:rsidRPr="004C6EED" w14:paraId="1718DB69" w14:textId="77777777" w:rsidTr="00AA2478">
        <w:tc>
          <w:tcPr>
            <w:tcW w:w="951" w:type="dxa"/>
          </w:tcPr>
          <w:p w14:paraId="0A2803FC"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96</w:t>
            </w:r>
          </w:p>
        </w:tc>
        <w:tc>
          <w:tcPr>
            <w:tcW w:w="7515" w:type="dxa"/>
            <w:vMerge w:val="restart"/>
          </w:tcPr>
          <w:p w14:paraId="3C2D8FBF" w14:textId="77777777" w:rsidR="00AA2478" w:rsidRPr="002C23D0" w:rsidRDefault="00AA2478" w:rsidP="00AA2478">
            <w:pPr>
              <w:rPr>
                <w:rFonts w:cs="Times New Roman"/>
                <w:sz w:val="24"/>
                <w:szCs w:val="24"/>
                <w:lang w:val="tt-RU"/>
              </w:rPr>
            </w:pPr>
            <w:r w:rsidRPr="002C23D0">
              <w:rPr>
                <w:rFonts w:cs="Times New Roman"/>
                <w:sz w:val="24"/>
                <w:szCs w:val="24"/>
                <w:lang w:val="tt-RU"/>
              </w:rPr>
              <w:t>Работа с текстом. Текст белән эш. «Кечкенә Апуш Сабантуйда» тексты белән эш</w:t>
            </w:r>
          </w:p>
        </w:tc>
        <w:tc>
          <w:tcPr>
            <w:tcW w:w="984" w:type="dxa"/>
            <w:vMerge w:val="restart"/>
          </w:tcPr>
          <w:p w14:paraId="3AF06AE1"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2</w:t>
            </w:r>
          </w:p>
        </w:tc>
        <w:tc>
          <w:tcPr>
            <w:tcW w:w="1098" w:type="dxa"/>
          </w:tcPr>
          <w:p w14:paraId="34410112" w14:textId="77777777" w:rsidR="00AA2478" w:rsidRPr="002C23D0" w:rsidRDefault="00AA2478" w:rsidP="00AA2478">
            <w:pPr>
              <w:jc w:val="center"/>
              <w:rPr>
                <w:rFonts w:cs="Times New Roman"/>
                <w:sz w:val="24"/>
                <w:szCs w:val="24"/>
                <w:lang w:val="tt-RU"/>
              </w:rPr>
            </w:pPr>
          </w:p>
        </w:tc>
        <w:tc>
          <w:tcPr>
            <w:tcW w:w="1147" w:type="dxa"/>
          </w:tcPr>
          <w:p w14:paraId="3CD2E662" w14:textId="77777777" w:rsidR="00AA2478" w:rsidRPr="002C23D0" w:rsidRDefault="00AA2478" w:rsidP="00AA2478">
            <w:pPr>
              <w:jc w:val="center"/>
              <w:rPr>
                <w:rFonts w:cs="Times New Roman"/>
                <w:sz w:val="24"/>
                <w:szCs w:val="24"/>
                <w:lang w:val="tt-RU"/>
              </w:rPr>
            </w:pPr>
          </w:p>
        </w:tc>
        <w:tc>
          <w:tcPr>
            <w:tcW w:w="4466" w:type="dxa"/>
          </w:tcPr>
          <w:p w14:paraId="01DD0516" w14:textId="77777777" w:rsidR="00AA2478" w:rsidRPr="00AC5F97" w:rsidRDefault="00AA2478" w:rsidP="00AA2478">
            <w:pPr>
              <w:jc w:val="center"/>
              <w:rPr>
                <w:rFonts w:cs="Times New Roman"/>
                <w:sz w:val="16"/>
                <w:szCs w:val="16"/>
                <w:lang w:val="tt-RU"/>
              </w:rPr>
            </w:pPr>
          </w:p>
        </w:tc>
      </w:tr>
      <w:tr w:rsidR="00AA2478" w:rsidRPr="004C6EED" w14:paraId="7CE12A4C" w14:textId="77777777" w:rsidTr="00AA2478">
        <w:tc>
          <w:tcPr>
            <w:tcW w:w="951" w:type="dxa"/>
          </w:tcPr>
          <w:p w14:paraId="2FA60A63"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97</w:t>
            </w:r>
          </w:p>
        </w:tc>
        <w:tc>
          <w:tcPr>
            <w:tcW w:w="7515" w:type="dxa"/>
            <w:vMerge/>
          </w:tcPr>
          <w:p w14:paraId="0FE94E23" w14:textId="77777777" w:rsidR="00AA2478" w:rsidRPr="002C23D0" w:rsidRDefault="00AA2478" w:rsidP="00AA2478">
            <w:pPr>
              <w:rPr>
                <w:rFonts w:cs="Times New Roman"/>
                <w:sz w:val="24"/>
                <w:szCs w:val="24"/>
                <w:lang w:val="tt-RU"/>
              </w:rPr>
            </w:pPr>
          </w:p>
        </w:tc>
        <w:tc>
          <w:tcPr>
            <w:tcW w:w="984" w:type="dxa"/>
            <w:vMerge/>
          </w:tcPr>
          <w:p w14:paraId="046743D9" w14:textId="77777777" w:rsidR="00AA2478" w:rsidRPr="002C23D0" w:rsidRDefault="00AA2478" w:rsidP="00AA2478">
            <w:pPr>
              <w:jc w:val="center"/>
              <w:rPr>
                <w:rFonts w:cs="Times New Roman"/>
                <w:sz w:val="24"/>
                <w:szCs w:val="24"/>
                <w:lang w:val="tt-RU"/>
              </w:rPr>
            </w:pPr>
          </w:p>
        </w:tc>
        <w:tc>
          <w:tcPr>
            <w:tcW w:w="1098" w:type="dxa"/>
          </w:tcPr>
          <w:p w14:paraId="08A298FA" w14:textId="77777777" w:rsidR="00AA2478" w:rsidRPr="002C23D0" w:rsidRDefault="00AA2478" w:rsidP="00AA2478">
            <w:pPr>
              <w:jc w:val="center"/>
              <w:rPr>
                <w:rFonts w:cs="Times New Roman"/>
                <w:sz w:val="24"/>
                <w:szCs w:val="24"/>
                <w:lang w:val="tt-RU"/>
              </w:rPr>
            </w:pPr>
          </w:p>
        </w:tc>
        <w:tc>
          <w:tcPr>
            <w:tcW w:w="1147" w:type="dxa"/>
          </w:tcPr>
          <w:p w14:paraId="60D36AB0" w14:textId="77777777" w:rsidR="00AA2478" w:rsidRPr="002C23D0" w:rsidRDefault="00AA2478" w:rsidP="00AA2478">
            <w:pPr>
              <w:jc w:val="center"/>
              <w:rPr>
                <w:rFonts w:cs="Times New Roman"/>
                <w:sz w:val="24"/>
                <w:szCs w:val="24"/>
                <w:lang w:val="tt-RU"/>
              </w:rPr>
            </w:pPr>
          </w:p>
        </w:tc>
        <w:tc>
          <w:tcPr>
            <w:tcW w:w="4466" w:type="dxa"/>
          </w:tcPr>
          <w:p w14:paraId="29B0C0CC" w14:textId="77777777" w:rsidR="00AA2478" w:rsidRPr="00AC5F97" w:rsidRDefault="00AA2478" w:rsidP="00AA2478">
            <w:pPr>
              <w:jc w:val="center"/>
              <w:rPr>
                <w:rFonts w:cs="Times New Roman"/>
                <w:sz w:val="16"/>
                <w:szCs w:val="16"/>
                <w:lang w:val="tt-RU"/>
              </w:rPr>
            </w:pPr>
          </w:p>
        </w:tc>
      </w:tr>
      <w:tr w:rsidR="00AA2478" w:rsidRPr="004C6EED" w14:paraId="061FE909" w14:textId="77777777" w:rsidTr="00AA2478">
        <w:tc>
          <w:tcPr>
            <w:tcW w:w="951" w:type="dxa"/>
          </w:tcPr>
          <w:p w14:paraId="65209DCB"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98</w:t>
            </w:r>
          </w:p>
        </w:tc>
        <w:tc>
          <w:tcPr>
            <w:tcW w:w="7515" w:type="dxa"/>
          </w:tcPr>
          <w:p w14:paraId="2F525C13" w14:textId="77777777" w:rsidR="00AA2478" w:rsidRPr="002C23D0" w:rsidRDefault="00AA2478" w:rsidP="00AA2478">
            <w:pPr>
              <w:rPr>
                <w:rFonts w:cs="Times New Roman"/>
                <w:sz w:val="24"/>
                <w:szCs w:val="24"/>
                <w:lang w:val="tt-RU"/>
              </w:rPr>
            </w:pPr>
            <w:r w:rsidRPr="002C23D0">
              <w:rPr>
                <w:rFonts w:cs="Times New Roman"/>
                <w:sz w:val="24"/>
                <w:szCs w:val="24"/>
                <w:lang w:val="tt-RU"/>
              </w:rPr>
              <w:t>Повторение,/Кабатлау</w:t>
            </w:r>
          </w:p>
        </w:tc>
        <w:tc>
          <w:tcPr>
            <w:tcW w:w="984" w:type="dxa"/>
          </w:tcPr>
          <w:p w14:paraId="05A30AE4"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5AE572F7" w14:textId="77777777" w:rsidR="00AA2478" w:rsidRPr="002C23D0" w:rsidRDefault="00AA2478" w:rsidP="00AA2478">
            <w:pPr>
              <w:jc w:val="center"/>
              <w:rPr>
                <w:rFonts w:cs="Times New Roman"/>
                <w:sz w:val="24"/>
                <w:szCs w:val="24"/>
                <w:lang w:val="tt-RU"/>
              </w:rPr>
            </w:pPr>
          </w:p>
        </w:tc>
        <w:tc>
          <w:tcPr>
            <w:tcW w:w="1147" w:type="dxa"/>
          </w:tcPr>
          <w:p w14:paraId="2F785907" w14:textId="77777777" w:rsidR="00AA2478" w:rsidRPr="002C23D0" w:rsidRDefault="00AA2478" w:rsidP="00AA2478">
            <w:pPr>
              <w:jc w:val="center"/>
              <w:rPr>
                <w:rFonts w:cs="Times New Roman"/>
                <w:sz w:val="24"/>
                <w:szCs w:val="24"/>
                <w:lang w:val="tt-RU"/>
              </w:rPr>
            </w:pPr>
          </w:p>
        </w:tc>
        <w:tc>
          <w:tcPr>
            <w:tcW w:w="4466" w:type="dxa"/>
          </w:tcPr>
          <w:p w14:paraId="36FC3F94" w14:textId="77777777" w:rsidR="00AA2478" w:rsidRPr="00AC5F97" w:rsidRDefault="00AA2478" w:rsidP="00AA2478">
            <w:pPr>
              <w:jc w:val="center"/>
              <w:rPr>
                <w:rFonts w:cs="Times New Roman"/>
                <w:sz w:val="16"/>
                <w:szCs w:val="16"/>
                <w:lang w:val="tt-RU"/>
              </w:rPr>
            </w:pPr>
          </w:p>
        </w:tc>
      </w:tr>
      <w:tr w:rsidR="00AA2478" w:rsidRPr="00A1775A" w14:paraId="2C2B11BD" w14:textId="77777777" w:rsidTr="00AA2478">
        <w:tc>
          <w:tcPr>
            <w:tcW w:w="951" w:type="dxa"/>
          </w:tcPr>
          <w:p w14:paraId="113BB0B3"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99</w:t>
            </w:r>
          </w:p>
        </w:tc>
        <w:tc>
          <w:tcPr>
            <w:tcW w:w="7515" w:type="dxa"/>
          </w:tcPr>
          <w:p w14:paraId="39F67FDF" w14:textId="77777777" w:rsidR="00AA2478" w:rsidRPr="002C23D0" w:rsidRDefault="00AA2478" w:rsidP="00AA2478">
            <w:pPr>
              <w:rPr>
                <w:rFonts w:cs="Times New Roman"/>
                <w:sz w:val="24"/>
                <w:szCs w:val="24"/>
                <w:lang w:val="tt-RU"/>
              </w:rPr>
            </w:pPr>
            <w:r w:rsidRPr="002C23D0">
              <w:rPr>
                <w:rFonts w:cs="Times New Roman"/>
                <w:sz w:val="24"/>
                <w:szCs w:val="24"/>
                <w:lang w:val="tt-RU"/>
              </w:rPr>
              <w:t>Работа с предложениями: составление предложений из заданных слов / Җөмләләр белән эшләү: бирелгән сүзләрдән җөмләләр төзү</w:t>
            </w:r>
          </w:p>
        </w:tc>
        <w:tc>
          <w:tcPr>
            <w:tcW w:w="984" w:type="dxa"/>
          </w:tcPr>
          <w:p w14:paraId="4094545F"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1575897F" w14:textId="77777777" w:rsidR="00AA2478" w:rsidRPr="002C23D0" w:rsidRDefault="00AA2478" w:rsidP="00AA2478">
            <w:pPr>
              <w:jc w:val="center"/>
              <w:rPr>
                <w:rFonts w:cs="Times New Roman"/>
                <w:sz w:val="24"/>
                <w:szCs w:val="24"/>
                <w:lang w:val="tt-RU"/>
              </w:rPr>
            </w:pPr>
          </w:p>
        </w:tc>
        <w:tc>
          <w:tcPr>
            <w:tcW w:w="1147" w:type="dxa"/>
          </w:tcPr>
          <w:p w14:paraId="59287D77" w14:textId="77777777" w:rsidR="00AA2478" w:rsidRPr="002C23D0" w:rsidRDefault="00AA2478" w:rsidP="00AA2478">
            <w:pPr>
              <w:rPr>
                <w:rFonts w:cs="Times New Roman"/>
                <w:sz w:val="24"/>
                <w:szCs w:val="24"/>
                <w:lang w:val="tt-RU"/>
              </w:rPr>
            </w:pPr>
          </w:p>
        </w:tc>
        <w:tc>
          <w:tcPr>
            <w:tcW w:w="4466" w:type="dxa"/>
          </w:tcPr>
          <w:p w14:paraId="01621E25" w14:textId="77777777" w:rsidR="00AA2478" w:rsidRPr="00AC5F97" w:rsidRDefault="00AA2478" w:rsidP="00AA2478">
            <w:pPr>
              <w:rPr>
                <w:rFonts w:cs="Times New Roman"/>
                <w:sz w:val="16"/>
                <w:szCs w:val="16"/>
                <w:lang w:val="tt-RU"/>
              </w:rPr>
            </w:pPr>
          </w:p>
        </w:tc>
      </w:tr>
      <w:tr w:rsidR="00AA2478" w:rsidRPr="00A1775A" w14:paraId="7A5CC367" w14:textId="77777777" w:rsidTr="00AA2478">
        <w:tc>
          <w:tcPr>
            <w:tcW w:w="951" w:type="dxa"/>
          </w:tcPr>
          <w:p w14:paraId="0B543E28"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100-101</w:t>
            </w:r>
          </w:p>
        </w:tc>
        <w:tc>
          <w:tcPr>
            <w:tcW w:w="7515" w:type="dxa"/>
          </w:tcPr>
          <w:p w14:paraId="39E12FE1" w14:textId="77777777" w:rsidR="00AA2478" w:rsidRPr="002C23D0" w:rsidRDefault="00AA2478" w:rsidP="00AA2478">
            <w:pPr>
              <w:rPr>
                <w:rFonts w:cs="Times New Roman"/>
                <w:sz w:val="24"/>
                <w:szCs w:val="24"/>
                <w:lang w:val="tt-RU"/>
              </w:rPr>
            </w:pPr>
            <w:r w:rsidRPr="002C23D0">
              <w:rPr>
                <w:rFonts w:cs="Times New Roman"/>
                <w:sz w:val="24"/>
                <w:szCs w:val="24"/>
              </w:rPr>
              <w:t xml:space="preserve">Повторение </w:t>
            </w:r>
            <w:proofErr w:type="gramStart"/>
            <w:r w:rsidRPr="002C23D0">
              <w:rPr>
                <w:rFonts w:cs="Times New Roman"/>
                <w:sz w:val="24"/>
                <w:szCs w:val="24"/>
              </w:rPr>
              <w:t>пройденного</w:t>
            </w:r>
            <w:proofErr w:type="gramEnd"/>
            <w:r w:rsidRPr="002C23D0">
              <w:rPr>
                <w:rFonts w:cs="Times New Roman"/>
                <w:sz w:val="24"/>
                <w:szCs w:val="24"/>
              </w:rPr>
              <w:t xml:space="preserve"> во 2 классе/  2 класста өйрәнгәннәрне кабатлау</w:t>
            </w:r>
          </w:p>
        </w:tc>
        <w:tc>
          <w:tcPr>
            <w:tcW w:w="984" w:type="dxa"/>
          </w:tcPr>
          <w:p w14:paraId="0EF6946F" w14:textId="77777777" w:rsidR="00AA2478" w:rsidRPr="002C23D0" w:rsidRDefault="00AA2478" w:rsidP="00AA2478">
            <w:pPr>
              <w:jc w:val="center"/>
              <w:rPr>
                <w:rFonts w:cs="Times New Roman"/>
                <w:sz w:val="24"/>
                <w:szCs w:val="24"/>
                <w:lang w:val="tt-RU"/>
              </w:rPr>
            </w:pPr>
            <w:r>
              <w:rPr>
                <w:rFonts w:cs="Times New Roman"/>
                <w:sz w:val="24"/>
                <w:szCs w:val="24"/>
                <w:lang w:val="tt-RU"/>
              </w:rPr>
              <w:t>2</w:t>
            </w:r>
          </w:p>
        </w:tc>
        <w:tc>
          <w:tcPr>
            <w:tcW w:w="1098" w:type="dxa"/>
          </w:tcPr>
          <w:p w14:paraId="24A91F46" w14:textId="77777777" w:rsidR="00AA2478" w:rsidRPr="002C23D0" w:rsidRDefault="00AA2478" w:rsidP="00AA2478">
            <w:pPr>
              <w:jc w:val="center"/>
              <w:rPr>
                <w:rFonts w:cs="Times New Roman"/>
                <w:sz w:val="24"/>
                <w:szCs w:val="24"/>
              </w:rPr>
            </w:pPr>
          </w:p>
        </w:tc>
        <w:tc>
          <w:tcPr>
            <w:tcW w:w="1147" w:type="dxa"/>
          </w:tcPr>
          <w:p w14:paraId="072175B5" w14:textId="77777777" w:rsidR="00AA2478" w:rsidRPr="002C23D0" w:rsidRDefault="00AA2478" w:rsidP="00AA2478">
            <w:pPr>
              <w:jc w:val="center"/>
              <w:rPr>
                <w:rFonts w:cs="Times New Roman"/>
                <w:sz w:val="24"/>
                <w:szCs w:val="24"/>
                <w:lang w:val="tt-RU"/>
              </w:rPr>
            </w:pPr>
          </w:p>
        </w:tc>
        <w:tc>
          <w:tcPr>
            <w:tcW w:w="4466" w:type="dxa"/>
          </w:tcPr>
          <w:p w14:paraId="29AD59DA" w14:textId="77777777" w:rsidR="00AA2478" w:rsidRPr="00AC5F97" w:rsidRDefault="00AA2478" w:rsidP="00AA2478">
            <w:pPr>
              <w:jc w:val="center"/>
              <w:rPr>
                <w:rFonts w:cs="Times New Roman"/>
                <w:sz w:val="16"/>
                <w:szCs w:val="16"/>
                <w:lang w:val="tt-RU"/>
              </w:rPr>
            </w:pPr>
          </w:p>
        </w:tc>
      </w:tr>
      <w:tr w:rsidR="00AA2478" w:rsidRPr="00A1775A" w14:paraId="774B50A9" w14:textId="77777777" w:rsidTr="00AA2478">
        <w:tc>
          <w:tcPr>
            <w:tcW w:w="951" w:type="dxa"/>
          </w:tcPr>
          <w:p w14:paraId="53C143FF" w14:textId="77777777" w:rsidR="00AA2478" w:rsidRPr="002C23D0" w:rsidRDefault="00AA2478" w:rsidP="00AA2478">
            <w:pPr>
              <w:pStyle w:val="ac"/>
              <w:ind w:left="0"/>
              <w:rPr>
                <w:rFonts w:cs="Times New Roman"/>
                <w:sz w:val="24"/>
                <w:szCs w:val="24"/>
                <w:lang w:val="tt-RU"/>
              </w:rPr>
            </w:pPr>
            <w:r>
              <w:rPr>
                <w:rFonts w:cs="Times New Roman"/>
                <w:sz w:val="24"/>
                <w:szCs w:val="24"/>
                <w:lang w:val="tt-RU"/>
              </w:rPr>
              <w:t>102</w:t>
            </w:r>
          </w:p>
        </w:tc>
        <w:tc>
          <w:tcPr>
            <w:tcW w:w="7515" w:type="dxa"/>
          </w:tcPr>
          <w:p w14:paraId="385A77F6" w14:textId="77777777" w:rsidR="00AA2478" w:rsidRPr="002C23D0" w:rsidRDefault="00AA2478" w:rsidP="00AA2478">
            <w:pPr>
              <w:rPr>
                <w:rFonts w:cs="Times New Roman"/>
                <w:sz w:val="24"/>
                <w:szCs w:val="24"/>
                <w:lang w:val="tt-RU"/>
              </w:rPr>
            </w:pPr>
            <w:r w:rsidRPr="002C23D0">
              <w:rPr>
                <w:rFonts w:cs="Times New Roman"/>
                <w:sz w:val="24"/>
                <w:szCs w:val="24"/>
                <w:lang w:val="tt-RU"/>
              </w:rPr>
              <w:t>Контрольное с</w:t>
            </w:r>
            <w:r w:rsidRPr="002C23D0">
              <w:rPr>
                <w:rFonts w:cs="Times New Roman"/>
                <w:sz w:val="24"/>
                <w:szCs w:val="24"/>
              </w:rPr>
              <w:t>писыва</w:t>
            </w:r>
            <w:r w:rsidRPr="002C23D0">
              <w:rPr>
                <w:rFonts w:cs="Times New Roman"/>
                <w:sz w:val="24"/>
                <w:szCs w:val="24"/>
                <w:lang w:val="tt-RU"/>
              </w:rPr>
              <w:t xml:space="preserve">ние/ </w:t>
            </w:r>
            <w:r w:rsidRPr="002C23D0">
              <w:rPr>
                <w:rFonts w:cs="Times New Roman"/>
                <w:sz w:val="24"/>
                <w:szCs w:val="24"/>
              </w:rPr>
              <w:t xml:space="preserve"> Контроль күчереп язу</w:t>
            </w:r>
          </w:p>
        </w:tc>
        <w:tc>
          <w:tcPr>
            <w:tcW w:w="984" w:type="dxa"/>
          </w:tcPr>
          <w:p w14:paraId="01B8E88B" w14:textId="77777777" w:rsidR="00AA2478" w:rsidRPr="002C23D0" w:rsidRDefault="00AA2478" w:rsidP="00AA2478">
            <w:pPr>
              <w:jc w:val="center"/>
              <w:rPr>
                <w:rFonts w:cs="Times New Roman"/>
                <w:sz w:val="24"/>
                <w:szCs w:val="24"/>
                <w:lang w:val="tt-RU"/>
              </w:rPr>
            </w:pPr>
            <w:r w:rsidRPr="002C23D0">
              <w:rPr>
                <w:rFonts w:cs="Times New Roman"/>
                <w:sz w:val="24"/>
                <w:szCs w:val="24"/>
                <w:lang w:val="tt-RU"/>
              </w:rPr>
              <w:t>1</w:t>
            </w:r>
          </w:p>
        </w:tc>
        <w:tc>
          <w:tcPr>
            <w:tcW w:w="1098" w:type="dxa"/>
          </w:tcPr>
          <w:p w14:paraId="2DBDDD9C" w14:textId="77777777" w:rsidR="00AA2478" w:rsidRPr="002C23D0" w:rsidRDefault="00AA2478" w:rsidP="00AA2478">
            <w:pPr>
              <w:jc w:val="center"/>
              <w:rPr>
                <w:rFonts w:cs="Times New Roman"/>
                <w:sz w:val="24"/>
                <w:szCs w:val="24"/>
                <w:lang w:val="tt-RU"/>
              </w:rPr>
            </w:pPr>
          </w:p>
        </w:tc>
        <w:tc>
          <w:tcPr>
            <w:tcW w:w="1147" w:type="dxa"/>
          </w:tcPr>
          <w:p w14:paraId="67EB7D97" w14:textId="77777777" w:rsidR="00AA2478" w:rsidRPr="002C23D0" w:rsidRDefault="00AA2478" w:rsidP="00AA2478">
            <w:pPr>
              <w:jc w:val="center"/>
              <w:rPr>
                <w:rFonts w:cs="Times New Roman"/>
                <w:sz w:val="24"/>
                <w:szCs w:val="24"/>
                <w:lang w:val="tt-RU"/>
              </w:rPr>
            </w:pPr>
          </w:p>
        </w:tc>
        <w:tc>
          <w:tcPr>
            <w:tcW w:w="4466" w:type="dxa"/>
          </w:tcPr>
          <w:p w14:paraId="503E0B7B" w14:textId="77777777" w:rsidR="00AA2478" w:rsidRPr="00AC5F97" w:rsidRDefault="00AA2478" w:rsidP="00AA2478">
            <w:pPr>
              <w:jc w:val="center"/>
              <w:rPr>
                <w:rFonts w:cs="Times New Roman"/>
                <w:sz w:val="16"/>
                <w:szCs w:val="16"/>
                <w:lang w:val="tt-RU"/>
              </w:rPr>
            </w:pPr>
          </w:p>
        </w:tc>
      </w:tr>
      <w:tr w:rsidR="00AA2478" w:rsidRPr="00A1775A" w14:paraId="5CA7CE04" w14:textId="77777777" w:rsidTr="00AA2478">
        <w:tc>
          <w:tcPr>
            <w:tcW w:w="951" w:type="dxa"/>
          </w:tcPr>
          <w:p w14:paraId="1F626193" w14:textId="77777777" w:rsidR="00AA2478" w:rsidRPr="002C23D0" w:rsidRDefault="00AA2478" w:rsidP="00AA2478">
            <w:pPr>
              <w:jc w:val="center"/>
              <w:rPr>
                <w:rFonts w:cs="Times New Roman"/>
                <w:sz w:val="24"/>
                <w:szCs w:val="24"/>
                <w:lang w:val="tt-RU"/>
              </w:rPr>
            </w:pPr>
          </w:p>
        </w:tc>
        <w:tc>
          <w:tcPr>
            <w:tcW w:w="7515" w:type="dxa"/>
          </w:tcPr>
          <w:p w14:paraId="1C4619C0" w14:textId="77777777" w:rsidR="00AA2478" w:rsidRPr="002C23D0" w:rsidRDefault="00AA2478" w:rsidP="00AA2478">
            <w:pPr>
              <w:rPr>
                <w:rFonts w:cs="Times New Roman"/>
                <w:b/>
                <w:bCs/>
                <w:sz w:val="24"/>
                <w:szCs w:val="24"/>
                <w:lang w:val="tt-RU"/>
              </w:rPr>
            </w:pPr>
            <w:r w:rsidRPr="002C23D0">
              <w:rPr>
                <w:rFonts w:cs="Times New Roman"/>
                <w:b/>
                <w:bCs/>
                <w:sz w:val="24"/>
                <w:szCs w:val="24"/>
                <w:lang w:val="tt-RU"/>
              </w:rPr>
              <w:t>Всего  /Барлыгы</w:t>
            </w:r>
          </w:p>
        </w:tc>
        <w:tc>
          <w:tcPr>
            <w:tcW w:w="984" w:type="dxa"/>
          </w:tcPr>
          <w:p w14:paraId="485689F4" w14:textId="77777777" w:rsidR="00AA2478" w:rsidRPr="002C23D0" w:rsidRDefault="00AA2478" w:rsidP="00AA2478">
            <w:pPr>
              <w:jc w:val="center"/>
              <w:rPr>
                <w:rFonts w:cs="Times New Roman"/>
                <w:b/>
                <w:bCs/>
                <w:sz w:val="24"/>
                <w:szCs w:val="24"/>
                <w:lang w:val="tt-RU"/>
              </w:rPr>
            </w:pPr>
            <w:r>
              <w:rPr>
                <w:rFonts w:cs="Times New Roman"/>
                <w:b/>
                <w:bCs/>
                <w:sz w:val="24"/>
                <w:szCs w:val="24"/>
                <w:lang w:val="tt-RU"/>
              </w:rPr>
              <w:t>102</w:t>
            </w:r>
          </w:p>
        </w:tc>
        <w:tc>
          <w:tcPr>
            <w:tcW w:w="1098" w:type="dxa"/>
          </w:tcPr>
          <w:p w14:paraId="3AF7401D" w14:textId="77777777" w:rsidR="00AA2478" w:rsidRPr="002C23D0" w:rsidRDefault="00AA2478" w:rsidP="00AA2478">
            <w:pPr>
              <w:jc w:val="center"/>
              <w:rPr>
                <w:rFonts w:cs="Times New Roman"/>
                <w:b/>
                <w:bCs/>
                <w:sz w:val="24"/>
                <w:szCs w:val="24"/>
                <w:lang w:val="tt-RU"/>
              </w:rPr>
            </w:pPr>
          </w:p>
        </w:tc>
        <w:tc>
          <w:tcPr>
            <w:tcW w:w="1147" w:type="dxa"/>
          </w:tcPr>
          <w:p w14:paraId="3A6376A5" w14:textId="77777777" w:rsidR="00AA2478" w:rsidRPr="002C23D0" w:rsidRDefault="00AA2478" w:rsidP="00AA2478">
            <w:pPr>
              <w:jc w:val="center"/>
              <w:rPr>
                <w:rFonts w:cs="Times New Roman"/>
                <w:b/>
                <w:bCs/>
                <w:sz w:val="24"/>
                <w:szCs w:val="24"/>
                <w:lang w:val="tt-RU"/>
              </w:rPr>
            </w:pPr>
          </w:p>
        </w:tc>
        <w:tc>
          <w:tcPr>
            <w:tcW w:w="4466" w:type="dxa"/>
          </w:tcPr>
          <w:p w14:paraId="14CB772E" w14:textId="77777777" w:rsidR="00AA2478" w:rsidRPr="00AC5F97" w:rsidRDefault="00AA2478" w:rsidP="00AA2478">
            <w:pPr>
              <w:jc w:val="center"/>
              <w:rPr>
                <w:rFonts w:cs="Times New Roman"/>
                <w:b/>
                <w:bCs/>
                <w:sz w:val="16"/>
                <w:szCs w:val="16"/>
                <w:lang w:val="tt-RU"/>
              </w:rPr>
            </w:pPr>
          </w:p>
        </w:tc>
      </w:tr>
    </w:tbl>
    <w:p w14:paraId="2C975309" w14:textId="77777777" w:rsidR="00AA2478" w:rsidRDefault="00AA2478" w:rsidP="00AA2478">
      <w:pPr>
        <w:spacing w:after="0" w:line="240" w:lineRule="auto"/>
        <w:jc w:val="center"/>
        <w:rPr>
          <w:rFonts w:cs="Times New Roman"/>
          <w:b/>
          <w:sz w:val="24"/>
          <w:szCs w:val="24"/>
          <w:lang w:val="tt-RU"/>
        </w:rPr>
      </w:pPr>
    </w:p>
    <w:p w14:paraId="29D31549" w14:textId="77777777" w:rsidR="00AA2478" w:rsidRDefault="00AA2478" w:rsidP="00AA2478">
      <w:pPr>
        <w:spacing w:after="0" w:line="240" w:lineRule="auto"/>
        <w:jc w:val="center"/>
        <w:rPr>
          <w:rFonts w:cs="Times New Roman"/>
          <w:b/>
          <w:szCs w:val="28"/>
          <w:lang w:val="tt-RU"/>
        </w:rPr>
      </w:pPr>
    </w:p>
    <w:p w14:paraId="21E44B84" w14:textId="77777777" w:rsidR="00AA2478" w:rsidRDefault="00AA2478" w:rsidP="00AA2478">
      <w:pPr>
        <w:spacing w:after="0" w:line="240" w:lineRule="auto"/>
        <w:jc w:val="center"/>
        <w:rPr>
          <w:rFonts w:cs="Times New Roman"/>
          <w:b/>
          <w:szCs w:val="28"/>
          <w:lang w:val="tt-RU"/>
        </w:rPr>
      </w:pPr>
    </w:p>
    <w:p w14:paraId="4459431B" w14:textId="77777777" w:rsidR="00AA2478" w:rsidRPr="00C9395A" w:rsidRDefault="00AA2478" w:rsidP="00AA2478">
      <w:pPr>
        <w:spacing w:after="0" w:line="240" w:lineRule="auto"/>
        <w:jc w:val="center"/>
        <w:rPr>
          <w:rFonts w:cs="Times New Roman"/>
          <w:b/>
          <w:sz w:val="24"/>
          <w:szCs w:val="24"/>
          <w:lang w:val="tt-RU"/>
        </w:rPr>
      </w:pPr>
      <w:r w:rsidRPr="00D330BB">
        <w:rPr>
          <w:rFonts w:cs="Times New Roman"/>
          <w:b/>
          <w:szCs w:val="28"/>
          <w:lang w:val="tt-RU"/>
        </w:rPr>
        <w:t>3 класс</w:t>
      </w:r>
    </w:p>
    <w:tbl>
      <w:tblPr>
        <w:tblStyle w:val="af1"/>
        <w:tblW w:w="16019" w:type="dxa"/>
        <w:tblInd w:w="-431" w:type="dxa"/>
        <w:tblLayout w:type="fixed"/>
        <w:tblLook w:val="04A0" w:firstRow="1" w:lastRow="0" w:firstColumn="1" w:lastColumn="0" w:noHBand="0" w:noVBand="1"/>
      </w:tblPr>
      <w:tblGrid>
        <w:gridCol w:w="993"/>
        <w:gridCol w:w="7797"/>
        <w:gridCol w:w="951"/>
        <w:gridCol w:w="1175"/>
        <w:gridCol w:w="1134"/>
        <w:gridCol w:w="3969"/>
      </w:tblGrid>
      <w:tr w:rsidR="00AA2478" w:rsidRPr="00D330BB" w14:paraId="4AA99485" w14:textId="77777777" w:rsidTr="00AA2478">
        <w:trPr>
          <w:trHeight w:val="523"/>
        </w:trPr>
        <w:tc>
          <w:tcPr>
            <w:tcW w:w="993" w:type="dxa"/>
            <w:vMerge w:val="restart"/>
          </w:tcPr>
          <w:p w14:paraId="2F703D8C" w14:textId="77777777" w:rsidR="00AA2478" w:rsidRPr="00E016FB" w:rsidRDefault="00AA2478" w:rsidP="00AA2478">
            <w:pPr>
              <w:rPr>
                <w:rFonts w:cs="Times New Roman"/>
                <w:sz w:val="24"/>
                <w:szCs w:val="24"/>
                <w:lang w:val="tt-RU"/>
              </w:rPr>
            </w:pPr>
            <w:r w:rsidRPr="00E016FB">
              <w:rPr>
                <w:rFonts w:cs="Times New Roman"/>
                <w:sz w:val="24"/>
                <w:szCs w:val="24"/>
                <w:lang w:val="tt-RU"/>
              </w:rPr>
              <w:t>№</w:t>
            </w:r>
          </w:p>
        </w:tc>
        <w:tc>
          <w:tcPr>
            <w:tcW w:w="7797" w:type="dxa"/>
            <w:vMerge w:val="restart"/>
          </w:tcPr>
          <w:p w14:paraId="7FF5FC6C" w14:textId="77777777" w:rsidR="00AA2478" w:rsidRPr="00680F51" w:rsidRDefault="00AA2478" w:rsidP="00AA2478">
            <w:pPr>
              <w:rPr>
                <w:rFonts w:eastAsia="Calibri" w:cs="Times New Roman"/>
                <w:sz w:val="24"/>
                <w:szCs w:val="24"/>
              </w:rPr>
            </w:pPr>
          </w:p>
        </w:tc>
        <w:tc>
          <w:tcPr>
            <w:tcW w:w="3260" w:type="dxa"/>
            <w:gridSpan w:val="3"/>
          </w:tcPr>
          <w:p w14:paraId="1AE1AFE6" w14:textId="77777777" w:rsidR="00AA2478" w:rsidRPr="00680F51" w:rsidRDefault="00AA2478" w:rsidP="00AA2478">
            <w:pPr>
              <w:rPr>
                <w:rFonts w:cs="Times New Roman"/>
                <w:sz w:val="24"/>
                <w:szCs w:val="24"/>
                <w:lang w:val="tt-RU"/>
              </w:rPr>
            </w:pPr>
            <w:r>
              <w:rPr>
                <w:rFonts w:cs="Times New Roman"/>
                <w:sz w:val="24"/>
                <w:szCs w:val="24"/>
                <w:lang w:val="tt-RU"/>
              </w:rPr>
              <w:t>Кол-во часов</w:t>
            </w:r>
          </w:p>
        </w:tc>
        <w:tc>
          <w:tcPr>
            <w:tcW w:w="3969" w:type="dxa"/>
            <w:vMerge w:val="restart"/>
          </w:tcPr>
          <w:p w14:paraId="5F25DD59" w14:textId="77777777" w:rsidR="00AA2478" w:rsidRPr="00D330BB" w:rsidRDefault="00AA2478" w:rsidP="00AA2478">
            <w:pPr>
              <w:jc w:val="center"/>
              <w:rPr>
                <w:rFonts w:cs="Times New Roman"/>
                <w:b/>
                <w:sz w:val="24"/>
                <w:szCs w:val="24"/>
                <w:lang w:val="tt-RU"/>
              </w:rPr>
            </w:pPr>
            <w:r w:rsidRPr="00D330BB">
              <w:rPr>
                <w:rFonts w:cs="Times New Roman"/>
                <w:b/>
                <w:sz w:val="24"/>
                <w:szCs w:val="24"/>
                <w:lang w:val="tt-RU"/>
              </w:rPr>
              <w:t>ЦОР</w:t>
            </w:r>
          </w:p>
        </w:tc>
      </w:tr>
      <w:tr w:rsidR="00AA2478" w:rsidRPr="00D330BB" w14:paraId="6D953EF2" w14:textId="77777777" w:rsidTr="00AA2478">
        <w:trPr>
          <w:trHeight w:val="523"/>
        </w:trPr>
        <w:tc>
          <w:tcPr>
            <w:tcW w:w="993" w:type="dxa"/>
            <w:vMerge/>
          </w:tcPr>
          <w:p w14:paraId="66B38F73" w14:textId="77777777" w:rsidR="00AA2478" w:rsidRPr="00AF2F1D" w:rsidRDefault="00AA2478" w:rsidP="00AA2478">
            <w:pPr>
              <w:pStyle w:val="ac"/>
              <w:numPr>
                <w:ilvl w:val="0"/>
                <w:numId w:val="19"/>
              </w:numPr>
              <w:rPr>
                <w:rFonts w:cs="Times New Roman"/>
                <w:sz w:val="24"/>
                <w:szCs w:val="24"/>
                <w:lang w:val="tt-RU"/>
              </w:rPr>
            </w:pPr>
          </w:p>
        </w:tc>
        <w:tc>
          <w:tcPr>
            <w:tcW w:w="7797" w:type="dxa"/>
            <w:vMerge/>
          </w:tcPr>
          <w:p w14:paraId="11932684" w14:textId="77777777" w:rsidR="00AA2478" w:rsidRPr="00680F51" w:rsidRDefault="00AA2478" w:rsidP="00AA2478">
            <w:pPr>
              <w:rPr>
                <w:rFonts w:eastAsia="Calibri" w:cs="Times New Roman"/>
                <w:sz w:val="24"/>
                <w:szCs w:val="24"/>
              </w:rPr>
            </w:pPr>
          </w:p>
        </w:tc>
        <w:tc>
          <w:tcPr>
            <w:tcW w:w="951" w:type="dxa"/>
          </w:tcPr>
          <w:p w14:paraId="55395378" w14:textId="77777777" w:rsidR="00AA2478" w:rsidRPr="00680F51" w:rsidRDefault="00AA2478" w:rsidP="00AA2478">
            <w:pPr>
              <w:jc w:val="center"/>
              <w:rPr>
                <w:rFonts w:cs="Times New Roman"/>
                <w:sz w:val="24"/>
                <w:szCs w:val="24"/>
                <w:lang w:val="tt-RU"/>
              </w:rPr>
            </w:pPr>
            <w:r>
              <w:rPr>
                <w:rFonts w:cs="Times New Roman"/>
                <w:sz w:val="24"/>
                <w:szCs w:val="24"/>
                <w:lang w:val="tt-RU"/>
              </w:rPr>
              <w:t>всего</w:t>
            </w:r>
          </w:p>
        </w:tc>
        <w:tc>
          <w:tcPr>
            <w:tcW w:w="1175" w:type="dxa"/>
          </w:tcPr>
          <w:p w14:paraId="1344014E" w14:textId="77777777" w:rsidR="00AA2478" w:rsidRPr="00680F51" w:rsidRDefault="00AA2478" w:rsidP="00AA2478">
            <w:pPr>
              <w:rPr>
                <w:rFonts w:cs="Times New Roman"/>
                <w:sz w:val="24"/>
                <w:szCs w:val="24"/>
                <w:lang w:val="tt-RU"/>
              </w:rPr>
            </w:pPr>
            <w:r>
              <w:rPr>
                <w:rFonts w:cs="Times New Roman"/>
                <w:sz w:val="24"/>
                <w:szCs w:val="24"/>
                <w:lang w:val="tt-RU"/>
              </w:rPr>
              <w:t>конт</w:t>
            </w:r>
          </w:p>
        </w:tc>
        <w:tc>
          <w:tcPr>
            <w:tcW w:w="1134" w:type="dxa"/>
          </w:tcPr>
          <w:p w14:paraId="32F2D797" w14:textId="77777777" w:rsidR="00AA2478" w:rsidRPr="00680F51" w:rsidRDefault="00AA2478" w:rsidP="00AA2478">
            <w:pPr>
              <w:rPr>
                <w:rFonts w:cs="Times New Roman"/>
                <w:sz w:val="24"/>
                <w:szCs w:val="24"/>
                <w:lang w:val="tt-RU"/>
              </w:rPr>
            </w:pPr>
            <w:r>
              <w:rPr>
                <w:rFonts w:cs="Times New Roman"/>
                <w:sz w:val="24"/>
                <w:szCs w:val="24"/>
                <w:lang w:val="tt-RU"/>
              </w:rPr>
              <w:t>практ</w:t>
            </w:r>
          </w:p>
        </w:tc>
        <w:tc>
          <w:tcPr>
            <w:tcW w:w="3969" w:type="dxa"/>
            <w:vMerge/>
          </w:tcPr>
          <w:p w14:paraId="294595EC" w14:textId="77777777" w:rsidR="00AA2478" w:rsidRPr="00D330BB" w:rsidRDefault="00AA2478" w:rsidP="00AA2478">
            <w:pPr>
              <w:rPr>
                <w:rFonts w:cs="Times New Roman"/>
                <w:sz w:val="16"/>
                <w:szCs w:val="16"/>
                <w:lang w:val="tt-RU"/>
              </w:rPr>
            </w:pPr>
          </w:p>
        </w:tc>
      </w:tr>
      <w:tr w:rsidR="00AA2478" w:rsidRPr="00600724" w14:paraId="6C9571AD" w14:textId="77777777" w:rsidTr="00AA2478">
        <w:trPr>
          <w:trHeight w:val="523"/>
        </w:trPr>
        <w:tc>
          <w:tcPr>
            <w:tcW w:w="993" w:type="dxa"/>
          </w:tcPr>
          <w:p w14:paraId="119CBD4F" w14:textId="77777777" w:rsidR="00AA2478" w:rsidRPr="00AF2F1D" w:rsidRDefault="00AA2478" w:rsidP="00AA2478">
            <w:pPr>
              <w:pStyle w:val="ac"/>
              <w:numPr>
                <w:ilvl w:val="0"/>
                <w:numId w:val="19"/>
              </w:numPr>
              <w:rPr>
                <w:rFonts w:cs="Times New Roman"/>
                <w:sz w:val="24"/>
                <w:szCs w:val="24"/>
                <w:lang w:val="tt-RU"/>
              </w:rPr>
            </w:pPr>
          </w:p>
        </w:tc>
        <w:tc>
          <w:tcPr>
            <w:tcW w:w="7797" w:type="dxa"/>
            <w:vMerge w:val="restart"/>
          </w:tcPr>
          <w:p w14:paraId="451728AF" w14:textId="77777777" w:rsidR="00AA2478" w:rsidRDefault="00AA2478" w:rsidP="00AA2478">
            <w:pPr>
              <w:rPr>
                <w:rFonts w:eastAsia="Calibri" w:cs="Times New Roman"/>
                <w:sz w:val="24"/>
                <w:szCs w:val="24"/>
              </w:rPr>
            </w:pPr>
            <w:r w:rsidRPr="00680F51">
              <w:rPr>
                <w:rFonts w:eastAsia="Calibri" w:cs="Times New Roman"/>
                <w:sz w:val="24"/>
                <w:szCs w:val="24"/>
              </w:rPr>
              <w:t>Различение звука и буквы: буква как знак звука. Алфавит/</w:t>
            </w:r>
          </w:p>
          <w:p w14:paraId="2480A921" w14:textId="77777777" w:rsidR="00AA2478" w:rsidRPr="00680F51" w:rsidRDefault="00AA2478" w:rsidP="00AA2478">
            <w:pPr>
              <w:rPr>
                <w:rFonts w:cs="Times New Roman"/>
                <w:sz w:val="24"/>
                <w:szCs w:val="24"/>
                <w:lang w:val="tt-RU"/>
              </w:rPr>
            </w:pPr>
            <w:r w:rsidRPr="00680F51">
              <w:rPr>
                <w:rFonts w:cs="Times New Roman"/>
                <w:sz w:val="24"/>
                <w:szCs w:val="24"/>
                <w:lang w:val="tt-RU"/>
              </w:rPr>
              <w:t>Аваз белән хәрефнең аермасы. Алфавит. Үзенчәлекле хәрефләр</w:t>
            </w:r>
          </w:p>
        </w:tc>
        <w:tc>
          <w:tcPr>
            <w:tcW w:w="951" w:type="dxa"/>
            <w:vMerge w:val="restart"/>
          </w:tcPr>
          <w:p w14:paraId="76E50B83" w14:textId="77777777" w:rsidR="00AA2478" w:rsidRPr="00680F51" w:rsidRDefault="00AA2478" w:rsidP="00AA2478">
            <w:pPr>
              <w:jc w:val="center"/>
              <w:rPr>
                <w:rFonts w:cs="Times New Roman"/>
                <w:sz w:val="24"/>
                <w:szCs w:val="24"/>
                <w:lang w:val="tt-RU"/>
              </w:rPr>
            </w:pPr>
            <w:r>
              <w:rPr>
                <w:rFonts w:cs="Times New Roman"/>
                <w:sz w:val="24"/>
                <w:szCs w:val="24"/>
                <w:lang w:val="tt-RU"/>
              </w:rPr>
              <w:t>4</w:t>
            </w:r>
          </w:p>
        </w:tc>
        <w:tc>
          <w:tcPr>
            <w:tcW w:w="1175" w:type="dxa"/>
          </w:tcPr>
          <w:p w14:paraId="4BF78717" w14:textId="77777777" w:rsidR="00AA2478" w:rsidRPr="00680F51" w:rsidRDefault="00AA2478" w:rsidP="00AA2478">
            <w:pPr>
              <w:rPr>
                <w:rFonts w:cs="Times New Roman"/>
                <w:sz w:val="24"/>
                <w:szCs w:val="24"/>
                <w:lang w:val="tt-RU"/>
              </w:rPr>
            </w:pPr>
          </w:p>
        </w:tc>
        <w:tc>
          <w:tcPr>
            <w:tcW w:w="1134" w:type="dxa"/>
          </w:tcPr>
          <w:p w14:paraId="720669C6" w14:textId="77777777" w:rsidR="00AA2478" w:rsidRPr="00680F51" w:rsidRDefault="00AA2478" w:rsidP="00AA2478">
            <w:pPr>
              <w:rPr>
                <w:rFonts w:cs="Times New Roman"/>
                <w:sz w:val="24"/>
                <w:szCs w:val="24"/>
                <w:lang w:val="tt-RU"/>
              </w:rPr>
            </w:pPr>
          </w:p>
        </w:tc>
        <w:tc>
          <w:tcPr>
            <w:tcW w:w="3969" w:type="dxa"/>
          </w:tcPr>
          <w:p w14:paraId="7B14CAC3" w14:textId="77777777" w:rsidR="00AA2478" w:rsidRPr="00D330BB" w:rsidRDefault="00863D41" w:rsidP="00AA2478">
            <w:pPr>
              <w:rPr>
                <w:rFonts w:cs="Times New Roman"/>
                <w:sz w:val="16"/>
                <w:szCs w:val="16"/>
                <w:lang w:val="tt-RU"/>
              </w:rPr>
            </w:pPr>
            <w:hyperlink r:id="rId30" w:history="1">
              <w:r w:rsidR="00AA2478" w:rsidRPr="00D330BB">
                <w:rPr>
                  <w:rStyle w:val="af2"/>
                  <w:rFonts w:cs="Times New Roman"/>
                  <w:sz w:val="16"/>
                  <w:szCs w:val="16"/>
                  <w:lang w:val="tt-RU"/>
                </w:rPr>
                <w:t>https://mon.tatarstan.ru/razrabotki-urokov-po-rodnomu-tatarskomu-yaziku-i.htm</w:t>
              </w:r>
            </w:hyperlink>
          </w:p>
          <w:p w14:paraId="67B3822A" w14:textId="77777777" w:rsidR="00AA2478" w:rsidRPr="00D330BB" w:rsidRDefault="00AA2478" w:rsidP="00AA2478">
            <w:pPr>
              <w:rPr>
                <w:rFonts w:cs="Times New Roman"/>
                <w:sz w:val="16"/>
                <w:szCs w:val="16"/>
                <w:lang w:val="tt-RU"/>
              </w:rPr>
            </w:pPr>
          </w:p>
        </w:tc>
      </w:tr>
      <w:tr w:rsidR="00AA2478" w:rsidRPr="00600724" w14:paraId="3005BC33" w14:textId="77777777" w:rsidTr="00AA2478">
        <w:trPr>
          <w:trHeight w:val="543"/>
        </w:trPr>
        <w:tc>
          <w:tcPr>
            <w:tcW w:w="993" w:type="dxa"/>
          </w:tcPr>
          <w:p w14:paraId="3C36F3AE" w14:textId="77777777" w:rsidR="00AA2478" w:rsidRPr="00AF2F1D" w:rsidRDefault="00AA2478" w:rsidP="00AA2478">
            <w:pPr>
              <w:pStyle w:val="ac"/>
              <w:numPr>
                <w:ilvl w:val="0"/>
                <w:numId w:val="19"/>
              </w:numPr>
              <w:rPr>
                <w:rFonts w:cs="Times New Roman"/>
                <w:sz w:val="24"/>
                <w:szCs w:val="24"/>
                <w:lang w:val="tt-RU"/>
              </w:rPr>
            </w:pPr>
          </w:p>
        </w:tc>
        <w:tc>
          <w:tcPr>
            <w:tcW w:w="7797" w:type="dxa"/>
            <w:vMerge/>
          </w:tcPr>
          <w:p w14:paraId="232F418A" w14:textId="77777777" w:rsidR="00AA2478" w:rsidRPr="00680F51" w:rsidRDefault="00AA2478" w:rsidP="00AA2478">
            <w:pPr>
              <w:rPr>
                <w:rFonts w:cs="Times New Roman"/>
                <w:sz w:val="24"/>
                <w:szCs w:val="24"/>
                <w:highlight w:val="yellow"/>
                <w:lang w:val="tt-RU"/>
              </w:rPr>
            </w:pPr>
          </w:p>
        </w:tc>
        <w:tc>
          <w:tcPr>
            <w:tcW w:w="951" w:type="dxa"/>
            <w:vMerge/>
          </w:tcPr>
          <w:p w14:paraId="66F2111D" w14:textId="77777777" w:rsidR="00AA2478" w:rsidRPr="00D330BB" w:rsidRDefault="00AA2478" w:rsidP="00AA2478">
            <w:pPr>
              <w:jc w:val="center"/>
              <w:rPr>
                <w:rFonts w:cs="Times New Roman"/>
                <w:sz w:val="24"/>
                <w:szCs w:val="24"/>
                <w:lang w:val="tt-RU"/>
              </w:rPr>
            </w:pPr>
          </w:p>
        </w:tc>
        <w:tc>
          <w:tcPr>
            <w:tcW w:w="1175" w:type="dxa"/>
          </w:tcPr>
          <w:p w14:paraId="6F877866" w14:textId="77777777" w:rsidR="00AA2478" w:rsidRPr="00680F51" w:rsidRDefault="00AA2478" w:rsidP="00AA2478">
            <w:pPr>
              <w:jc w:val="center"/>
              <w:rPr>
                <w:rFonts w:cs="Times New Roman"/>
                <w:sz w:val="24"/>
                <w:szCs w:val="24"/>
                <w:lang w:val="tt-RU"/>
              </w:rPr>
            </w:pPr>
          </w:p>
        </w:tc>
        <w:tc>
          <w:tcPr>
            <w:tcW w:w="1134" w:type="dxa"/>
          </w:tcPr>
          <w:p w14:paraId="3B22CC5A" w14:textId="77777777" w:rsidR="00AA2478" w:rsidRPr="00680F51" w:rsidRDefault="00AA2478" w:rsidP="00AA2478">
            <w:pPr>
              <w:rPr>
                <w:rFonts w:cs="Times New Roman"/>
                <w:sz w:val="24"/>
                <w:szCs w:val="24"/>
                <w:lang w:val="tt-RU"/>
              </w:rPr>
            </w:pPr>
          </w:p>
        </w:tc>
        <w:tc>
          <w:tcPr>
            <w:tcW w:w="3969" w:type="dxa"/>
          </w:tcPr>
          <w:p w14:paraId="410676BB" w14:textId="77777777" w:rsidR="00AA2478" w:rsidRPr="00D330BB" w:rsidRDefault="00AA2478" w:rsidP="00AA2478">
            <w:pPr>
              <w:rPr>
                <w:rFonts w:cs="Times New Roman"/>
                <w:color w:val="4F81BD" w:themeColor="accent1"/>
                <w:sz w:val="16"/>
                <w:szCs w:val="16"/>
                <w:lang w:val="tt-RU"/>
              </w:rPr>
            </w:pPr>
          </w:p>
        </w:tc>
      </w:tr>
      <w:tr w:rsidR="00AA2478" w:rsidRPr="00600724" w14:paraId="6DFD5431" w14:textId="77777777" w:rsidTr="00AA2478">
        <w:trPr>
          <w:trHeight w:val="543"/>
        </w:trPr>
        <w:tc>
          <w:tcPr>
            <w:tcW w:w="993" w:type="dxa"/>
          </w:tcPr>
          <w:p w14:paraId="6711C951" w14:textId="77777777" w:rsidR="00AA2478" w:rsidRPr="00AF2F1D" w:rsidRDefault="00AA2478" w:rsidP="00AA2478">
            <w:pPr>
              <w:pStyle w:val="ac"/>
              <w:numPr>
                <w:ilvl w:val="0"/>
                <w:numId w:val="19"/>
              </w:numPr>
              <w:rPr>
                <w:rFonts w:cs="Times New Roman"/>
                <w:sz w:val="24"/>
                <w:szCs w:val="24"/>
                <w:lang w:val="tt-RU"/>
              </w:rPr>
            </w:pPr>
          </w:p>
        </w:tc>
        <w:tc>
          <w:tcPr>
            <w:tcW w:w="7797" w:type="dxa"/>
            <w:vMerge/>
          </w:tcPr>
          <w:p w14:paraId="30650BA2" w14:textId="77777777" w:rsidR="00AA2478" w:rsidRPr="00D330BB" w:rsidRDefault="00AA2478" w:rsidP="00AA2478">
            <w:pPr>
              <w:rPr>
                <w:rFonts w:eastAsia="Calibri" w:cs="Times New Roman"/>
                <w:sz w:val="24"/>
                <w:szCs w:val="24"/>
                <w:lang w:val="tt-RU"/>
              </w:rPr>
            </w:pPr>
          </w:p>
        </w:tc>
        <w:tc>
          <w:tcPr>
            <w:tcW w:w="951" w:type="dxa"/>
            <w:vMerge/>
          </w:tcPr>
          <w:p w14:paraId="2F7C0C36" w14:textId="77777777" w:rsidR="00AA2478" w:rsidRPr="00680F51" w:rsidRDefault="00AA2478" w:rsidP="00AA2478">
            <w:pPr>
              <w:jc w:val="center"/>
              <w:rPr>
                <w:rFonts w:cs="Times New Roman"/>
                <w:color w:val="4F81BD" w:themeColor="accent1"/>
                <w:sz w:val="24"/>
                <w:szCs w:val="24"/>
                <w:lang w:val="tt-RU"/>
              </w:rPr>
            </w:pPr>
          </w:p>
        </w:tc>
        <w:tc>
          <w:tcPr>
            <w:tcW w:w="1175" w:type="dxa"/>
          </w:tcPr>
          <w:p w14:paraId="44ED3C99" w14:textId="77777777" w:rsidR="00AA2478" w:rsidRPr="00680F51" w:rsidRDefault="00AA2478" w:rsidP="00AA2478">
            <w:pPr>
              <w:jc w:val="center"/>
              <w:rPr>
                <w:rFonts w:cs="Times New Roman"/>
                <w:sz w:val="24"/>
                <w:szCs w:val="24"/>
                <w:lang w:val="tt-RU"/>
              </w:rPr>
            </w:pPr>
          </w:p>
        </w:tc>
        <w:tc>
          <w:tcPr>
            <w:tcW w:w="1134" w:type="dxa"/>
          </w:tcPr>
          <w:p w14:paraId="5C3A9046" w14:textId="77777777" w:rsidR="00AA2478" w:rsidRPr="00680F51" w:rsidRDefault="00AA2478" w:rsidP="00AA2478">
            <w:pPr>
              <w:rPr>
                <w:rFonts w:cs="Times New Roman"/>
                <w:sz w:val="24"/>
                <w:szCs w:val="24"/>
                <w:lang w:val="tt-RU"/>
              </w:rPr>
            </w:pPr>
          </w:p>
        </w:tc>
        <w:tc>
          <w:tcPr>
            <w:tcW w:w="3969" w:type="dxa"/>
          </w:tcPr>
          <w:p w14:paraId="4DBDAD56" w14:textId="77777777" w:rsidR="00AA2478" w:rsidRDefault="00AA2478" w:rsidP="00AA2478">
            <w:pPr>
              <w:rPr>
                <w:rFonts w:cs="Times New Roman"/>
                <w:color w:val="4F81BD" w:themeColor="accent1"/>
                <w:sz w:val="16"/>
                <w:szCs w:val="16"/>
                <w:lang w:val="tt-RU"/>
              </w:rPr>
            </w:pPr>
          </w:p>
          <w:p w14:paraId="00AFA944" w14:textId="77777777" w:rsidR="00AA2478" w:rsidRPr="00D330BB" w:rsidRDefault="00AA2478" w:rsidP="00AA2478">
            <w:pPr>
              <w:rPr>
                <w:rFonts w:cs="Times New Roman"/>
                <w:color w:val="4F81BD" w:themeColor="accent1"/>
                <w:sz w:val="16"/>
                <w:szCs w:val="16"/>
                <w:lang w:val="tt-RU"/>
              </w:rPr>
            </w:pPr>
          </w:p>
        </w:tc>
      </w:tr>
      <w:tr w:rsidR="00AA2478" w:rsidRPr="00600724" w14:paraId="2CAB0AAE" w14:textId="77777777" w:rsidTr="00AA2478">
        <w:trPr>
          <w:trHeight w:val="543"/>
        </w:trPr>
        <w:tc>
          <w:tcPr>
            <w:tcW w:w="993" w:type="dxa"/>
          </w:tcPr>
          <w:p w14:paraId="2A93C860" w14:textId="77777777" w:rsidR="00AA2478" w:rsidRPr="00AF2F1D" w:rsidRDefault="00AA2478" w:rsidP="00AA2478">
            <w:pPr>
              <w:pStyle w:val="ac"/>
              <w:numPr>
                <w:ilvl w:val="0"/>
                <w:numId w:val="19"/>
              </w:numPr>
              <w:rPr>
                <w:rFonts w:cs="Times New Roman"/>
                <w:sz w:val="24"/>
                <w:szCs w:val="24"/>
                <w:lang w:val="tt-RU"/>
              </w:rPr>
            </w:pPr>
          </w:p>
        </w:tc>
        <w:tc>
          <w:tcPr>
            <w:tcW w:w="7797" w:type="dxa"/>
            <w:vMerge/>
          </w:tcPr>
          <w:p w14:paraId="027AD189" w14:textId="77777777" w:rsidR="00AA2478" w:rsidRPr="00D330BB" w:rsidRDefault="00AA2478" w:rsidP="00AA2478">
            <w:pPr>
              <w:rPr>
                <w:rFonts w:eastAsia="Calibri" w:cs="Times New Roman"/>
                <w:sz w:val="24"/>
                <w:szCs w:val="24"/>
                <w:lang w:val="tt-RU"/>
              </w:rPr>
            </w:pPr>
          </w:p>
        </w:tc>
        <w:tc>
          <w:tcPr>
            <w:tcW w:w="951" w:type="dxa"/>
          </w:tcPr>
          <w:p w14:paraId="3CC53343" w14:textId="77777777" w:rsidR="00AA2478" w:rsidRPr="00680F51" w:rsidRDefault="00AA2478" w:rsidP="00AA2478">
            <w:pPr>
              <w:jc w:val="center"/>
              <w:rPr>
                <w:rFonts w:cs="Times New Roman"/>
                <w:color w:val="4F81BD" w:themeColor="accent1"/>
                <w:sz w:val="24"/>
                <w:szCs w:val="24"/>
                <w:lang w:val="tt-RU"/>
              </w:rPr>
            </w:pPr>
          </w:p>
        </w:tc>
        <w:tc>
          <w:tcPr>
            <w:tcW w:w="1175" w:type="dxa"/>
          </w:tcPr>
          <w:p w14:paraId="744C578C" w14:textId="77777777" w:rsidR="00AA2478" w:rsidRPr="00680F51" w:rsidRDefault="00AA2478" w:rsidP="00AA2478">
            <w:pPr>
              <w:jc w:val="center"/>
              <w:rPr>
                <w:rFonts w:cs="Times New Roman"/>
                <w:sz w:val="24"/>
                <w:szCs w:val="24"/>
                <w:lang w:val="tt-RU"/>
              </w:rPr>
            </w:pPr>
          </w:p>
        </w:tc>
        <w:tc>
          <w:tcPr>
            <w:tcW w:w="1134" w:type="dxa"/>
          </w:tcPr>
          <w:p w14:paraId="2FC78E45" w14:textId="77777777" w:rsidR="00AA2478" w:rsidRPr="00680F51" w:rsidRDefault="00AA2478" w:rsidP="00AA2478">
            <w:pPr>
              <w:rPr>
                <w:rFonts w:cs="Times New Roman"/>
                <w:sz w:val="24"/>
                <w:szCs w:val="24"/>
                <w:lang w:val="tt-RU"/>
              </w:rPr>
            </w:pPr>
          </w:p>
        </w:tc>
        <w:tc>
          <w:tcPr>
            <w:tcW w:w="3969" w:type="dxa"/>
          </w:tcPr>
          <w:p w14:paraId="15A9C303" w14:textId="77777777" w:rsidR="00AA2478" w:rsidRDefault="00AA2478" w:rsidP="00AA2478">
            <w:pPr>
              <w:rPr>
                <w:rFonts w:cs="Times New Roman"/>
                <w:color w:val="4F81BD" w:themeColor="accent1"/>
                <w:sz w:val="16"/>
                <w:szCs w:val="16"/>
                <w:lang w:val="tt-RU"/>
              </w:rPr>
            </w:pPr>
          </w:p>
        </w:tc>
      </w:tr>
      <w:tr w:rsidR="00AA2478" w:rsidRPr="00600724" w14:paraId="0894EDF6" w14:textId="77777777" w:rsidTr="00AA2478">
        <w:trPr>
          <w:trHeight w:val="591"/>
        </w:trPr>
        <w:tc>
          <w:tcPr>
            <w:tcW w:w="993" w:type="dxa"/>
          </w:tcPr>
          <w:p w14:paraId="38C57EB7" w14:textId="77777777" w:rsidR="00AA2478" w:rsidRPr="00AF2F1D" w:rsidRDefault="00AA2478" w:rsidP="00AA2478">
            <w:pPr>
              <w:pStyle w:val="ac"/>
              <w:numPr>
                <w:ilvl w:val="0"/>
                <w:numId w:val="19"/>
              </w:numPr>
              <w:rPr>
                <w:rFonts w:cs="Times New Roman"/>
                <w:sz w:val="24"/>
                <w:szCs w:val="24"/>
                <w:lang w:val="tt-RU"/>
              </w:rPr>
            </w:pPr>
          </w:p>
        </w:tc>
        <w:tc>
          <w:tcPr>
            <w:tcW w:w="7797" w:type="dxa"/>
            <w:vMerge w:val="restart"/>
          </w:tcPr>
          <w:p w14:paraId="0B9B1397" w14:textId="77777777" w:rsidR="00AA2478" w:rsidRPr="00680F51" w:rsidRDefault="00AA2478" w:rsidP="00AA2478">
            <w:pPr>
              <w:rPr>
                <w:rFonts w:cs="Times New Roman"/>
                <w:sz w:val="24"/>
                <w:szCs w:val="24"/>
                <w:lang w:val="tt-RU"/>
              </w:rPr>
            </w:pPr>
            <w:r w:rsidRPr="00680F51">
              <w:rPr>
                <w:rFonts w:cs="Times New Roman"/>
                <w:sz w:val="24"/>
                <w:szCs w:val="24"/>
                <w:lang w:val="tt-RU"/>
              </w:rPr>
              <w:t>Буквы ъ и ь/     ъ һәм ь хәрефләре</w:t>
            </w:r>
          </w:p>
          <w:p w14:paraId="574B4AEA" w14:textId="77777777" w:rsidR="00AA2478" w:rsidRPr="00680F51" w:rsidRDefault="00AA2478" w:rsidP="00AA2478">
            <w:pPr>
              <w:rPr>
                <w:rFonts w:cs="Times New Roman"/>
                <w:color w:val="4F81BD" w:themeColor="accent1"/>
                <w:sz w:val="24"/>
                <w:szCs w:val="24"/>
                <w:lang w:val="tt-RU"/>
              </w:rPr>
            </w:pPr>
          </w:p>
          <w:p w14:paraId="7E85E2A6" w14:textId="77777777" w:rsidR="00AA2478" w:rsidRPr="00680F51" w:rsidRDefault="00AA2478" w:rsidP="00AA2478">
            <w:pPr>
              <w:rPr>
                <w:rFonts w:cs="Times New Roman"/>
                <w:sz w:val="24"/>
                <w:szCs w:val="24"/>
                <w:lang w:val="tt-RU"/>
              </w:rPr>
            </w:pPr>
          </w:p>
        </w:tc>
        <w:tc>
          <w:tcPr>
            <w:tcW w:w="951" w:type="dxa"/>
            <w:vMerge w:val="restart"/>
          </w:tcPr>
          <w:p w14:paraId="7154ECDE" w14:textId="77777777" w:rsidR="00AA2478" w:rsidRPr="00680F51" w:rsidRDefault="00AA2478" w:rsidP="00AA2478">
            <w:pPr>
              <w:jc w:val="center"/>
              <w:rPr>
                <w:rFonts w:cs="Times New Roman"/>
                <w:sz w:val="24"/>
                <w:szCs w:val="24"/>
                <w:lang w:val="tt-RU"/>
              </w:rPr>
            </w:pPr>
            <w:r>
              <w:rPr>
                <w:rFonts w:cs="Times New Roman"/>
                <w:sz w:val="24"/>
                <w:szCs w:val="24"/>
                <w:lang w:val="tt-RU"/>
              </w:rPr>
              <w:t>4</w:t>
            </w:r>
          </w:p>
        </w:tc>
        <w:tc>
          <w:tcPr>
            <w:tcW w:w="1175" w:type="dxa"/>
          </w:tcPr>
          <w:p w14:paraId="620FF682" w14:textId="77777777" w:rsidR="00AA2478" w:rsidRPr="00680F51" w:rsidRDefault="00AA2478" w:rsidP="00AA2478">
            <w:pPr>
              <w:jc w:val="center"/>
              <w:rPr>
                <w:rFonts w:cs="Times New Roman"/>
                <w:sz w:val="24"/>
                <w:szCs w:val="24"/>
                <w:lang w:val="tt-RU"/>
              </w:rPr>
            </w:pPr>
          </w:p>
        </w:tc>
        <w:tc>
          <w:tcPr>
            <w:tcW w:w="1134" w:type="dxa"/>
          </w:tcPr>
          <w:p w14:paraId="1970CECB" w14:textId="77777777" w:rsidR="00AA2478" w:rsidRPr="00680F51" w:rsidRDefault="00AA2478" w:rsidP="00AA2478">
            <w:pPr>
              <w:rPr>
                <w:rFonts w:cs="Times New Roman"/>
                <w:sz w:val="24"/>
                <w:szCs w:val="24"/>
                <w:lang w:val="tt-RU"/>
              </w:rPr>
            </w:pPr>
          </w:p>
        </w:tc>
        <w:tc>
          <w:tcPr>
            <w:tcW w:w="3969" w:type="dxa"/>
          </w:tcPr>
          <w:p w14:paraId="17B9F500" w14:textId="77777777" w:rsidR="00AA2478" w:rsidRPr="00D330BB" w:rsidRDefault="00863D41" w:rsidP="00AA2478">
            <w:pPr>
              <w:rPr>
                <w:rFonts w:cs="Times New Roman"/>
                <w:sz w:val="16"/>
                <w:szCs w:val="16"/>
                <w:lang w:val="tt-RU"/>
              </w:rPr>
            </w:pPr>
            <w:hyperlink r:id="rId31" w:history="1">
              <w:r w:rsidR="00AA2478" w:rsidRPr="00D330BB">
                <w:rPr>
                  <w:rStyle w:val="af2"/>
                  <w:rFonts w:cs="Times New Roman"/>
                  <w:sz w:val="16"/>
                  <w:szCs w:val="16"/>
                  <w:lang w:val="tt-RU"/>
                </w:rPr>
                <w:t>https://mon.tatarstan.ru/razrabotki-urokov-po-rodnomu-tatarskomu-yaziku-i.htm</w:t>
              </w:r>
            </w:hyperlink>
          </w:p>
          <w:p w14:paraId="53F8BDC4" w14:textId="77777777" w:rsidR="00AA2478" w:rsidRPr="00D330BB" w:rsidRDefault="00AA2478" w:rsidP="00AA2478">
            <w:pPr>
              <w:rPr>
                <w:rFonts w:cs="Times New Roman"/>
                <w:sz w:val="16"/>
                <w:szCs w:val="16"/>
                <w:lang w:val="tt-RU"/>
              </w:rPr>
            </w:pPr>
          </w:p>
        </w:tc>
      </w:tr>
      <w:tr w:rsidR="00AA2478" w:rsidRPr="00600724" w14:paraId="6D325916" w14:textId="77777777" w:rsidTr="00AA2478">
        <w:trPr>
          <w:trHeight w:val="620"/>
        </w:trPr>
        <w:tc>
          <w:tcPr>
            <w:tcW w:w="993" w:type="dxa"/>
          </w:tcPr>
          <w:p w14:paraId="54799D1B" w14:textId="77777777" w:rsidR="00AA2478" w:rsidRPr="00AF2F1D" w:rsidRDefault="00AA2478" w:rsidP="00AA2478">
            <w:pPr>
              <w:pStyle w:val="ac"/>
              <w:numPr>
                <w:ilvl w:val="0"/>
                <w:numId w:val="19"/>
              </w:numPr>
              <w:rPr>
                <w:rFonts w:cs="Times New Roman"/>
                <w:sz w:val="24"/>
                <w:szCs w:val="24"/>
                <w:lang w:val="tt-RU"/>
              </w:rPr>
            </w:pPr>
          </w:p>
        </w:tc>
        <w:tc>
          <w:tcPr>
            <w:tcW w:w="7797" w:type="dxa"/>
            <w:vMerge/>
          </w:tcPr>
          <w:p w14:paraId="588CEB20" w14:textId="77777777" w:rsidR="00AA2478" w:rsidRPr="00680F51" w:rsidRDefault="00AA2478" w:rsidP="00AA2478">
            <w:pPr>
              <w:rPr>
                <w:rFonts w:cs="Times New Roman"/>
                <w:sz w:val="24"/>
                <w:szCs w:val="24"/>
                <w:lang w:val="tt-RU"/>
              </w:rPr>
            </w:pPr>
          </w:p>
        </w:tc>
        <w:tc>
          <w:tcPr>
            <w:tcW w:w="951" w:type="dxa"/>
            <w:vMerge/>
          </w:tcPr>
          <w:p w14:paraId="31250E0E" w14:textId="77777777" w:rsidR="00AA2478" w:rsidRPr="00D330BB" w:rsidRDefault="00AA2478" w:rsidP="00AA2478">
            <w:pPr>
              <w:jc w:val="center"/>
              <w:rPr>
                <w:rFonts w:cs="Times New Roman"/>
                <w:sz w:val="24"/>
                <w:szCs w:val="24"/>
                <w:lang w:val="tt-RU"/>
              </w:rPr>
            </w:pPr>
          </w:p>
        </w:tc>
        <w:tc>
          <w:tcPr>
            <w:tcW w:w="1175" w:type="dxa"/>
          </w:tcPr>
          <w:p w14:paraId="75990A58" w14:textId="77777777" w:rsidR="00AA2478" w:rsidRPr="00680F51" w:rsidRDefault="00AA2478" w:rsidP="00AA2478">
            <w:pPr>
              <w:jc w:val="center"/>
              <w:rPr>
                <w:rFonts w:cs="Times New Roman"/>
                <w:sz w:val="24"/>
                <w:szCs w:val="24"/>
                <w:lang w:val="tt-RU"/>
              </w:rPr>
            </w:pPr>
          </w:p>
        </w:tc>
        <w:tc>
          <w:tcPr>
            <w:tcW w:w="1134" w:type="dxa"/>
          </w:tcPr>
          <w:p w14:paraId="0B2EDB51" w14:textId="77777777" w:rsidR="00AA2478" w:rsidRPr="00680F51" w:rsidRDefault="00AA2478" w:rsidP="00AA2478">
            <w:pPr>
              <w:rPr>
                <w:rFonts w:cs="Times New Roman"/>
                <w:sz w:val="24"/>
                <w:szCs w:val="24"/>
                <w:lang w:val="tt-RU"/>
              </w:rPr>
            </w:pPr>
          </w:p>
        </w:tc>
        <w:tc>
          <w:tcPr>
            <w:tcW w:w="3969" w:type="dxa"/>
          </w:tcPr>
          <w:p w14:paraId="1FA063F5" w14:textId="77777777" w:rsidR="00AA2478" w:rsidRDefault="00863D41" w:rsidP="00AA2478">
            <w:pPr>
              <w:rPr>
                <w:rFonts w:cs="Times New Roman"/>
                <w:color w:val="4F81BD" w:themeColor="accent1"/>
                <w:sz w:val="16"/>
                <w:szCs w:val="16"/>
                <w:lang w:val="tt-RU"/>
              </w:rPr>
            </w:pPr>
            <w:hyperlink r:id="rId32" w:history="1">
              <w:r w:rsidR="00AA2478" w:rsidRPr="00C12EE6">
                <w:rPr>
                  <w:rStyle w:val="af2"/>
                  <w:rFonts w:cs="Times New Roman"/>
                  <w:sz w:val="16"/>
                  <w:szCs w:val="16"/>
                  <w:lang w:val="tt-RU"/>
                </w:rPr>
                <w:t>https://infourok.ru/material.html?mid=50521</w:t>
              </w:r>
            </w:hyperlink>
          </w:p>
          <w:p w14:paraId="672763F3" w14:textId="77777777" w:rsidR="00AA2478" w:rsidRPr="00D330BB" w:rsidRDefault="00AA2478" w:rsidP="00AA2478">
            <w:pPr>
              <w:rPr>
                <w:rFonts w:cs="Times New Roman"/>
                <w:color w:val="4F81BD" w:themeColor="accent1"/>
                <w:sz w:val="16"/>
                <w:szCs w:val="16"/>
                <w:lang w:val="tt-RU"/>
              </w:rPr>
            </w:pPr>
          </w:p>
        </w:tc>
      </w:tr>
      <w:tr w:rsidR="00AA2478" w:rsidRPr="00600724" w14:paraId="73E149AE" w14:textId="77777777" w:rsidTr="00AA2478">
        <w:trPr>
          <w:trHeight w:val="620"/>
        </w:trPr>
        <w:tc>
          <w:tcPr>
            <w:tcW w:w="993" w:type="dxa"/>
          </w:tcPr>
          <w:p w14:paraId="3F908BD7" w14:textId="77777777" w:rsidR="00AA2478" w:rsidRPr="00AF2F1D" w:rsidRDefault="00AA2478" w:rsidP="00AA2478">
            <w:pPr>
              <w:pStyle w:val="ac"/>
              <w:numPr>
                <w:ilvl w:val="0"/>
                <w:numId w:val="19"/>
              </w:numPr>
              <w:rPr>
                <w:rFonts w:cs="Times New Roman"/>
                <w:sz w:val="24"/>
                <w:szCs w:val="24"/>
                <w:lang w:val="tt-RU"/>
              </w:rPr>
            </w:pPr>
          </w:p>
        </w:tc>
        <w:tc>
          <w:tcPr>
            <w:tcW w:w="7797" w:type="dxa"/>
            <w:vMerge/>
          </w:tcPr>
          <w:p w14:paraId="275191D8" w14:textId="77777777" w:rsidR="00AA2478" w:rsidRPr="00680F51" w:rsidRDefault="00AA2478" w:rsidP="00AA2478">
            <w:pPr>
              <w:rPr>
                <w:rFonts w:cs="Times New Roman"/>
                <w:color w:val="4F81BD" w:themeColor="accent1"/>
                <w:sz w:val="24"/>
                <w:szCs w:val="24"/>
                <w:lang w:val="tt-RU"/>
              </w:rPr>
            </w:pPr>
          </w:p>
        </w:tc>
        <w:tc>
          <w:tcPr>
            <w:tcW w:w="951" w:type="dxa"/>
            <w:vMerge/>
          </w:tcPr>
          <w:p w14:paraId="7F54E408" w14:textId="77777777" w:rsidR="00AA2478" w:rsidRPr="00680F51" w:rsidRDefault="00AA2478" w:rsidP="00AA2478">
            <w:pPr>
              <w:jc w:val="center"/>
              <w:rPr>
                <w:rFonts w:cs="Times New Roman"/>
                <w:color w:val="4F81BD" w:themeColor="accent1"/>
                <w:sz w:val="24"/>
                <w:szCs w:val="24"/>
                <w:lang w:val="tt-RU"/>
              </w:rPr>
            </w:pPr>
          </w:p>
        </w:tc>
        <w:tc>
          <w:tcPr>
            <w:tcW w:w="1175" w:type="dxa"/>
          </w:tcPr>
          <w:p w14:paraId="76BCFB91" w14:textId="77777777" w:rsidR="00AA2478" w:rsidRPr="00680F51" w:rsidRDefault="00AA2478" w:rsidP="00AA2478">
            <w:pPr>
              <w:jc w:val="center"/>
              <w:rPr>
                <w:rFonts w:cs="Times New Roman"/>
                <w:sz w:val="24"/>
                <w:szCs w:val="24"/>
                <w:lang w:val="tt-RU"/>
              </w:rPr>
            </w:pPr>
          </w:p>
        </w:tc>
        <w:tc>
          <w:tcPr>
            <w:tcW w:w="1134" w:type="dxa"/>
          </w:tcPr>
          <w:p w14:paraId="4B0BE2D6" w14:textId="77777777" w:rsidR="00AA2478" w:rsidRPr="00680F51" w:rsidRDefault="00AA2478" w:rsidP="00AA2478">
            <w:pPr>
              <w:rPr>
                <w:rFonts w:cs="Times New Roman"/>
                <w:sz w:val="24"/>
                <w:szCs w:val="24"/>
                <w:lang w:val="tt-RU"/>
              </w:rPr>
            </w:pPr>
          </w:p>
        </w:tc>
        <w:tc>
          <w:tcPr>
            <w:tcW w:w="3969" w:type="dxa"/>
          </w:tcPr>
          <w:p w14:paraId="2209FAA5" w14:textId="77777777" w:rsidR="00AA2478" w:rsidRPr="00D330BB" w:rsidRDefault="00AA2478" w:rsidP="00AA2478">
            <w:pPr>
              <w:rPr>
                <w:rFonts w:cs="Times New Roman"/>
                <w:color w:val="4F81BD" w:themeColor="accent1"/>
                <w:sz w:val="16"/>
                <w:szCs w:val="16"/>
                <w:lang w:val="tt-RU"/>
              </w:rPr>
            </w:pPr>
          </w:p>
        </w:tc>
      </w:tr>
      <w:tr w:rsidR="00AA2478" w:rsidRPr="00600724" w14:paraId="2A463F0F" w14:textId="77777777" w:rsidTr="00AA2478">
        <w:trPr>
          <w:trHeight w:val="620"/>
        </w:trPr>
        <w:tc>
          <w:tcPr>
            <w:tcW w:w="993" w:type="dxa"/>
          </w:tcPr>
          <w:p w14:paraId="24D48BD4" w14:textId="77777777" w:rsidR="00AA2478" w:rsidRPr="00AF2F1D" w:rsidRDefault="00AA2478" w:rsidP="00AA2478">
            <w:pPr>
              <w:pStyle w:val="ac"/>
              <w:numPr>
                <w:ilvl w:val="0"/>
                <w:numId w:val="19"/>
              </w:numPr>
              <w:rPr>
                <w:rFonts w:cs="Times New Roman"/>
                <w:sz w:val="24"/>
                <w:szCs w:val="24"/>
                <w:lang w:val="tt-RU"/>
              </w:rPr>
            </w:pPr>
          </w:p>
        </w:tc>
        <w:tc>
          <w:tcPr>
            <w:tcW w:w="7797" w:type="dxa"/>
            <w:vMerge/>
          </w:tcPr>
          <w:p w14:paraId="090501FC" w14:textId="77777777" w:rsidR="00AA2478" w:rsidRPr="00680F51" w:rsidRDefault="00AA2478" w:rsidP="00AA2478">
            <w:pPr>
              <w:rPr>
                <w:rFonts w:cs="Times New Roman"/>
                <w:color w:val="4F81BD" w:themeColor="accent1"/>
                <w:sz w:val="24"/>
                <w:szCs w:val="24"/>
                <w:lang w:val="tt-RU"/>
              </w:rPr>
            </w:pPr>
          </w:p>
        </w:tc>
        <w:tc>
          <w:tcPr>
            <w:tcW w:w="951" w:type="dxa"/>
          </w:tcPr>
          <w:p w14:paraId="2029DC58" w14:textId="77777777" w:rsidR="00AA2478" w:rsidRPr="00680F51" w:rsidRDefault="00AA2478" w:rsidP="00AA2478">
            <w:pPr>
              <w:jc w:val="center"/>
              <w:rPr>
                <w:rFonts w:cs="Times New Roman"/>
                <w:color w:val="4F81BD" w:themeColor="accent1"/>
                <w:sz w:val="24"/>
                <w:szCs w:val="24"/>
                <w:lang w:val="tt-RU"/>
              </w:rPr>
            </w:pPr>
          </w:p>
        </w:tc>
        <w:tc>
          <w:tcPr>
            <w:tcW w:w="1175" w:type="dxa"/>
          </w:tcPr>
          <w:p w14:paraId="00F6CD80" w14:textId="77777777" w:rsidR="00AA2478" w:rsidRPr="00680F51" w:rsidRDefault="00AA2478" w:rsidP="00AA2478">
            <w:pPr>
              <w:jc w:val="center"/>
              <w:rPr>
                <w:rFonts w:cs="Times New Roman"/>
                <w:sz w:val="24"/>
                <w:szCs w:val="24"/>
                <w:lang w:val="tt-RU"/>
              </w:rPr>
            </w:pPr>
          </w:p>
        </w:tc>
        <w:tc>
          <w:tcPr>
            <w:tcW w:w="1134" w:type="dxa"/>
          </w:tcPr>
          <w:p w14:paraId="17365D74" w14:textId="77777777" w:rsidR="00AA2478" w:rsidRPr="00680F51" w:rsidRDefault="00AA2478" w:rsidP="00AA2478">
            <w:pPr>
              <w:rPr>
                <w:rFonts w:cs="Times New Roman"/>
                <w:sz w:val="24"/>
                <w:szCs w:val="24"/>
                <w:lang w:val="tt-RU"/>
              </w:rPr>
            </w:pPr>
          </w:p>
        </w:tc>
        <w:tc>
          <w:tcPr>
            <w:tcW w:w="3969" w:type="dxa"/>
          </w:tcPr>
          <w:p w14:paraId="1BABD63A" w14:textId="77777777" w:rsidR="00AA2478" w:rsidRPr="00D330BB" w:rsidRDefault="00AA2478" w:rsidP="00AA2478">
            <w:pPr>
              <w:rPr>
                <w:rFonts w:cs="Times New Roman"/>
                <w:color w:val="4F81BD" w:themeColor="accent1"/>
                <w:sz w:val="16"/>
                <w:szCs w:val="16"/>
                <w:lang w:val="tt-RU"/>
              </w:rPr>
            </w:pPr>
          </w:p>
        </w:tc>
      </w:tr>
      <w:tr w:rsidR="00AA2478" w:rsidRPr="00D95A9A" w14:paraId="39DBEB0A" w14:textId="77777777" w:rsidTr="00AA2478">
        <w:tc>
          <w:tcPr>
            <w:tcW w:w="993" w:type="dxa"/>
          </w:tcPr>
          <w:p w14:paraId="63EDE552" w14:textId="77777777" w:rsidR="00AA2478" w:rsidRPr="00AF2F1D" w:rsidRDefault="00AA2478" w:rsidP="00AA2478">
            <w:pPr>
              <w:pStyle w:val="ac"/>
              <w:numPr>
                <w:ilvl w:val="0"/>
                <w:numId w:val="19"/>
              </w:numPr>
              <w:rPr>
                <w:rFonts w:cs="Times New Roman"/>
                <w:sz w:val="24"/>
                <w:szCs w:val="24"/>
                <w:lang w:val="tt-RU"/>
              </w:rPr>
            </w:pPr>
          </w:p>
        </w:tc>
        <w:tc>
          <w:tcPr>
            <w:tcW w:w="7797" w:type="dxa"/>
          </w:tcPr>
          <w:p w14:paraId="38836C32" w14:textId="77777777" w:rsidR="00AA2478" w:rsidRPr="00680F51" w:rsidRDefault="00AA2478" w:rsidP="00AA2478">
            <w:pPr>
              <w:rPr>
                <w:rFonts w:cs="Times New Roman"/>
                <w:sz w:val="24"/>
                <w:szCs w:val="24"/>
                <w:lang w:val="tt-RU"/>
              </w:rPr>
            </w:pPr>
            <w:r w:rsidRPr="00680F51">
              <w:rPr>
                <w:rFonts w:cs="Times New Roman"/>
                <w:sz w:val="24"/>
                <w:szCs w:val="24"/>
                <w:lang w:val="tt-RU"/>
              </w:rPr>
              <w:t xml:space="preserve">Работа с текстом/Текст белән эш. </w:t>
            </w:r>
          </w:p>
        </w:tc>
        <w:tc>
          <w:tcPr>
            <w:tcW w:w="951" w:type="dxa"/>
          </w:tcPr>
          <w:p w14:paraId="24DA7D74" w14:textId="77777777" w:rsidR="00AA2478" w:rsidRPr="00680F51" w:rsidRDefault="00AA2478" w:rsidP="00AA2478">
            <w:pPr>
              <w:jc w:val="center"/>
              <w:rPr>
                <w:rFonts w:cs="Times New Roman"/>
                <w:color w:val="FF0000"/>
                <w:sz w:val="24"/>
                <w:szCs w:val="24"/>
                <w:lang w:val="tt-RU"/>
              </w:rPr>
            </w:pPr>
            <w:r w:rsidRPr="00680F51">
              <w:rPr>
                <w:rFonts w:cs="Times New Roman"/>
                <w:sz w:val="24"/>
                <w:szCs w:val="24"/>
                <w:lang w:val="tt-RU"/>
              </w:rPr>
              <w:t>1</w:t>
            </w:r>
          </w:p>
          <w:p w14:paraId="6D0B82F6" w14:textId="77777777" w:rsidR="00AA2478" w:rsidRPr="00680F51" w:rsidRDefault="00AA2478" w:rsidP="00AA2478">
            <w:pPr>
              <w:jc w:val="center"/>
              <w:rPr>
                <w:rFonts w:cs="Times New Roman"/>
                <w:sz w:val="24"/>
                <w:szCs w:val="24"/>
                <w:lang w:val="tt-RU"/>
              </w:rPr>
            </w:pPr>
          </w:p>
        </w:tc>
        <w:tc>
          <w:tcPr>
            <w:tcW w:w="1175" w:type="dxa"/>
          </w:tcPr>
          <w:p w14:paraId="6DABFD91" w14:textId="77777777" w:rsidR="00AA2478" w:rsidRPr="00680F51" w:rsidRDefault="00AA2478" w:rsidP="00AA2478">
            <w:pPr>
              <w:jc w:val="center"/>
              <w:rPr>
                <w:rFonts w:cs="Times New Roman"/>
                <w:sz w:val="24"/>
                <w:szCs w:val="24"/>
                <w:lang w:val="tt-RU"/>
              </w:rPr>
            </w:pPr>
          </w:p>
        </w:tc>
        <w:tc>
          <w:tcPr>
            <w:tcW w:w="1134" w:type="dxa"/>
          </w:tcPr>
          <w:p w14:paraId="7A2B9A95" w14:textId="77777777" w:rsidR="00AA2478" w:rsidRPr="00680F51" w:rsidRDefault="00AA2478" w:rsidP="00AA2478">
            <w:pPr>
              <w:rPr>
                <w:rFonts w:cs="Times New Roman"/>
                <w:sz w:val="24"/>
                <w:szCs w:val="24"/>
                <w:lang w:val="tt-RU"/>
              </w:rPr>
            </w:pPr>
          </w:p>
        </w:tc>
        <w:tc>
          <w:tcPr>
            <w:tcW w:w="3969" w:type="dxa"/>
          </w:tcPr>
          <w:p w14:paraId="75D65085" w14:textId="77777777" w:rsidR="00AA2478" w:rsidRPr="00D330BB" w:rsidRDefault="00AA2478" w:rsidP="00AA2478">
            <w:pPr>
              <w:rPr>
                <w:rFonts w:cs="Times New Roman"/>
                <w:sz w:val="16"/>
                <w:szCs w:val="16"/>
                <w:lang w:val="tt-RU"/>
              </w:rPr>
            </w:pPr>
          </w:p>
        </w:tc>
      </w:tr>
      <w:tr w:rsidR="00AA2478" w:rsidRPr="00600724" w14:paraId="2B40CDCF" w14:textId="77777777" w:rsidTr="00AA2478">
        <w:trPr>
          <w:trHeight w:val="554"/>
        </w:trPr>
        <w:tc>
          <w:tcPr>
            <w:tcW w:w="993" w:type="dxa"/>
          </w:tcPr>
          <w:p w14:paraId="44D4A7B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2D31E899" w14:textId="77777777" w:rsidR="00AA2478" w:rsidRPr="00680F51" w:rsidRDefault="00AA2478" w:rsidP="00AA2478">
            <w:pPr>
              <w:rPr>
                <w:rFonts w:cs="Times New Roman"/>
                <w:sz w:val="24"/>
                <w:szCs w:val="24"/>
                <w:lang w:val="tt-RU"/>
              </w:rPr>
            </w:pPr>
            <w:r w:rsidRPr="00680F51">
              <w:rPr>
                <w:rFonts w:cs="Times New Roman"/>
                <w:sz w:val="24"/>
                <w:szCs w:val="24"/>
                <w:lang w:val="tt-RU"/>
              </w:rPr>
              <w:t>Слог. Деление  слов по слогам/Иҗек. Сүзләрне иҗекләргә бүлү</w:t>
            </w:r>
          </w:p>
          <w:p w14:paraId="6EB5115E" w14:textId="77777777" w:rsidR="00AA2478" w:rsidRPr="00680F51" w:rsidRDefault="00AA2478" w:rsidP="00AA2478">
            <w:pPr>
              <w:rPr>
                <w:rFonts w:cs="Times New Roman"/>
                <w:sz w:val="24"/>
                <w:szCs w:val="24"/>
                <w:lang w:val="tt-RU"/>
              </w:rPr>
            </w:pPr>
          </w:p>
        </w:tc>
        <w:tc>
          <w:tcPr>
            <w:tcW w:w="951" w:type="dxa"/>
            <w:vMerge w:val="restart"/>
          </w:tcPr>
          <w:p w14:paraId="3368308B" w14:textId="77777777" w:rsidR="00AA2478" w:rsidRPr="00680F51" w:rsidRDefault="00AA2478" w:rsidP="00AA2478">
            <w:pPr>
              <w:jc w:val="center"/>
              <w:rPr>
                <w:rFonts w:cs="Times New Roman"/>
                <w:sz w:val="24"/>
                <w:szCs w:val="24"/>
                <w:lang w:val="tt-RU"/>
              </w:rPr>
            </w:pPr>
            <w:r>
              <w:rPr>
                <w:rFonts w:cs="Times New Roman"/>
                <w:sz w:val="24"/>
                <w:szCs w:val="24"/>
                <w:lang w:val="tt-RU"/>
              </w:rPr>
              <w:t>4</w:t>
            </w:r>
          </w:p>
        </w:tc>
        <w:tc>
          <w:tcPr>
            <w:tcW w:w="1175" w:type="dxa"/>
          </w:tcPr>
          <w:p w14:paraId="3F1B25D4" w14:textId="77777777" w:rsidR="00AA2478" w:rsidRPr="00680F51" w:rsidRDefault="00AA2478" w:rsidP="00AA2478">
            <w:pPr>
              <w:jc w:val="center"/>
              <w:rPr>
                <w:rFonts w:cs="Times New Roman"/>
                <w:sz w:val="24"/>
                <w:szCs w:val="24"/>
                <w:lang w:val="tt-RU"/>
              </w:rPr>
            </w:pPr>
          </w:p>
        </w:tc>
        <w:tc>
          <w:tcPr>
            <w:tcW w:w="1134" w:type="dxa"/>
          </w:tcPr>
          <w:p w14:paraId="0F870DFC" w14:textId="77777777" w:rsidR="00AA2478" w:rsidRPr="00680F51" w:rsidRDefault="00AA2478" w:rsidP="00AA2478">
            <w:pPr>
              <w:rPr>
                <w:rFonts w:cs="Times New Roman"/>
                <w:sz w:val="24"/>
                <w:szCs w:val="24"/>
                <w:lang w:val="tt-RU"/>
              </w:rPr>
            </w:pPr>
          </w:p>
        </w:tc>
        <w:tc>
          <w:tcPr>
            <w:tcW w:w="3969" w:type="dxa"/>
          </w:tcPr>
          <w:p w14:paraId="4B303977" w14:textId="77777777" w:rsidR="00AA2478" w:rsidRPr="00D330BB" w:rsidRDefault="00863D41" w:rsidP="00AA2478">
            <w:pPr>
              <w:rPr>
                <w:rFonts w:cs="Times New Roman"/>
                <w:sz w:val="16"/>
                <w:szCs w:val="16"/>
                <w:lang w:val="tt-RU"/>
              </w:rPr>
            </w:pPr>
            <w:hyperlink r:id="rId33" w:history="1">
              <w:r w:rsidR="00AA2478" w:rsidRPr="00D330BB">
                <w:rPr>
                  <w:rStyle w:val="af2"/>
                  <w:rFonts w:cs="Times New Roman"/>
                  <w:sz w:val="16"/>
                  <w:szCs w:val="16"/>
                  <w:lang w:val="tt-RU"/>
                </w:rPr>
                <w:t>https://mon.tatarstan.ru/razrabotki-urokov-po-rodnomu-tatarskomu-yaziku-i.htm</w:t>
              </w:r>
            </w:hyperlink>
          </w:p>
          <w:p w14:paraId="1419578F" w14:textId="77777777" w:rsidR="00AA2478" w:rsidRPr="00D330BB" w:rsidRDefault="00AA2478" w:rsidP="00AA2478">
            <w:pPr>
              <w:rPr>
                <w:rFonts w:cs="Times New Roman"/>
                <w:sz w:val="16"/>
                <w:szCs w:val="16"/>
                <w:lang w:val="tt-RU"/>
              </w:rPr>
            </w:pPr>
          </w:p>
        </w:tc>
      </w:tr>
      <w:tr w:rsidR="00AA2478" w:rsidRPr="00600724" w14:paraId="18BDB2C0" w14:textId="77777777" w:rsidTr="00AA2478">
        <w:trPr>
          <w:trHeight w:val="323"/>
        </w:trPr>
        <w:tc>
          <w:tcPr>
            <w:tcW w:w="993" w:type="dxa"/>
          </w:tcPr>
          <w:p w14:paraId="70245543"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3CE7EE17" w14:textId="77777777" w:rsidR="00AA2478" w:rsidRPr="00680F51" w:rsidRDefault="00AA2478" w:rsidP="00AA2478">
            <w:pPr>
              <w:rPr>
                <w:rFonts w:cs="Times New Roman"/>
                <w:sz w:val="24"/>
                <w:szCs w:val="24"/>
                <w:lang w:val="tt-RU"/>
              </w:rPr>
            </w:pPr>
          </w:p>
        </w:tc>
        <w:tc>
          <w:tcPr>
            <w:tcW w:w="951" w:type="dxa"/>
            <w:vMerge/>
          </w:tcPr>
          <w:p w14:paraId="28A5C0D9" w14:textId="77777777" w:rsidR="00AA2478" w:rsidRPr="00680F51" w:rsidRDefault="00AA2478" w:rsidP="00AA2478">
            <w:pPr>
              <w:jc w:val="center"/>
              <w:rPr>
                <w:rFonts w:cs="Times New Roman"/>
                <w:sz w:val="24"/>
                <w:szCs w:val="24"/>
                <w:lang w:val="tt-RU"/>
              </w:rPr>
            </w:pPr>
          </w:p>
        </w:tc>
        <w:tc>
          <w:tcPr>
            <w:tcW w:w="1175" w:type="dxa"/>
          </w:tcPr>
          <w:p w14:paraId="79E40C29" w14:textId="77777777" w:rsidR="00AA2478" w:rsidRPr="00680F51" w:rsidRDefault="00AA2478" w:rsidP="00AA2478">
            <w:pPr>
              <w:jc w:val="center"/>
              <w:rPr>
                <w:rFonts w:cs="Times New Roman"/>
                <w:sz w:val="24"/>
                <w:szCs w:val="24"/>
                <w:lang w:val="tt-RU"/>
              </w:rPr>
            </w:pPr>
          </w:p>
        </w:tc>
        <w:tc>
          <w:tcPr>
            <w:tcW w:w="1134" w:type="dxa"/>
          </w:tcPr>
          <w:p w14:paraId="3CB37E1A" w14:textId="77777777" w:rsidR="00AA2478" w:rsidRPr="00680F51" w:rsidRDefault="00AA2478" w:rsidP="00AA2478">
            <w:pPr>
              <w:rPr>
                <w:rFonts w:cs="Times New Roman"/>
                <w:sz w:val="24"/>
                <w:szCs w:val="24"/>
                <w:lang w:val="tt-RU"/>
              </w:rPr>
            </w:pPr>
          </w:p>
        </w:tc>
        <w:tc>
          <w:tcPr>
            <w:tcW w:w="3969" w:type="dxa"/>
          </w:tcPr>
          <w:p w14:paraId="4CF97300" w14:textId="77777777" w:rsidR="00AA2478" w:rsidRPr="00D330BB" w:rsidRDefault="00AA2478" w:rsidP="00AA2478">
            <w:pPr>
              <w:rPr>
                <w:rFonts w:cs="Times New Roman"/>
                <w:sz w:val="16"/>
                <w:szCs w:val="16"/>
                <w:lang w:val="tt-RU"/>
              </w:rPr>
            </w:pPr>
          </w:p>
        </w:tc>
      </w:tr>
      <w:tr w:rsidR="00AA2478" w:rsidRPr="00600724" w14:paraId="54460889" w14:textId="77777777" w:rsidTr="00AA2478">
        <w:trPr>
          <w:trHeight w:val="323"/>
        </w:trPr>
        <w:tc>
          <w:tcPr>
            <w:tcW w:w="993" w:type="dxa"/>
          </w:tcPr>
          <w:p w14:paraId="407F2ADE"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699C6C8C" w14:textId="77777777" w:rsidR="00AA2478" w:rsidRPr="00680F51" w:rsidRDefault="00AA2478" w:rsidP="00AA2478">
            <w:pPr>
              <w:rPr>
                <w:rFonts w:cs="Times New Roman"/>
                <w:sz w:val="24"/>
                <w:szCs w:val="24"/>
                <w:lang w:val="tt-RU"/>
              </w:rPr>
            </w:pPr>
          </w:p>
        </w:tc>
        <w:tc>
          <w:tcPr>
            <w:tcW w:w="951" w:type="dxa"/>
          </w:tcPr>
          <w:p w14:paraId="30FD3843" w14:textId="77777777" w:rsidR="00AA2478" w:rsidRPr="00680F51" w:rsidRDefault="00AA2478" w:rsidP="00AA2478">
            <w:pPr>
              <w:jc w:val="center"/>
              <w:rPr>
                <w:rFonts w:cs="Times New Roman"/>
                <w:sz w:val="24"/>
                <w:szCs w:val="24"/>
                <w:lang w:val="tt-RU"/>
              </w:rPr>
            </w:pPr>
          </w:p>
        </w:tc>
        <w:tc>
          <w:tcPr>
            <w:tcW w:w="1175" w:type="dxa"/>
          </w:tcPr>
          <w:p w14:paraId="7D643069" w14:textId="77777777" w:rsidR="00AA2478" w:rsidRPr="00680F51" w:rsidRDefault="00AA2478" w:rsidP="00AA2478">
            <w:pPr>
              <w:jc w:val="center"/>
              <w:rPr>
                <w:rFonts w:cs="Times New Roman"/>
                <w:sz w:val="24"/>
                <w:szCs w:val="24"/>
                <w:lang w:val="tt-RU"/>
              </w:rPr>
            </w:pPr>
          </w:p>
        </w:tc>
        <w:tc>
          <w:tcPr>
            <w:tcW w:w="1134" w:type="dxa"/>
          </w:tcPr>
          <w:p w14:paraId="07A236B1" w14:textId="77777777" w:rsidR="00AA2478" w:rsidRPr="00680F51" w:rsidRDefault="00AA2478" w:rsidP="00AA2478">
            <w:pPr>
              <w:rPr>
                <w:rFonts w:cs="Times New Roman"/>
                <w:sz w:val="24"/>
                <w:szCs w:val="24"/>
                <w:lang w:val="tt-RU"/>
              </w:rPr>
            </w:pPr>
          </w:p>
        </w:tc>
        <w:tc>
          <w:tcPr>
            <w:tcW w:w="3969" w:type="dxa"/>
          </w:tcPr>
          <w:p w14:paraId="7518D23B" w14:textId="77777777" w:rsidR="00AA2478" w:rsidRPr="00D330BB" w:rsidRDefault="00AA2478" w:rsidP="00AA2478">
            <w:pPr>
              <w:rPr>
                <w:rFonts w:cs="Times New Roman"/>
                <w:sz w:val="16"/>
                <w:szCs w:val="16"/>
                <w:lang w:val="tt-RU"/>
              </w:rPr>
            </w:pPr>
          </w:p>
        </w:tc>
      </w:tr>
      <w:tr w:rsidR="00AA2478" w:rsidRPr="00600724" w14:paraId="1B0EF38A" w14:textId="77777777" w:rsidTr="00AA2478">
        <w:trPr>
          <w:trHeight w:val="323"/>
        </w:trPr>
        <w:tc>
          <w:tcPr>
            <w:tcW w:w="993" w:type="dxa"/>
          </w:tcPr>
          <w:p w14:paraId="1DC24737"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4132BB7B" w14:textId="77777777" w:rsidR="00AA2478" w:rsidRPr="00680F51" w:rsidRDefault="00AA2478" w:rsidP="00AA2478">
            <w:pPr>
              <w:rPr>
                <w:rFonts w:cs="Times New Roman"/>
                <w:sz w:val="24"/>
                <w:szCs w:val="24"/>
                <w:lang w:val="tt-RU"/>
              </w:rPr>
            </w:pPr>
          </w:p>
        </w:tc>
        <w:tc>
          <w:tcPr>
            <w:tcW w:w="951" w:type="dxa"/>
          </w:tcPr>
          <w:p w14:paraId="524F47DB" w14:textId="77777777" w:rsidR="00AA2478" w:rsidRPr="00680F51" w:rsidRDefault="00AA2478" w:rsidP="00AA2478">
            <w:pPr>
              <w:jc w:val="center"/>
              <w:rPr>
                <w:rFonts w:cs="Times New Roman"/>
                <w:sz w:val="24"/>
                <w:szCs w:val="24"/>
                <w:lang w:val="tt-RU"/>
              </w:rPr>
            </w:pPr>
          </w:p>
        </w:tc>
        <w:tc>
          <w:tcPr>
            <w:tcW w:w="1175" w:type="dxa"/>
          </w:tcPr>
          <w:p w14:paraId="46848529" w14:textId="77777777" w:rsidR="00AA2478" w:rsidRPr="00680F51" w:rsidRDefault="00AA2478" w:rsidP="00AA2478">
            <w:pPr>
              <w:jc w:val="center"/>
              <w:rPr>
                <w:rFonts w:cs="Times New Roman"/>
                <w:sz w:val="24"/>
                <w:szCs w:val="24"/>
                <w:lang w:val="tt-RU"/>
              </w:rPr>
            </w:pPr>
          </w:p>
        </w:tc>
        <w:tc>
          <w:tcPr>
            <w:tcW w:w="1134" w:type="dxa"/>
          </w:tcPr>
          <w:p w14:paraId="64F53F3F" w14:textId="77777777" w:rsidR="00AA2478" w:rsidRPr="00680F51" w:rsidRDefault="00AA2478" w:rsidP="00AA2478">
            <w:pPr>
              <w:rPr>
                <w:rFonts w:cs="Times New Roman"/>
                <w:sz w:val="24"/>
                <w:szCs w:val="24"/>
                <w:lang w:val="tt-RU"/>
              </w:rPr>
            </w:pPr>
          </w:p>
        </w:tc>
        <w:tc>
          <w:tcPr>
            <w:tcW w:w="3969" w:type="dxa"/>
          </w:tcPr>
          <w:p w14:paraId="2F884D6C" w14:textId="77777777" w:rsidR="00AA2478" w:rsidRPr="00D330BB" w:rsidRDefault="00AA2478" w:rsidP="00AA2478">
            <w:pPr>
              <w:rPr>
                <w:rFonts w:cs="Times New Roman"/>
                <w:sz w:val="16"/>
                <w:szCs w:val="16"/>
                <w:lang w:val="tt-RU"/>
              </w:rPr>
            </w:pPr>
          </w:p>
        </w:tc>
      </w:tr>
      <w:tr w:rsidR="00AA2478" w:rsidRPr="00A5484E" w14:paraId="24DF2751" w14:textId="77777777" w:rsidTr="00AA2478">
        <w:tc>
          <w:tcPr>
            <w:tcW w:w="993" w:type="dxa"/>
          </w:tcPr>
          <w:p w14:paraId="27A1BDAA"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02F5F602" w14:textId="77777777" w:rsidR="00AA2478" w:rsidRPr="00680F51" w:rsidRDefault="00AA2478" w:rsidP="00AA2478">
            <w:pPr>
              <w:rPr>
                <w:rFonts w:cs="Times New Roman"/>
                <w:sz w:val="24"/>
                <w:szCs w:val="24"/>
                <w:lang w:val="tt-RU"/>
              </w:rPr>
            </w:pPr>
            <w:r>
              <w:rPr>
                <w:rFonts w:cs="Times New Roman"/>
                <w:sz w:val="24"/>
                <w:szCs w:val="24"/>
                <w:lang w:val="tt-RU"/>
              </w:rPr>
              <w:t>Словарный диктант/</w:t>
            </w:r>
            <w:r w:rsidRPr="00680F51">
              <w:rPr>
                <w:rFonts w:cs="Times New Roman"/>
                <w:sz w:val="24"/>
                <w:szCs w:val="24"/>
                <w:lang w:val="tt-RU"/>
              </w:rPr>
              <w:t>С</w:t>
            </w:r>
            <w:r w:rsidRPr="00680F51">
              <w:rPr>
                <w:rFonts w:cs="Times New Roman"/>
                <w:sz w:val="24"/>
                <w:szCs w:val="24"/>
              </w:rPr>
              <w:t>үзлек диктанты</w:t>
            </w:r>
          </w:p>
        </w:tc>
        <w:tc>
          <w:tcPr>
            <w:tcW w:w="951" w:type="dxa"/>
          </w:tcPr>
          <w:p w14:paraId="30EB56A3"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4F676FA0" w14:textId="77777777" w:rsidR="00AA2478" w:rsidRPr="00680F51" w:rsidRDefault="00AA2478" w:rsidP="00AA2478">
            <w:pPr>
              <w:jc w:val="center"/>
              <w:rPr>
                <w:rFonts w:cs="Times New Roman"/>
                <w:sz w:val="24"/>
                <w:szCs w:val="24"/>
                <w:lang w:val="en-US"/>
              </w:rPr>
            </w:pPr>
          </w:p>
        </w:tc>
        <w:tc>
          <w:tcPr>
            <w:tcW w:w="1134" w:type="dxa"/>
          </w:tcPr>
          <w:p w14:paraId="4E3237BF" w14:textId="77777777" w:rsidR="00AA2478" w:rsidRPr="00680F51" w:rsidRDefault="00AA2478" w:rsidP="00AA2478">
            <w:pPr>
              <w:rPr>
                <w:rFonts w:cs="Times New Roman"/>
                <w:sz w:val="24"/>
                <w:szCs w:val="24"/>
                <w:lang w:val="tt-RU"/>
              </w:rPr>
            </w:pPr>
          </w:p>
        </w:tc>
        <w:tc>
          <w:tcPr>
            <w:tcW w:w="3969" w:type="dxa"/>
          </w:tcPr>
          <w:p w14:paraId="7791866E" w14:textId="77777777" w:rsidR="00AA2478" w:rsidRPr="00D330BB" w:rsidRDefault="00AA2478" w:rsidP="00AA2478">
            <w:pPr>
              <w:rPr>
                <w:rFonts w:cs="Times New Roman"/>
                <w:sz w:val="16"/>
                <w:szCs w:val="16"/>
                <w:lang w:val="tt-RU"/>
              </w:rPr>
            </w:pPr>
          </w:p>
        </w:tc>
      </w:tr>
      <w:tr w:rsidR="00AA2478" w:rsidRPr="00600724" w14:paraId="30BF1AAA" w14:textId="77777777" w:rsidTr="00AA2478">
        <w:trPr>
          <w:trHeight w:val="661"/>
        </w:trPr>
        <w:tc>
          <w:tcPr>
            <w:tcW w:w="993" w:type="dxa"/>
          </w:tcPr>
          <w:p w14:paraId="1FF423EC"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7412D1DF" w14:textId="77777777" w:rsidR="00AA2478" w:rsidRPr="00680F51" w:rsidRDefault="00AA2478" w:rsidP="00AA2478">
            <w:pPr>
              <w:rPr>
                <w:rFonts w:cs="Times New Roman"/>
                <w:sz w:val="24"/>
                <w:szCs w:val="24"/>
                <w:lang w:val="tt-RU"/>
              </w:rPr>
            </w:pPr>
            <w:r w:rsidRPr="00680F51">
              <w:rPr>
                <w:rFonts w:cs="Times New Roman"/>
                <w:sz w:val="24"/>
                <w:szCs w:val="24"/>
                <w:lang w:val="tt-RU"/>
              </w:rPr>
              <w:t>Сүз басымы</w:t>
            </w:r>
          </w:p>
          <w:p w14:paraId="110A609C" w14:textId="77777777" w:rsidR="00AA2478" w:rsidRPr="00680F51" w:rsidRDefault="00AA2478" w:rsidP="00AA2478">
            <w:pPr>
              <w:jc w:val="center"/>
              <w:rPr>
                <w:rFonts w:cs="Times New Roman"/>
                <w:sz w:val="24"/>
                <w:szCs w:val="24"/>
                <w:lang w:val="tt-RU"/>
              </w:rPr>
            </w:pPr>
          </w:p>
          <w:p w14:paraId="5628F93E" w14:textId="77777777" w:rsidR="00AA2478" w:rsidRPr="00680F51" w:rsidRDefault="00AA2478" w:rsidP="00AA2478">
            <w:pPr>
              <w:jc w:val="center"/>
              <w:rPr>
                <w:rFonts w:cs="Times New Roman"/>
                <w:sz w:val="24"/>
                <w:szCs w:val="24"/>
                <w:lang w:val="tt-RU"/>
              </w:rPr>
            </w:pPr>
          </w:p>
        </w:tc>
        <w:tc>
          <w:tcPr>
            <w:tcW w:w="951" w:type="dxa"/>
            <w:vMerge w:val="restart"/>
          </w:tcPr>
          <w:p w14:paraId="7CEE9EAE" w14:textId="77777777" w:rsidR="00AA2478" w:rsidRPr="00680F51" w:rsidRDefault="00AA2478" w:rsidP="00AA2478">
            <w:pPr>
              <w:jc w:val="center"/>
              <w:rPr>
                <w:rFonts w:cs="Times New Roman"/>
                <w:sz w:val="24"/>
                <w:szCs w:val="24"/>
                <w:lang w:val="tt-RU"/>
              </w:rPr>
            </w:pPr>
            <w:r>
              <w:rPr>
                <w:rFonts w:cs="Times New Roman"/>
                <w:sz w:val="24"/>
                <w:szCs w:val="24"/>
                <w:lang w:val="tt-RU"/>
              </w:rPr>
              <w:t>3</w:t>
            </w:r>
          </w:p>
        </w:tc>
        <w:tc>
          <w:tcPr>
            <w:tcW w:w="1175" w:type="dxa"/>
          </w:tcPr>
          <w:p w14:paraId="694A6D46" w14:textId="77777777" w:rsidR="00AA2478" w:rsidRPr="00680F51" w:rsidRDefault="00AA2478" w:rsidP="00AA2478">
            <w:pPr>
              <w:jc w:val="center"/>
              <w:rPr>
                <w:rFonts w:cs="Times New Roman"/>
                <w:sz w:val="24"/>
                <w:szCs w:val="24"/>
                <w:lang w:val="tt-RU"/>
              </w:rPr>
            </w:pPr>
          </w:p>
        </w:tc>
        <w:tc>
          <w:tcPr>
            <w:tcW w:w="1134" w:type="dxa"/>
          </w:tcPr>
          <w:p w14:paraId="674EFE34" w14:textId="77777777" w:rsidR="00AA2478" w:rsidRPr="00680F51" w:rsidRDefault="00AA2478" w:rsidP="00AA2478">
            <w:pPr>
              <w:rPr>
                <w:rFonts w:cs="Times New Roman"/>
                <w:sz w:val="24"/>
                <w:szCs w:val="24"/>
                <w:lang w:val="tt-RU"/>
              </w:rPr>
            </w:pPr>
          </w:p>
        </w:tc>
        <w:tc>
          <w:tcPr>
            <w:tcW w:w="3969" w:type="dxa"/>
          </w:tcPr>
          <w:p w14:paraId="5C7B00AF" w14:textId="77777777" w:rsidR="00AA2478" w:rsidRPr="00D330BB" w:rsidRDefault="00863D41" w:rsidP="00AA2478">
            <w:pPr>
              <w:rPr>
                <w:rFonts w:cs="Times New Roman"/>
                <w:sz w:val="16"/>
                <w:szCs w:val="16"/>
                <w:lang w:val="tt-RU"/>
              </w:rPr>
            </w:pPr>
            <w:hyperlink r:id="rId34" w:history="1">
              <w:r w:rsidR="00AA2478" w:rsidRPr="00D330BB">
                <w:rPr>
                  <w:rStyle w:val="af2"/>
                  <w:rFonts w:cs="Times New Roman"/>
                  <w:sz w:val="16"/>
                  <w:szCs w:val="16"/>
                  <w:lang w:val="tt-RU"/>
                </w:rPr>
                <w:t>https://mon.tatarstan.ru/razrabotki-urokov-po-rodnomu-tatarskomu-yaziku-i.htm</w:t>
              </w:r>
            </w:hyperlink>
          </w:p>
          <w:p w14:paraId="75D613B6" w14:textId="77777777" w:rsidR="00AA2478" w:rsidRPr="00D330BB" w:rsidRDefault="00AA2478" w:rsidP="00AA2478">
            <w:pPr>
              <w:rPr>
                <w:rFonts w:cs="Times New Roman"/>
                <w:sz w:val="16"/>
                <w:szCs w:val="16"/>
                <w:lang w:val="tt-RU"/>
              </w:rPr>
            </w:pPr>
          </w:p>
        </w:tc>
      </w:tr>
      <w:tr w:rsidR="00AA2478" w:rsidRPr="00600724" w14:paraId="17886176" w14:textId="77777777" w:rsidTr="00AA2478">
        <w:trPr>
          <w:trHeight w:val="415"/>
        </w:trPr>
        <w:tc>
          <w:tcPr>
            <w:tcW w:w="993" w:type="dxa"/>
          </w:tcPr>
          <w:p w14:paraId="2E6EB4D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681B6D39" w14:textId="77777777" w:rsidR="00AA2478" w:rsidRPr="00680F51" w:rsidRDefault="00AA2478" w:rsidP="00AA2478">
            <w:pPr>
              <w:rPr>
                <w:rFonts w:cs="Times New Roman"/>
                <w:sz w:val="24"/>
                <w:szCs w:val="24"/>
                <w:lang w:val="tt-RU"/>
              </w:rPr>
            </w:pPr>
          </w:p>
        </w:tc>
        <w:tc>
          <w:tcPr>
            <w:tcW w:w="951" w:type="dxa"/>
            <w:vMerge/>
          </w:tcPr>
          <w:p w14:paraId="7F39FF7E" w14:textId="77777777" w:rsidR="00AA2478" w:rsidRPr="00680F51" w:rsidRDefault="00AA2478" w:rsidP="00AA2478">
            <w:pPr>
              <w:jc w:val="center"/>
              <w:rPr>
                <w:rFonts w:cs="Times New Roman"/>
                <w:sz w:val="24"/>
                <w:szCs w:val="24"/>
                <w:lang w:val="tt-RU"/>
              </w:rPr>
            </w:pPr>
          </w:p>
        </w:tc>
        <w:tc>
          <w:tcPr>
            <w:tcW w:w="1175" w:type="dxa"/>
          </w:tcPr>
          <w:p w14:paraId="6F0B722B" w14:textId="77777777" w:rsidR="00AA2478" w:rsidRPr="00680F51" w:rsidRDefault="00AA2478" w:rsidP="00AA2478">
            <w:pPr>
              <w:jc w:val="center"/>
              <w:rPr>
                <w:rFonts w:cs="Times New Roman"/>
                <w:sz w:val="24"/>
                <w:szCs w:val="24"/>
                <w:lang w:val="tt-RU"/>
              </w:rPr>
            </w:pPr>
          </w:p>
        </w:tc>
        <w:tc>
          <w:tcPr>
            <w:tcW w:w="1134" w:type="dxa"/>
          </w:tcPr>
          <w:p w14:paraId="2527BCF4" w14:textId="77777777" w:rsidR="00AA2478" w:rsidRPr="00680F51" w:rsidRDefault="00AA2478" w:rsidP="00AA2478">
            <w:pPr>
              <w:rPr>
                <w:rFonts w:cs="Times New Roman"/>
                <w:sz w:val="24"/>
                <w:szCs w:val="24"/>
                <w:lang w:val="tt-RU"/>
              </w:rPr>
            </w:pPr>
          </w:p>
        </w:tc>
        <w:tc>
          <w:tcPr>
            <w:tcW w:w="3969" w:type="dxa"/>
          </w:tcPr>
          <w:p w14:paraId="0088B4B0" w14:textId="77777777" w:rsidR="00AA2478" w:rsidRPr="00D330BB" w:rsidRDefault="00AA2478" w:rsidP="00AA2478">
            <w:pPr>
              <w:rPr>
                <w:rFonts w:cs="Times New Roman"/>
                <w:sz w:val="16"/>
                <w:szCs w:val="16"/>
                <w:lang w:val="tt-RU"/>
              </w:rPr>
            </w:pPr>
          </w:p>
        </w:tc>
      </w:tr>
      <w:tr w:rsidR="00AA2478" w:rsidRPr="00600724" w14:paraId="110B7717" w14:textId="77777777" w:rsidTr="00AA2478">
        <w:trPr>
          <w:trHeight w:val="415"/>
        </w:trPr>
        <w:tc>
          <w:tcPr>
            <w:tcW w:w="993" w:type="dxa"/>
          </w:tcPr>
          <w:p w14:paraId="660FB512"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3A26AA4" w14:textId="77777777" w:rsidR="00AA2478" w:rsidRPr="00680F51" w:rsidRDefault="00AA2478" w:rsidP="00AA2478">
            <w:pPr>
              <w:rPr>
                <w:rFonts w:cs="Times New Roman"/>
                <w:sz w:val="24"/>
                <w:szCs w:val="24"/>
                <w:lang w:val="tt-RU"/>
              </w:rPr>
            </w:pPr>
          </w:p>
        </w:tc>
        <w:tc>
          <w:tcPr>
            <w:tcW w:w="951" w:type="dxa"/>
          </w:tcPr>
          <w:p w14:paraId="08E1D160" w14:textId="77777777" w:rsidR="00AA2478" w:rsidRPr="00680F51" w:rsidRDefault="00AA2478" w:rsidP="00AA2478">
            <w:pPr>
              <w:jc w:val="center"/>
              <w:rPr>
                <w:rFonts w:cs="Times New Roman"/>
                <w:sz w:val="24"/>
                <w:szCs w:val="24"/>
                <w:lang w:val="tt-RU"/>
              </w:rPr>
            </w:pPr>
          </w:p>
        </w:tc>
        <w:tc>
          <w:tcPr>
            <w:tcW w:w="1175" w:type="dxa"/>
          </w:tcPr>
          <w:p w14:paraId="5A2A0167" w14:textId="77777777" w:rsidR="00AA2478" w:rsidRPr="00680F51" w:rsidRDefault="00AA2478" w:rsidP="00AA2478">
            <w:pPr>
              <w:jc w:val="center"/>
              <w:rPr>
                <w:rFonts w:cs="Times New Roman"/>
                <w:sz w:val="24"/>
                <w:szCs w:val="24"/>
                <w:lang w:val="tt-RU"/>
              </w:rPr>
            </w:pPr>
          </w:p>
        </w:tc>
        <w:tc>
          <w:tcPr>
            <w:tcW w:w="1134" w:type="dxa"/>
          </w:tcPr>
          <w:p w14:paraId="1884A8BB" w14:textId="77777777" w:rsidR="00AA2478" w:rsidRPr="00680F51" w:rsidRDefault="00AA2478" w:rsidP="00AA2478">
            <w:pPr>
              <w:rPr>
                <w:rFonts w:cs="Times New Roman"/>
                <w:sz w:val="24"/>
                <w:szCs w:val="24"/>
                <w:lang w:val="tt-RU"/>
              </w:rPr>
            </w:pPr>
          </w:p>
        </w:tc>
        <w:tc>
          <w:tcPr>
            <w:tcW w:w="3969" w:type="dxa"/>
          </w:tcPr>
          <w:p w14:paraId="3449DF62" w14:textId="77777777" w:rsidR="00AA2478" w:rsidRPr="00D330BB" w:rsidRDefault="00AA2478" w:rsidP="00AA2478">
            <w:pPr>
              <w:rPr>
                <w:rFonts w:cs="Times New Roman"/>
                <w:sz w:val="16"/>
                <w:szCs w:val="16"/>
                <w:lang w:val="tt-RU"/>
              </w:rPr>
            </w:pPr>
          </w:p>
        </w:tc>
      </w:tr>
      <w:tr w:rsidR="00AA2478" w:rsidRPr="00A5484E" w14:paraId="14925ECC" w14:textId="77777777" w:rsidTr="00AA2478">
        <w:tc>
          <w:tcPr>
            <w:tcW w:w="993" w:type="dxa"/>
          </w:tcPr>
          <w:p w14:paraId="7FE46194"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77805BC1" w14:textId="77777777" w:rsidR="00AA2478" w:rsidRPr="00680F51" w:rsidRDefault="00AA2478" w:rsidP="00AA2478">
            <w:pPr>
              <w:rPr>
                <w:rFonts w:cs="Times New Roman"/>
                <w:sz w:val="24"/>
                <w:szCs w:val="24"/>
                <w:lang w:val="tt-RU"/>
              </w:rPr>
            </w:pPr>
            <w:r w:rsidRPr="00680F51">
              <w:rPr>
                <w:rFonts w:cs="Times New Roman"/>
                <w:sz w:val="24"/>
                <w:szCs w:val="24"/>
                <w:lang w:val="tt-RU"/>
              </w:rPr>
              <w:t>Диктант</w:t>
            </w:r>
          </w:p>
        </w:tc>
        <w:tc>
          <w:tcPr>
            <w:tcW w:w="951" w:type="dxa"/>
          </w:tcPr>
          <w:p w14:paraId="124CF806"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2DD3A9DD"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34" w:type="dxa"/>
          </w:tcPr>
          <w:p w14:paraId="2C285928" w14:textId="77777777" w:rsidR="00AA2478" w:rsidRPr="00680F51" w:rsidRDefault="00AA2478" w:rsidP="00AA2478">
            <w:pPr>
              <w:rPr>
                <w:rFonts w:cs="Times New Roman"/>
                <w:sz w:val="24"/>
                <w:szCs w:val="24"/>
                <w:lang w:val="tt-RU"/>
              </w:rPr>
            </w:pPr>
          </w:p>
        </w:tc>
        <w:tc>
          <w:tcPr>
            <w:tcW w:w="3969" w:type="dxa"/>
          </w:tcPr>
          <w:p w14:paraId="22F10D27" w14:textId="77777777" w:rsidR="00AA2478" w:rsidRPr="00D330BB" w:rsidRDefault="00AA2478" w:rsidP="00AA2478">
            <w:pPr>
              <w:rPr>
                <w:rFonts w:cs="Times New Roman"/>
                <w:sz w:val="16"/>
                <w:szCs w:val="16"/>
                <w:lang w:val="tt-RU"/>
              </w:rPr>
            </w:pPr>
          </w:p>
        </w:tc>
      </w:tr>
      <w:tr w:rsidR="00AA2478" w:rsidRPr="00A5484E" w14:paraId="56F56FB6" w14:textId="77777777" w:rsidTr="00AA2478">
        <w:trPr>
          <w:trHeight w:val="551"/>
        </w:trPr>
        <w:tc>
          <w:tcPr>
            <w:tcW w:w="993" w:type="dxa"/>
          </w:tcPr>
          <w:p w14:paraId="4E4B727A"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3F739F44" w14:textId="77777777" w:rsidR="00AA2478" w:rsidRPr="00680F51" w:rsidRDefault="00AA2478" w:rsidP="00AA2478">
            <w:pPr>
              <w:rPr>
                <w:rFonts w:cs="Times New Roman"/>
                <w:sz w:val="24"/>
                <w:szCs w:val="24"/>
                <w:lang w:val="tt-RU"/>
              </w:rPr>
            </w:pPr>
            <w:r w:rsidRPr="00680F51">
              <w:rPr>
                <w:rFonts w:cs="Times New Roman"/>
                <w:sz w:val="24"/>
                <w:szCs w:val="24"/>
                <w:lang w:val="tt-RU"/>
              </w:rPr>
              <w:t>Сүзләрне кушып, сызыкча аша һәм аерым язу</w:t>
            </w:r>
          </w:p>
          <w:p w14:paraId="51B1D196" w14:textId="77777777" w:rsidR="00AA2478" w:rsidRPr="00680F51" w:rsidRDefault="00AA2478" w:rsidP="00AA2478">
            <w:pPr>
              <w:jc w:val="center"/>
              <w:rPr>
                <w:rFonts w:cs="Times New Roman"/>
                <w:sz w:val="24"/>
                <w:szCs w:val="24"/>
                <w:lang w:val="tt-RU"/>
              </w:rPr>
            </w:pPr>
          </w:p>
        </w:tc>
        <w:tc>
          <w:tcPr>
            <w:tcW w:w="951" w:type="dxa"/>
            <w:vMerge w:val="restart"/>
          </w:tcPr>
          <w:p w14:paraId="2DC25830" w14:textId="77777777" w:rsidR="00AA2478" w:rsidRPr="00680F51" w:rsidRDefault="00AA2478" w:rsidP="00AA2478">
            <w:pPr>
              <w:jc w:val="center"/>
              <w:rPr>
                <w:rFonts w:cs="Times New Roman"/>
                <w:sz w:val="24"/>
                <w:szCs w:val="24"/>
                <w:lang w:val="tt-RU"/>
              </w:rPr>
            </w:pPr>
            <w:r>
              <w:rPr>
                <w:rFonts w:cs="Times New Roman"/>
                <w:sz w:val="24"/>
                <w:szCs w:val="24"/>
                <w:lang w:val="tt-RU"/>
              </w:rPr>
              <w:t>4</w:t>
            </w:r>
          </w:p>
        </w:tc>
        <w:tc>
          <w:tcPr>
            <w:tcW w:w="1175" w:type="dxa"/>
          </w:tcPr>
          <w:p w14:paraId="13BDE41C" w14:textId="77777777" w:rsidR="00AA2478" w:rsidRPr="00680F51" w:rsidRDefault="00AA2478" w:rsidP="00AA2478">
            <w:pPr>
              <w:jc w:val="center"/>
              <w:rPr>
                <w:rFonts w:cs="Times New Roman"/>
                <w:sz w:val="24"/>
                <w:szCs w:val="24"/>
                <w:lang w:val="tt-RU"/>
              </w:rPr>
            </w:pPr>
          </w:p>
        </w:tc>
        <w:tc>
          <w:tcPr>
            <w:tcW w:w="1134" w:type="dxa"/>
          </w:tcPr>
          <w:p w14:paraId="76E4C243" w14:textId="77777777" w:rsidR="00AA2478" w:rsidRPr="00680F51" w:rsidRDefault="00AA2478" w:rsidP="00AA2478">
            <w:pPr>
              <w:rPr>
                <w:rFonts w:cs="Times New Roman"/>
                <w:sz w:val="24"/>
                <w:szCs w:val="24"/>
                <w:lang w:val="tt-RU"/>
              </w:rPr>
            </w:pPr>
          </w:p>
        </w:tc>
        <w:tc>
          <w:tcPr>
            <w:tcW w:w="3969" w:type="dxa"/>
          </w:tcPr>
          <w:p w14:paraId="40FD781B" w14:textId="77777777" w:rsidR="00AA2478" w:rsidRPr="00D330BB" w:rsidRDefault="00AA2478" w:rsidP="00AA2478">
            <w:pPr>
              <w:rPr>
                <w:rFonts w:cs="Times New Roman"/>
                <w:sz w:val="16"/>
                <w:szCs w:val="16"/>
                <w:lang w:val="tt-RU"/>
              </w:rPr>
            </w:pPr>
          </w:p>
        </w:tc>
      </w:tr>
      <w:tr w:rsidR="00AA2478" w:rsidRPr="00A5484E" w14:paraId="1D761254" w14:textId="77777777" w:rsidTr="00AA2478">
        <w:trPr>
          <w:trHeight w:val="417"/>
        </w:trPr>
        <w:tc>
          <w:tcPr>
            <w:tcW w:w="993" w:type="dxa"/>
          </w:tcPr>
          <w:p w14:paraId="20CB730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3808D28C" w14:textId="77777777" w:rsidR="00AA2478" w:rsidRPr="00680F51" w:rsidRDefault="00AA2478" w:rsidP="00AA2478">
            <w:pPr>
              <w:rPr>
                <w:rFonts w:cs="Times New Roman"/>
                <w:sz w:val="24"/>
                <w:szCs w:val="24"/>
                <w:lang w:val="tt-RU"/>
              </w:rPr>
            </w:pPr>
          </w:p>
        </w:tc>
        <w:tc>
          <w:tcPr>
            <w:tcW w:w="951" w:type="dxa"/>
            <w:vMerge/>
          </w:tcPr>
          <w:p w14:paraId="45821A21" w14:textId="77777777" w:rsidR="00AA2478" w:rsidRPr="00680F51" w:rsidRDefault="00AA2478" w:rsidP="00AA2478">
            <w:pPr>
              <w:jc w:val="center"/>
              <w:rPr>
                <w:rFonts w:cs="Times New Roman"/>
                <w:sz w:val="24"/>
                <w:szCs w:val="24"/>
                <w:lang w:val="tt-RU"/>
              </w:rPr>
            </w:pPr>
          </w:p>
        </w:tc>
        <w:tc>
          <w:tcPr>
            <w:tcW w:w="1175" w:type="dxa"/>
          </w:tcPr>
          <w:p w14:paraId="2B313297" w14:textId="77777777" w:rsidR="00AA2478" w:rsidRPr="00680F51" w:rsidRDefault="00AA2478" w:rsidP="00AA2478">
            <w:pPr>
              <w:jc w:val="center"/>
              <w:rPr>
                <w:rFonts w:cs="Times New Roman"/>
                <w:sz w:val="24"/>
                <w:szCs w:val="24"/>
                <w:lang w:val="tt-RU"/>
              </w:rPr>
            </w:pPr>
          </w:p>
        </w:tc>
        <w:tc>
          <w:tcPr>
            <w:tcW w:w="1134" w:type="dxa"/>
          </w:tcPr>
          <w:p w14:paraId="196E9317" w14:textId="77777777" w:rsidR="00AA2478" w:rsidRPr="00680F51" w:rsidRDefault="00AA2478" w:rsidP="00AA2478">
            <w:pPr>
              <w:rPr>
                <w:rFonts w:cs="Times New Roman"/>
                <w:sz w:val="24"/>
                <w:szCs w:val="24"/>
                <w:lang w:val="tt-RU"/>
              </w:rPr>
            </w:pPr>
          </w:p>
        </w:tc>
        <w:tc>
          <w:tcPr>
            <w:tcW w:w="3969" w:type="dxa"/>
          </w:tcPr>
          <w:p w14:paraId="420D90BA" w14:textId="77777777" w:rsidR="00AA2478" w:rsidRPr="00D330BB" w:rsidRDefault="00AA2478" w:rsidP="00AA2478">
            <w:pPr>
              <w:rPr>
                <w:rFonts w:cs="Times New Roman"/>
                <w:sz w:val="16"/>
                <w:szCs w:val="16"/>
                <w:lang w:val="tt-RU"/>
              </w:rPr>
            </w:pPr>
          </w:p>
        </w:tc>
      </w:tr>
      <w:tr w:rsidR="00AA2478" w:rsidRPr="00A5484E" w14:paraId="1EA1CBD1" w14:textId="77777777" w:rsidTr="00AA2478">
        <w:trPr>
          <w:trHeight w:val="417"/>
        </w:trPr>
        <w:tc>
          <w:tcPr>
            <w:tcW w:w="993" w:type="dxa"/>
          </w:tcPr>
          <w:p w14:paraId="55A9E36D"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186AE4D" w14:textId="77777777" w:rsidR="00AA2478" w:rsidRPr="00680F51" w:rsidRDefault="00AA2478" w:rsidP="00AA2478">
            <w:pPr>
              <w:rPr>
                <w:rFonts w:cs="Times New Roman"/>
                <w:sz w:val="24"/>
                <w:szCs w:val="24"/>
                <w:lang w:val="tt-RU"/>
              </w:rPr>
            </w:pPr>
          </w:p>
        </w:tc>
        <w:tc>
          <w:tcPr>
            <w:tcW w:w="951" w:type="dxa"/>
          </w:tcPr>
          <w:p w14:paraId="56D9BAC7" w14:textId="77777777" w:rsidR="00AA2478" w:rsidRPr="00680F51" w:rsidRDefault="00AA2478" w:rsidP="00AA2478">
            <w:pPr>
              <w:jc w:val="center"/>
              <w:rPr>
                <w:rFonts w:cs="Times New Roman"/>
                <w:sz w:val="24"/>
                <w:szCs w:val="24"/>
                <w:lang w:val="tt-RU"/>
              </w:rPr>
            </w:pPr>
          </w:p>
        </w:tc>
        <w:tc>
          <w:tcPr>
            <w:tcW w:w="1175" w:type="dxa"/>
          </w:tcPr>
          <w:p w14:paraId="79DF5967" w14:textId="77777777" w:rsidR="00AA2478" w:rsidRPr="00680F51" w:rsidRDefault="00AA2478" w:rsidP="00AA2478">
            <w:pPr>
              <w:jc w:val="center"/>
              <w:rPr>
                <w:rFonts w:cs="Times New Roman"/>
                <w:sz w:val="24"/>
                <w:szCs w:val="24"/>
                <w:lang w:val="tt-RU"/>
              </w:rPr>
            </w:pPr>
          </w:p>
        </w:tc>
        <w:tc>
          <w:tcPr>
            <w:tcW w:w="1134" w:type="dxa"/>
          </w:tcPr>
          <w:p w14:paraId="0875C0F4" w14:textId="77777777" w:rsidR="00AA2478" w:rsidRPr="00680F51" w:rsidRDefault="00AA2478" w:rsidP="00AA2478">
            <w:pPr>
              <w:rPr>
                <w:rFonts w:cs="Times New Roman"/>
                <w:sz w:val="24"/>
                <w:szCs w:val="24"/>
                <w:lang w:val="tt-RU"/>
              </w:rPr>
            </w:pPr>
          </w:p>
        </w:tc>
        <w:tc>
          <w:tcPr>
            <w:tcW w:w="3969" w:type="dxa"/>
          </w:tcPr>
          <w:p w14:paraId="2877FFEC" w14:textId="77777777" w:rsidR="00AA2478" w:rsidRPr="00D330BB" w:rsidRDefault="00AA2478" w:rsidP="00AA2478">
            <w:pPr>
              <w:rPr>
                <w:rFonts w:cs="Times New Roman"/>
                <w:sz w:val="16"/>
                <w:szCs w:val="16"/>
                <w:lang w:val="tt-RU"/>
              </w:rPr>
            </w:pPr>
          </w:p>
        </w:tc>
      </w:tr>
      <w:tr w:rsidR="00AA2478" w:rsidRPr="00A5484E" w14:paraId="6466B6D0" w14:textId="77777777" w:rsidTr="00AA2478">
        <w:trPr>
          <w:trHeight w:val="417"/>
        </w:trPr>
        <w:tc>
          <w:tcPr>
            <w:tcW w:w="993" w:type="dxa"/>
          </w:tcPr>
          <w:p w14:paraId="4014C48D"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7C534D4" w14:textId="77777777" w:rsidR="00AA2478" w:rsidRPr="00680F51" w:rsidRDefault="00AA2478" w:rsidP="00AA2478">
            <w:pPr>
              <w:rPr>
                <w:rFonts w:cs="Times New Roman"/>
                <w:sz w:val="24"/>
                <w:szCs w:val="24"/>
                <w:lang w:val="tt-RU"/>
              </w:rPr>
            </w:pPr>
          </w:p>
        </w:tc>
        <w:tc>
          <w:tcPr>
            <w:tcW w:w="951" w:type="dxa"/>
          </w:tcPr>
          <w:p w14:paraId="6388A086" w14:textId="77777777" w:rsidR="00AA2478" w:rsidRPr="00680F51" w:rsidRDefault="00AA2478" w:rsidP="00AA2478">
            <w:pPr>
              <w:jc w:val="center"/>
              <w:rPr>
                <w:rFonts w:cs="Times New Roman"/>
                <w:sz w:val="24"/>
                <w:szCs w:val="24"/>
                <w:lang w:val="tt-RU"/>
              </w:rPr>
            </w:pPr>
          </w:p>
        </w:tc>
        <w:tc>
          <w:tcPr>
            <w:tcW w:w="1175" w:type="dxa"/>
          </w:tcPr>
          <w:p w14:paraId="0B832A19" w14:textId="77777777" w:rsidR="00AA2478" w:rsidRPr="00680F51" w:rsidRDefault="00AA2478" w:rsidP="00AA2478">
            <w:pPr>
              <w:jc w:val="center"/>
              <w:rPr>
                <w:rFonts w:cs="Times New Roman"/>
                <w:sz w:val="24"/>
                <w:szCs w:val="24"/>
                <w:lang w:val="tt-RU"/>
              </w:rPr>
            </w:pPr>
          </w:p>
        </w:tc>
        <w:tc>
          <w:tcPr>
            <w:tcW w:w="1134" w:type="dxa"/>
          </w:tcPr>
          <w:p w14:paraId="41F2A666" w14:textId="77777777" w:rsidR="00AA2478" w:rsidRPr="00680F51" w:rsidRDefault="00AA2478" w:rsidP="00AA2478">
            <w:pPr>
              <w:rPr>
                <w:rFonts w:cs="Times New Roman"/>
                <w:sz w:val="24"/>
                <w:szCs w:val="24"/>
                <w:lang w:val="tt-RU"/>
              </w:rPr>
            </w:pPr>
          </w:p>
        </w:tc>
        <w:tc>
          <w:tcPr>
            <w:tcW w:w="3969" w:type="dxa"/>
          </w:tcPr>
          <w:p w14:paraId="14E65C11" w14:textId="77777777" w:rsidR="00AA2478" w:rsidRPr="00D330BB" w:rsidRDefault="00AA2478" w:rsidP="00AA2478">
            <w:pPr>
              <w:rPr>
                <w:rFonts w:cs="Times New Roman"/>
                <w:sz w:val="16"/>
                <w:szCs w:val="16"/>
                <w:lang w:val="tt-RU"/>
              </w:rPr>
            </w:pPr>
          </w:p>
        </w:tc>
      </w:tr>
      <w:tr w:rsidR="00AA2478" w:rsidRPr="00A5484E" w14:paraId="0B40C0EE" w14:textId="77777777" w:rsidTr="00AA2478">
        <w:tc>
          <w:tcPr>
            <w:tcW w:w="993" w:type="dxa"/>
          </w:tcPr>
          <w:p w14:paraId="53804412"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7AC03FB3" w14:textId="77777777" w:rsidR="00AA2478" w:rsidRPr="00680F51" w:rsidRDefault="00AA2478" w:rsidP="00AA2478">
            <w:pPr>
              <w:rPr>
                <w:rFonts w:cs="Times New Roman"/>
                <w:sz w:val="24"/>
                <w:szCs w:val="24"/>
                <w:lang w:val="tt-RU"/>
              </w:rPr>
            </w:pPr>
            <w:r>
              <w:rPr>
                <w:rFonts w:cs="Times New Roman"/>
                <w:sz w:val="24"/>
                <w:szCs w:val="24"/>
              </w:rPr>
              <w:t>Повторение/</w:t>
            </w:r>
            <w:r w:rsidRPr="00680F51">
              <w:rPr>
                <w:rFonts w:cs="Times New Roman"/>
                <w:sz w:val="24"/>
                <w:szCs w:val="24"/>
              </w:rPr>
              <w:t>Кабатлау</w:t>
            </w:r>
          </w:p>
        </w:tc>
        <w:tc>
          <w:tcPr>
            <w:tcW w:w="951" w:type="dxa"/>
          </w:tcPr>
          <w:p w14:paraId="3C58BC13"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3333FD18" w14:textId="77777777" w:rsidR="00AA2478" w:rsidRPr="00680F51" w:rsidRDefault="00AA2478" w:rsidP="00AA2478">
            <w:pPr>
              <w:jc w:val="center"/>
              <w:rPr>
                <w:rFonts w:cs="Times New Roman"/>
                <w:sz w:val="24"/>
                <w:szCs w:val="24"/>
                <w:lang w:val="en-US"/>
              </w:rPr>
            </w:pPr>
          </w:p>
        </w:tc>
        <w:tc>
          <w:tcPr>
            <w:tcW w:w="1134" w:type="dxa"/>
          </w:tcPr>
          <w:p w14:paraId="6C81538A" w14:textId="77777777" w:rsidR="00AA2478" w:rsidRPr="00680F51" w:rsidRDefault="00AA2478" w:rsidP="00AA2478">
            <w:pPr>
              <w:rPr>
                <w:rFonts w:cs="Times New Roman"/>
                <w:sz w:val="24"/>
                <w:szCs w:val="24"/>
                <w:lang w:val="tt-RU"/>
              </w:rPr>
            </w:pPr>
          </w:p>
        </w:tc>
        <w:tc>
          <w:tcPr>
            <w:tcW w:w="3969" w:type="dxa"/>
          </w:tcPr>
          <w:p w14:paraId="386EBC76" w14:textId="77777777" w:rsidR="00AA2478" w:rsidRPr="00D330BB" w:rsidRDefault="00AA2478" w:rsidP="00AA2478">
            <w:pPr>
              <w:rPr>
                <w:rFonts w:cs="Times New Roman"/>
                <w:sz w:val="16"/>
                <w:szCs w:val="16"/>
                <w:lang w:val="tt-RU"/>
              </w:rPr>
            </w:pPr>
          </w:p>
        </w:tc>
      </w:tr>
      <w:tr w:rsidR="00AA2478" w:rsidRPr="00D95A9A" w14:paraId="2F866BF4" w14:textId="77777777" w:rsidTr="00AA2478">
        <w:trPr>
          <w:trHeight w:val="267"/>
        </w:trPr>
        <w:tc>
          <w:tcPr>
            <w:tcW w:w="993" w:type="dxa"/>
          </w:tcPr>
          <w:p w14:paraId="4E36179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0C32FCDB" w14:textId="77777777" w:rsidR="00AA2478" w:rsidRPr="00680F51" w:rsidRDefault="00AA2478" w:rsidP="00AA2478">
            <w:pPr>
              <w:rPr>
                <w:rFonts w:cs="Times New Roman"/>
                <w:sz w:val="24"/>
                <w:szCs w:val="24"/>
                <w:lang w:val="tt-RU"/>
              </w:rPr>
            </w:pPr>
            <w:r w:rsidRPr="00680F51">
              <w:rPr>
                <w:rFonts w:cs="Times New Roman"/>
                <w:sz w:val="24"/>
                <w:szCs w:val="24"/>
                <w:lang w:val="tt-RU"/>
              </w:rPr>
              <w:t>Слово. Лексическое значение слова./Сүз. Сүзнең лексик мәгънәсе</w:t>
            </w:r>
          </w:p>
          <w:p w14:paraId="1B1B159C" w14:textId="77777777" w:rsidR="00AA2478" w:rsidRPr="00680F51" w:rsidRDefault="00AA2478" w:rsidP="00AA2478">
            <w:pPr>
              <w:jc w:val="center"/>
              <w:rPr>
                <w:rFonts w:cs="Times New Roman"/>
                <w:sz w:val="24"/>
                <w:szCs w:val="24"/>
                <w:lang w:val="tt-RU"/>
              </w:rPr>
            </w:pPr>
          </w:p>
          <w:p w14:paraId="7918B00D" w14:textId="77777777" w:rsidR="00AA2478" w:rsidRPr="00680F51" w:rsidRDefault="00AA2478" w:rsidP="00AA2478">
            <w:pPr>
              <w:rPr>
                <w:rFonts w:cs="Times New Roman"/>
                <w:sz w:val="24"/>
                <w:szCs w:val="24"/>
                <w:lang w:val="tt-RU"/>
              </w:rPr>
            </w:pPr>
          </w:p>
        </w:tc>
        <w:tc>
          <w:tcPr>
            <w:tcW w:w="951" w:type="dxa"/>
            <w:vMerge w:val="restart"/>
          </w:tcPr>
          <w:p w14:paraId="4326CD45" w14:textId="77777777" w:rsidR="00AA2478" w:rsidRPr="00680F51" w:rsidRDefault="00AA2478" w:rsidP="00AA2478">
            <w:pPr>
              <w:jc w:val="center"/>
              <w:rPr>
                <w:rFonts w:cs="Times New Roman"/>
                <w:sz w:val="24"/>
                <w:szCs w:val="24"/>
                <w:lang w:val="tt-RU"/>
              </w:rPr>
            </w:pPr>
            <w:r>
              <w:rPr>
                <w:rFonts w:cs="Times New Roman"/>
                <w:sz w:val="24"/>
                <w:szCs w:val="24"/>
                <w:lang w:val="tt-RU"/>
              </w:rPr>
              <w:t>3</w:t>
            </w:r>
          </w:p>
        </w:tc>
        <w:tc>
          <w:tcPr>
            <w:tcW w:w="1175" w:type="dxa"/>
          </w:tcPr>
          <w:p w14:paraId="429DB54B" w14:textId="77777777" w:rsidR="00AA2478" w:rsidRPr="00680F51" w:rsidRDefault="00AA2478" w:rsidP="00AA2478">
            <w:pPr>
              <w:jc w:val="center"/>
              <w:rPr>
                <w:rFonts w:cs="Times New Roman"/>
                <w:sz w:val="24"/>
                <w:szCs w:val="24"/>
                <w:lang w:val="tt-RU"/>
              </w:rPr>
            </w:pPr>
          </w:p>
        </w:tc>
        <w:tc>
          <w:tcPr>
            <w:tcW w:w="1134" w:type="dxa"/>
          </w:tcPr>
          <w:p w14:paraId="3740E74C" w14:textId="77777777" w:rsidR="00AA2478" w:rsidRPr="00680F51" w:rsidRDefault="00AA2478" w:rsidP="00AA2478">
            <w:pPr>
              <w:rPr>
                <w:rFonts w:cs="Times New Roman"/>
                <w:sz w:val="24"/>
                <w:szCs w:val="24"/>
                <w:lang w:val="tt-RU"/>
              </w:rPr>
            </w:pPr>
          </w:p>
        </w:tc>
        <w:tc>
          <w:tcPr>
            <w:tcW w:w="3969" w:type="dxa"/>
          </w:tcPr>
          <w:p w14:paraId="4FF61B69" w14:textId="77777777" w:rsidR="00AA2478" w:rsidRPr="00D330BB" w:rsidRDefault="00AA2478" w:rsidP="00AA2478">
            <w:pPr>
              <w:rPr>
                <w:rFonts w:cs="Times New Roman"/>
                <w:sz w:val="16"/>
                <w:szCs w:val="16"/>
                <w:lang w:val="tt-RU"/>
              </w:rPr>
            </w:pPr>
          </w:p>
        </w:tc>
      </w:tr>
      <w:tr w:rsidR="00AA2478" w:rsidRPr="00600724" w14:paraId="4F5A5055" w14:textId="77777777" w:rsidTr="00AA2478">
        <w:trPr>
          <w:trHeight w:val="288"/>
        </w:trPr>
        <w:tc>
          <w:tcPr>
            <w:tcW w:w="993" w:type="dxa"/>
          </w:tcPr>
          <w:p w14:paraId="52E83D3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32805A91" w14:textId="77777777" w:rsidR="00AA2478" w:rsidRPr="00680F51" w:rsidRDefault="00AA2478" w:rsidP="00AA2478">
            <w:pPr>
              <w:rPr>
                <w:rFonts w:cs="Times New Roman"/>
                <w:sz w:val="24"/>
                <w:szCs w:val="24"/>
                <w:lang w:val="tt-RU"/>
              </w:rPr>
            </w:pPr>
          </w:p>
        </w:tc>
        <w:tc>
          <w:tcPr>
            <w:tcW w:w="951" w:type="dxa"/>
            <w:vMerge/>
          </w:tcPr>
          <w:p w14:paraId="011F3762" w14:textId="77777777" w:rsidR="00AA2478" w:rsidRPr="00680F51" w:rsidRDefault="00AA2478" w:rsidP="00AA2478">
            <w:pPr>
              <w:jc w:val="center"/>
              <w:rPr>
                <w:rFonts w:cs="Times New Roman"/>
                <w:sz w:val="24"/>
                <w:szCs w:val="24"/>
                <w:lang w:val="tt-RU"/>
              </w:rPr>
            </w:pPr>
          </w:p>
        </w:tc>
        <w:tc>
          <w:tcPr>
            <w:tcW w:w="1175" w:type="dxa"/>
          </w:tcPr>
          <w:p w14:paraId="259C61C0" w14:textId="77777777" w:rsidR="00AA2478" w:rsidRPr="00680F51" w:rsidRDefault="00AA2478" w:rsidP="00AA2478">
            <w:pPr>
              <w:jc w:val="center"/>
              <w:rPr>
                <w:rFonts w:cs="Times New Roman"/>
                <w:sz w:val="24"/>
                <w:szCs w:val="24"/>
                <w:lang w:val="tt-RU"/>
              </w:rPr>
            </w:pPr>
          </w:p>
        </w:tc>
        <w:tc>
          <w:tcPr>
            <w:tcW w:w="1134" w:type="dxa"/>
          </w:tcPr>
          <w:p w14:paraId="7B5ED099" w14:textId="77777777" w:rsidR="00AA2478" w:rsidRPr="00680F51" w:rsidRDefault="00AA2478" w:rsidP="00AA2478">
            <w:pPr>
              <w:rPr>
                <w:rFonts w:cs="Times New Roman"/>
                <w:sz w:val="24"/>
                <w:szCs w:val="24"/>
                <w:lang w:val="tt-RU"/>
              </w:rPr>
            </w:pPr>
          </w:p>
        </w:tc>
        <w:tc>
          <w:tcPr>
            <w:tcW w:w="3969" w:type="dxa"/>
          </w:tcPr>
          <w:p w14:paraId="7F757EB8" w14:textId="77777777" w:rsidR="00AA2478" w:rsidRPr="00D330BB" w:rsidRDefault="00863D41" w:rsidP="00AA2478">
            <w:pPr>
              <w:rPr>
                <w:rFonts w:cs="Times New Roman"/>
                <w:sz w:val="16"/>
                <w:szCs w:val="16"/>
                <w:lang w:val="tt-RU"/>
              </w:rPr>
            </w:pPr>
            <w:hyperlink r:id="rId35" w:history="1">
              <w:r w:rsidR="00AA2478" w:rsidRPr="00D330BB">
                <w:rPr>
                  <w:rStyle w:val="af2"/>
                  <w:rFonts w:cs="Times New Roman"/>
                  <w:sz w:val="16"/>
                  <w:szCs w:val="16"/>
                  <w:lang w:val="tt-RU"/>
                </w:rPr>
                <w:t>https://mon.tatarstan.ru/razrabotki-urokov-po-rodnomu-tatarskomu-yaziku-i.htm</w:t>
              </w:r>
            </w:hyperlink>
          </w:p>
          <w:p w14:paraId="598B481C" w14:textId="77777777" w:rsidR="00AA2478" w:rsidRPr="00D330BB" w:rsidRDefault="00AA2478" w:rsidP="00AA2478">
            <w:pPr>
              <w:rPr>
                <w:rFonts w:cs="Times New Roman"/>
                <w:sz w:val="16"/>
                <w:szCs w:val="16"/>
                <w:lang w:val="tt-RU"/>
              </w:rPr>
            </w:pPr>
          </w:p>
        </w:tc>
      </w:tr>
      <w:tr w:rsidR="00AA2478" w:rsidRPr="00600724" w14:paraId="0AA153FE" w14:textId="77777777" w:rsidTr="00AA2478">
        <w:trPr>
          <w:trHeight w:val="288"/>
        </w:trPr>
        <w:tc>
          <w:tcPr>
            <w:tcW w:w="993" w:type="dxa"/>
          </w:tcPr>
          <w:p w14:paraId="56C8B7E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6D42F4E6" w14:textId="77777777" w:rsidR="00AA2478" w:rsidRPr="00680F51" w:rsidRDefault="00AA2478" w:rsidP="00AA2478">
            <w:pPr>
              <w:rPr>
                <w:rFonts w:cs="Times New Roman"/>
                <w:sz w:val="24"/>
                <w:szCs w:val="24"/>
                <w:lang w:val="tt-RU"/>
              </w:rPr>
            </w:pPr>
          </w:p>
        </w:tc>
        <w:tc>
          <w:tcPr>
            <w:tcW w:w="951" w:type="dxa"/>
          </w:tcPr>
          <w:p w14:paraId="3CBA044E" w14:textId="77777777" w:rsidR="00AA2478" w:rsidRPr="00680F51" w:rsidRDefault="00AA2478" w:rsidP="00AA2478">
            <w:pPr>
              <w:jc w:val="center"/>
              <w:rPr>
                <w:rFonts w:cs="Times New Roman"/>
                <w:sz w:val="24"/>
                <w:szCs w:val="24"/>
                <w:lang w:val="tt-RU"/>
              </w:rPr>
            </w:pPr>
          </w:p>
        </w:tc>
        <w:tc>
          <w:tcPr>
            <w:tcW w:w="1175" w:type="dxa"/>
          </w:tcPr>
          <w:p w14:paraId="4743FBC7" w14:textId="77777777" w:rsidR="00AA2478" w:rsidRPr="00680F51" w:rsidRDefault="00AA2478" w:rsidP="00AA2478">
            <w:pPr>
              <w:jc w:val="center"/>
              <w:rPr>
                <w:rFonts w:cs="Times New Roman"/>
                <w:sz w:val="24"/>
                <w:szCs w:val="24"/>
                <w:lang w:val="tt-RU"/>
              </w:rPr>
            </w:pPr>
          </w:p>
        </w:tc>
        <w:tc>
          <w:tcPr>
            <w:tcW w:w="1134" w:type="dxa"/>
          </w:tcPr>
          <w:p w14:paraId="161EDA29" w14:textId="77777777" w:rsidR="00AA2478" w:rsidRPr="00680F51" w:rsidRDefault="00AA2478" w:rsidP="00AA2478">
            <w:pPr>
              <w:rPr>
                <w:rFonts w:cs="Times New Roman"/>
                <w:sz w:val="24"/>
                <w:szCs w:val="24"/>
                <w:lang w:val="tt-RU"/>
              </w:rPr>
            </w:pPr>
          </w:p>
        </w:tc>
        <w:tc>
          <w:tcPr>
            <w:tcW w:w="3969" w:type="dxa"/>
          </w:tcPr>
          <w:p w14:paraId="38A41AB5" w14:textId="77777777" w:rsidR="00AA2478" w:rsidRPr="00AA2478" w:rsidRDefault="00AA2478" w:rsidP="00AA2478">
            <w:pPr>
              <w:rPr>
                <w:lang w:val="tt-RU"/>
              </w:rPr>
            </w:pPr>
          </w:p>
        </w:tc>
      </w:tr>
      <w:tr w:rsidR="00AA2478" w:rsidRPr="00600724" w14:paraId="2E519923" w14:textId="77777777" w:rsidTr="00AA2478">
        <w:trPr>
          <w:trHeight w:val="417"/>
        </w:trPr>
        <w:tc>
          <w:tcPr>
            <w:tcW w:w="993" w:type="dxa"/>
          </w:tcPr>
          <w:p w14:paraId="6A2000A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68C4F3A8" w14:textId="77777777" w:rsidR="00AA2478" w:rsidRPr="00680F51" w:rsidRDefault="00AA2478" w:rsidP="00AA2478">
            <w:pPr>
              <w:rPr>
                <w:rFonts w:cs="Times New Roman"/>
                <w:sz w:val="24"/>
                <w:szCs w:val="24"/>
                <w:lang w:val="tt-RU"/>
              </w:rPr>
            </w:pPr>
            <w:r w:rsidRPr="00680F51">
              <w:rPr>
                <w:rFonts w:cs="Times New Roman"/>
                <w:sz w:val="24"/>
                <w:szCs w:val="24"/>
                <w:lang w:val="tt-RU"/>
              </w:rPr>
              <w:t>Синонимнар. Антонимнар</w:t>
            </w:r>
          </w:p>
          <w:p w14:paraId="66C465B2" w14:textId="77777777" w:rsidR="00AA2478" w:rsidRPr="00680F51" w:rsidRDefault="00AA2478" w:rsidP="00AA2478">
            <w:pPr>
              <w:jc w:val="center"/>
              <w:rPr>
                <w:rFonts w:cs="Times New Roman"/>
                <w:sz w:val="24"/>
                <w:szCs w:val="24"/>
                <w:lang w:val="tt-RU"/>
              </w:rPr>
            </w:pPr>
          </w:p>
          <w:p w14:paraId="177E4C90" w14:textId="77777777" w:rsidR="00AA2478" w:rsidRPr="00680F51" w:rsidRDefault="00AA2478" w:rsidP="00AA2478">
            <w:pPr>
              <w:jc w:val="center"/>
              <w:rPr>
                <w:rFonts w:cs="Times New Roman"/>
                <w:sz w:val="24"/>
                <w:szCs w:val="24"/>
                <w:lang w:val="tt-RU"/>
              </w:rPr>
            </w:pPr>
          </w:p>
        </w:tc>
        <w:tc>
          <w:tcPr>
            <w:tcW w:w="951" w:type="dxa"/>
            <w:vMerge w:val="restart"/>
          </w:tcPr>
          <w:p w14:paraId="634BDD31" w14:textId="77777777" w:rsidR="00AA2478" w:rsidRPr="00680F51" w:rsidRDefault="00AA2478" w:rsidP="00AA2478">
            <w:pPr>
              <w:jc w:val="center"/>
              <w:rPr>
                <w:rFonts w:cs="Times New Roman"/>
                <w:sz w:val="24"/>
                <w:szCs w:val="24"/>
                <w:lang w:val="tt-RU"/>
              </w:rPr>
            </w:pPr>
            <w:r>
              <w:rPr>
                <w:rFonts w:cs="Times New Roman"/>
                <w:sz w:val="24"/>
                <w:szCs w:val="24"/>
                <w:lang w:val="tt-RU"/>
              </w:rPr>
              <w:t>3</w:t>
            </w:r>
          </w:p>
        </w:tc>
        <w:tc>
          <w:tcPr>
            <w:tcW w:w="1175" w:type="dxa"/>
          </w:tcPr>
          <w:p w14:paraId="7071996F" w14:textId="77777777" w:rsidR="00AA2478" w:rsidRPr="00680F51" w:rsidRDefault="00AA2478" w:rsidP="00AA2478">
            <w:pPr>
              <w:jc w:val="center"/>
              <w:rPr>
                <w:rFonts w:cs="Times New Roman"/>
                <w:sz w:val="24"/>
                <w:szCs w:val="24"/>
                <w:lang w:val="tt-RU"/>
              </w:rPr>
            </w:pPr>
          </w:p>
        </w:tc>
        <w:tc>
          <w:tcPr>
            <w:tcW w:w="1134" w:type="dxa"/>
          </w:tcPr>
          <w:p w14:paraId="51182219" w14:textId="77777777" w:rsidR="00AA2478" w:rsidRPr="00680F51" w:rsidRDefault="00AA2478" w:rsidP="00AA2478">
            <w:pPr>
              <w:rPr>
                <w:rFonts w:cs="Times New Roman"/>
                <w:sz w:val="24"/>
                <w:szCs w:val="24"/>
                <w:lang w:val="tt-RU"/>
              </w:rPr>
            </w:pPr>
          </w:p>
        </w:tc>
        <w:tc>
          <w:tcPr>
            <w:tcW w:w="3969" w:type="dxa"/>
            <w:vMerge w:val="restart"/>
          </w:tcPr>
          <w:p w14:paraId="25E0ECC7" w14:textId="77777777" w:rsidR="00AA2478" w:rsidRPr="00D330BB" w:rsidRDefault="00863D41" w:rsidP="00AA2478">
            <w:pPr>
              <w:rPr>
                <w:rFonts w:cs="Times New Roman"/>
                <w:sz w:val="16"/>
                <w:szCs w:val="16"/>
                <w:lang w:val="tt-RU"/>
              </w:rPr>
            </w:pPr>
            <w:hyperlink r:id="rId36" w:history="1">
              <w:r w:rsidR="00AA2478" w:rsidRPr="00D330BB">
                <w:rPr>
                  <w:rStyle w:val="af2"/>
                  <w:rFonts w:cs="Times New Roman"/>
                  <w:sz w:val="16"/>
                  <w:szCs w:val="16"/>
                  <w:lang w:val="tt-RU"/>
                </w:rPr>
                <w:t>https://infourok.ru/material.html?mid=6469&amp;ysclid=lmaai2w9po933920915</w:t>
              </w:r>
            </w:hyperlink>
          </w:p>
          <w:p w14:paraId="40E86403" w14:textId="77777777" w:rsidR="00AA2478" w:rsidRPr="00D330BB" w:rsidRDefault="00AA2478" w:rsidP="00AA2478">
            <w:pPr>
              <w:rPr>
                <w:rFonts w:cs="Times New Roman"/>
                <w:sz w:val="16"/>
                <w:szCs w:val="16"/>
                <w:lang w:val="tt-RU"/>
              </w:rPr>
            </w:pPr>
          </w:p>
        </w:tc>
      </w:tr>
      <w:tr w:rsidR="00AA2478" w:rsidRPr="00600724" w14:paraId="5C36DCB0" w14:textId="77777777" w:rsidTr="00AA2478">
        <w:trPr>
          <w:trHeight w:val="267"/>
        </w:trPr>
        <w:tc>
          <w:tcPr>
            <w:tcW w:w="993" w:type="dxa"/>
          </w:tcPr>
          <w:p w14:paraId="0B6CA996"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62B2991C" w14:textId="77777777" w:rsidR="00AA2478" w:rsidRPr="00680F51" w:rsidRDefault="00AA2478" w:rsidP="00AA2478">
            <w:pPr>
              <w:jc w:val="center"/>
              <w:rPr>
                <w:rFonts w:cs="Times New Roman"/>
                <w:sz w:val="24"/>
                <w:szCs w:val="24"/>
                <w:lang w:val="tt-RU"/>
              </w:rPr>
            </w:pPr>
          </w:p>
        </w:tc>
        <w:tc>
          <w:tcPr>
            <w:tcW w:w="951" w:type="dxa"/>
            <w:vMerge/>
          </w:tcPr>
          <w:p w14:paraId="78A8BB28" w14:textId="77777777" w:rsidR="00AA2478" w:rsidRPr="00680F51" w:rsidRDefault="00AA2478" w:rsidP="00AA2478">
            <w:pPr>
              <w:jc w:val="center"/>
              <w:rPr>
                <w:rFonts w:cs="Times New Roman"/>
                <w:sz w:val="24"/>
                <w:szCs w:val="24"/>
                <w:lang w:val="tt-RU"/>
              </w:rPr>
            </w:pPr>
          </w:p>
        </w:tc>
        <w:tc>
          <w:tcPr>
            <w:tcW w:w="1175" w:type="dxa"/>
          </w:tcPr>
          <w:p w14:paraId="7C20F4A0" w14:textId="77777777" w:rsidR="00AA2478" w:rsidRPr="00680F51" w:rsidRDefault="00AA2478" w:rsidP="00AA2478">
            <w:pPr>
              <w:jc w:val="center"/>
              <w:rPr>
                <w:rFonts w:cs="Times New Roman"/>
                <w:sz w:val="24"/>
                <w:szCs w:val="24"/>
                <w:lang w:val="tt-RU"/>
              </w:rPr>
            </w:pPr>
          </w:p>
        </w:tc>
        <w:tc>
          <w:tcPr>
            <w:tcW w:w="1134" w:type="dxa"/>
          </w:tcPr>
          <w:p w14:paraId="17558B26" w14:textId="77777777" w:rsidR="00AA2478" w:rsidRPr="00680F51" w:rsidRDefault="00AA2478" w:rsidP="00AA2478">
            <w:pPr>
              <w:rPr>
                <w:rFonts w:cs="Times New Roman"/>
                <w:sz w:val="24"/>
                <w:szCs w:val="24"/>
                <w:lang w:val="tt-RU"/>
              </w:rPr>
            </w:pPr>
          </w:p>
        </w:tc>
        <w:tc>
          <w:tcPr>
            <w:tcW w:w="3969" w:type="dxa"/>
            <w:vMerge/>
          </w:tcPr>
          <w:p w14:paraId="47C7EF5F" w14:textId="77777777" w:rsidR="00AA2478" w:rsidRPr="00D330BB" w:rsidRDefault="00AA2478" w:rsidP="00AA2478">
            <w:pPr>
              <w:rPr>
                <w:rFonts w:cs="Times New Roman"/>
                <w:sz w:val="16"/>
                <w:szCs w:val="16"/>
                <w:lang w:val="tt-RU"/>
              </w:rPr>
            </w:pPr>
          </w:p>
        </w:tc>
      </w:tr>
      <w:tr w:rsidR="00AA2478" w:rsidRPr="00600724" w14:paraId="661AEFC8" w14:textId="77777777" w:rsidTr="00AA2478">
        <w:trPr>
          <w:trHeight w:val="267"/>
        </w:trPr>
        <w:tc>
          <w:tcPr>
            <w:tcW w:w="993" w:type="dxa"/>
          </w:tcPr>
          <w:p w14:paraId="3FBD293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56E34F04" w14:textId="77777777" w:rsidR="00AA2478" w:rsidRPr="00680F51" w:rsidRDefault="00AA2478" w:rsidP="00AA2478">
            <w:pPr>
              <w:jc w:val="center"/>
              <w:rPr>
                <w:rFonts w:cs="Times New Roman"/>
                <w:sz w:val="24"/>
                <w:szCs w:val="24"/>
                <w:lang w:val="tt-RU"/>
              </w:rPr>
            </w:pPr>
          </w:p>
        </w:tc>
        <w:tc>
          <w:tcPr>
            <w:tcW w:w="951" w:type="dxa"/>
          </w:tcPr>
          <w:p w14:paraId="695B2817" w14:textId="77777777" w:rsidR="00AA2478" w:rsidRPr="00680F51" w:rsidRDefault="00AA2478" w:rsidP="00AA2478">
            <w:pPr>
              <w:jc w:val="center"/>
              <w:rPr>
                <w:rFonts w:cs="Times New Roman"/>
                <w:sz w:val="24"/>
                <w:szCs w:val="24"/>
                <w:lang w:val="tt-RU"/>
              </w:rPr>
            </w:pPr>
          </w:p>
        </w:tc>
        <w:tc>
          <w:tcPr>
            <w:tcW w:w="1175" w:type="dxa"/>
          </w:tcPr>
          <w:p w14:paraId="691DD9D0" w14:textId="77777777" w:rsidR="00AA2478" w:rsidRPr="00680F51" w:rsidRDefault="00AA2478" w:rsidP="00AA2478">
            <w:pPr>
              <w:jc w:val="center"/>
              <w:rPr>
                <w:rFonts w:cs="Times New Roman"/>
                <w:sz w:val="24"/>
                <w:szCs w:val="24"/>
                <w:lang w:val="tt-RU"/>
              </w:rPr>
            </w:pPr>
          </w:p>
        </w:tc>
        <w:tc>
          <w:tcPr>
            <w:tcW w:w="1134" w:type="dxa"/>
          </w:tcPr>
          <w:p w14:paraId="3939EA23" w14:textId="77777777" w:rsidR="00AA2478" w:rsidRPr="00680F51" w:rsidRDefault="00AA2478" w:rsidP="00AA2478">
            <w:pPr>
              <w:rPr>
                <w:rFonts w:cs="Times New Roman"/>
                <w:sz w:val="24"/>
                <w:szCs w:val="24"/>
                <w:lang w:val="tt-RU"/>
              </w:rPr>
            </w:pPr>
          </w:p>
        </w:tc>
        <w:tc>
          <w:tcPr>
            <w:tcW w:w="3969" w:type="dxa"/>
          </w:tcPr>
          <w:p w14:paraId="7DD817EE" w14:textId="77777777" w:rsidR="00AA2478" w:rsidRPr="00D330BB" w:rsidRDefault="00AA2478" w:rsidP="00AA2478">
            <w:pPr>
              <w:rPr>
                <w:rFonts w:cs="Times New Roman"/>
                <w:sz w:val="16"/>
                <w:szCs w:val="16"/>
                <w:lang w:val="tt-RU"/>
              </w:rPr>
            </w:pPr>
          </w:p>
        </w:tc>
      </w:tr>
      <w:tr w:rsidR="00AA2478" w:rsidRPr="00600724" w14:paraId="3453423F" w14:textId="77777777" w:rsidTr="00AA2478">
        <w:trPr>
          <w:trHeight w:val="542"/>
        </w:trPr>
        <w:tc>
          <w:tcPr>
            <w:tcW w:w="993" w:type="dxa"/>
          </w:tcPr>
          <w:p w14:paraId="326DC245"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37C29926" w14:textId="77777777" w:rsidR="00AA2478" w:rsidRPr="00680F51" w:rsidRDefault="00AA2478" w:rsidP="00AA2478">
            <w:pPr>
              <w:rPr>
                <w:rFonts w:cs="Times New Roman"/>
                <w:sz w:val="24"/>
                <w:szCs w:val="24"/>
              </w:rPr>
            </w:pPr>
            <w:r w:rsidRPr="00680F51">
              <w:rPr>
                <w:rFonts w:cs="Times New Roman"/>
                <w:sz w:val="24"/>
                <w:szCs w:val="24"/>
              </w:rPr>
              <w:t>Омонимы/ Аваздаш сүзлә</w:t>
            </w:r>
            <w:proofErr w:type="gramStart"/>
            <w:r w:rsidRPr="00680F51">
              <w:rPr>
                <w:rFonts w:cs="Times New Roman"/>
                <w:sz w:val="24"/>
                <w:szCs w:val="24"/>
              </w:rPr>
              <w:t>р</w:t>
            </w:r>
            <w:proofErr w:type="gramEnd"/>
          </w:p>
          <w:p w14:paraId="3F7A169B" w14:textId="77777777" w:rsidR="00AA2478" w:rsidRPr="00680F51" w:rsidRDefault="00AA2478" w:rsidP="00AA2478">
            <w:pPr>
              <w:rPr>
                <w:rFonts w:cs="Times New Roman"/>
                <w:sz w:val="24"/>
                <w:szCs w:val="24"/>
              </w:rPr>
            </w:pPr>
          </w:p>
          <w:p w14:paraId="49C1FCF1" w14:textId="77777777" w:rsidR="00AA2478" w:rsidRPr="00680F51" w:rsidRDefault="00AA2478" w:rsidP="00AA2478">
            <w:pPr>
              <w:rPr>
                <w:rFonts w:cs="Times New Roman"/>
                <w:sz w:val="24"/>
                <w:szCs w:val="24"/>
                <w:lang w:val="tt-RU"/>
              </w:rPr>
            </w:pPr>
          </w:p>
        </w:tc>
        <w:tc>
          <w:tcPr>
            <w:tcW w:w="951" w:type="dxa"/>
            <w:vMerge w:val="restart"/>
          </w:tcPr>
          <w:p w14:paraId="32119214" w14:textId="77777777" w:rsidR="00AA2478" w:rsidRPr="00680F51" w:rsidRDefault="00AA2478" w:rsidP="00AA2478">
            <w:pPr>
              <w:jc w:val="center"/>
              <w:rPr>
                <w:rFonts w:cs="Times New Roman"/>
                <w:sz w:val="24"/>
                <w:szCs w:val="24"/>
                <w:lang w:val="tt-RU"/>
              </w:rPr>
            </w:pPr>
            <w:r>
              <w:rPr>
                <w:rFonts w:cs="Times New Roman"/>
                <w:sz w:val="24"/>
                <w:szCs w:val="24"/>
                <w:lang w:val="tt-RU"/>
              </w:rPr>
              <w:t>3</w:t>
            </w:r>
          </w:p>
        </w:tc>
        <w:tc>
          <w:tcPr>
            <w:tcW w:w="1175" w:type="dxa"/>
          </w:tcPr>
          <w:p w14:paraId="671DCBA6" w14:textId="77777777" w:rsidR="00AA2478" w:rsidRPr="00680F51" w:rsidRDefault="00AA2478" w:rsidP="00AA2478">
            <w:pPr>
              <w:jc w:val="center"/>
              <w:rPr>
                <w:rFonts w:cs="Times New Roman"/>
                <w:sz w:val="24"/>
                <w:szCs w:val="24"/>
                <w:lang w:val="tt-RU"/>
              </w:rPr>
            </w:pPr>
          </w:p>
        </w:tc>
        <w:tc>
          <w:tcPr>
            <w:tcW w:w="1134" w:type="dxa"/>
          </w:tcPr>
          <w:p w14:paraId="7D1A9CF5" w14:textId="77777777" w:rsidR="00AA2478" w:rsidRPr="00680F51" w:rsidRDefault="00AA2478" w:rsidP="00AA2478">
            <w:pPr>
              <w:rPr>
                <w:rFonts w:cs="Times New Roman"/>
                <w:sz w:val="24"/>
                <w:szCs w:val="24"/>
                <w:lang w:val="tt-RU"/>
              </w:rPr>
            </w:pPr>
          </w:p>
        </w:tc>
        <w:tc>
          <w:tcPr>
            <w:tcW w:w="3969" w:type="dxa"/>
          </w:tcPr>
          <w:p w14:paraId="0104544D" w14:textId="77777777" w:rsidR="00AA2478" w:rsidRDefault="00863D41" w:rsidP="00AA2478">
            <w:pPr>
              <w:rPr>
                <w:rFonts w:cs="Times New Roman"/>
                <w:sz w:val="16"/>
                <w:szCs w:val="16"/>
                <w:lang w:val="tt-RU"/>
              </w:rPr>
            </w:pPr>
            <w:hyperlink r:id="rId37" w:history="1">
              <w:r w:rsidR="00AA2478" w:rsidRPr="00C12EE6">
                <w:rPr>
                  <w:rStyle w:val="af2"/>
                  <w:rFonts w:cs="Times New Roman"/>
                  <w:sz w:val="16"/>
                  <w:szCs w:val="16"/>
                  <w:lang w:val="tt-RU"/>
                </w:rPr>
                <w:t>https://mon.tatarstan.ru/razrabotki-urokov-po-rodnomu-tatarskomu-yaziku-i.htm</w:t>
              </w:r>
            </w:hyperlink>
          </w:p>
          <w:p w14:paraId="1E22B3AA" w14:textId="77777777" w:rsidR="00AA2478" w:rsidRPr="00D330BB" w:rsidRDefault="00AA2478" w:rsidP="00AA2478">
            <w:pPr>
              <w:rPr>
                <w:rFonts w:cs="Times New Roman"/>
                <w:sz w:val="16"/>
                <w:szCs w:val="16"/>
                <w:lang w:val="tt-RU"/>
              </w:rPr>
            </w:pPr>
          </w:p>
        </w:tc>
      </w:tr>
      <w:tr w:rsidR="00AA2478" w:rsidRPr="00600724" w14:paraId="3096EE58" w14:textId="77777777" w:rsidTr="00AA2478">
        <w:trPr>
          <w:trHeight w:val="408"/>
        </w:trPr>
        <w:tc>
          <w:tcPr>
            <w:tcW w:w="993" w:type="dxa"/>
          </w:tcPr>
          <w:p w14:paraId="792146C8"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CA571B0" w14:textId="77777777" w:rsidR="00AA2478" w:rsidRPr="00B6769C" w:rsidRDefault="00AA2478" w:rsidP="00AA2478">
            <w:pPr>
              <w:rPr>
                <w:rFonts w:cs="Times New Roman"/>
                <w:sz w:val="24"/>
                <w:szCs w:val="24"/>
                <w:lang w:val="tt-RU"/>
              </w:rPr>
            </w:pPr>
          </w:p>
        </w:tc>
        <w:tc>
          <w:tcPr>
            <w:tcW w:w="951" w:type="dxa"/>
            <w:vMerge/>
          </w:tcPr>
          <w:p w14:paraId="420734F2" w14:textId="77777777" w:rsidR="00AA2478" w:rsidRPr="00680F51" w:rsidRDefault="00AA2478" w:rsidP="00AA2478">
            <w:pPr>
              <w:jc w:val="center"/>
              <w:rPr>
                <w:rFonts w:cs="Times New Roman"/>
                <w:sz w:val="24"/>
                <w:szCs w:val="24"/>
                <w:lang w:val="tt-RU"/>
              </w:rPr>
            </w:pPr>
          </w:p>
        </w:tc>
        <w:tc>
          <w:tcPr>
            <w:tcW w:w="1175" w:type="dxa"/>
          </w:tcPr>
          <w:p w14:paraId="2986F0BF" w14:textId="77777777" w:rsidR="00AA2478" w:rsidRPr="00680F51" w:rsidRDefault="00AA2478" w:rsidP="00AA2478">
            <w:pPr>
              <w:jc w:val="center"/>
              <w:rPr>
                <w:rFonts w:cs="Times New Roman"/>
                <w:sz w:val="24"/>
                <w:szCs w:val="24"/>
                <w:lang w:val="tt-RU"/>
              </w:rPr>
            </w:pPr>
          </w:p>
        </w:tc>
        <w:tc>
          <w:tcPr>
            <w:tcW w:w="1134" w:type="dxa"/>
          </w:tcPr>
          <w:p w14:paraId="38CE9825" w14:textId="77777777" w:rsidR="00AA2478" w:rsidRPr="00680F51" w:rsidRDefault="00AA2478" w:rsidP="00AA2478">
            <w:pPr>
              <w:rPr>
                <w:rFonts w:cs="Times New Roman"/>
                <w:sz w:val="24"/>
                <w:szCs w:val="24"/>
                <w:lang w:val="tt-RU"/>
              </w:rPr>
            </w:pPr>
          </w:p>
        </w:tc>
        <w:tc>
          <w:tcPr>
            <w:tcW w:w="3969" w:type="dxa"/>
          </w:tcPr>
          <w:p w14:paraId="68AF853A" w14:textId="77777777" w:rsidR="00AA2478" w:rsidRPr="00D330BB" w:rsidRDefault="00AA2478" w:rsidP="00AA2478">
            <w:pPr>
              <w:rPr>
                <w:rFonts w:cs="Times New Roman"/>
                <w:sz w:val="16"/>
                <w:szCs w:val="16"/>
                <w:lang w:val="tt-RU"/>
              </w:rPr>
            </w:pPr>
          </w:p>
        </w:tc>
      </w:tr>
      <w:tr w:rsidR="00AA2478" w:rsidRPr="00600724" w14:paraId="3F9C53E6" w14:textId="77777777" w:rsidTr="00AA2478">
        <w:trPr>
          <w:trHeight w:val="408"/>
        </w:trPr>
        <w:tc>
          <w:tcPr>
            <w:tcW w:w="993" w:type="dxa"/>
          </w:tcPr>
          <w:p w14:paraId="29426B8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7422FCEA" w14:textId="77777777" w:rsidR="00AA2478" w:rsidRPr="00B6769C" w:rsidRDefault="00AA2478" w:rsidP="00AA2478">
            <w:pPr>
              <w:rPr>
                <w:rFonts w:cs="Times New Roman"/>
                <w:sz w:val="24"/>
                <w:szCs w:val="24"/>
                <w:lang w:val="tt-RU"/>
              </w:rPr>
            </w:pPr>
          </w:p>
        </w:tc>
        <w:tc>
          <w:tcPr>
            <w:tcW w:w="951" w:type="dxa"/>
          </w:tcPr>
          <w:p w14:paraId="7D4DA107" w14:textId="77777777" w:rsidR="00AA2478" w:rsidRPr="00680F51" w:rsidRDefault="00AA2478" w:rsidP="00AA2478">
            <w:pPr>
              <w:jc w:val="center"/>
              <w:rPr>
                <w:rFonts w:cs="Times New Roman"/>
                <w:sz w:val="24"/>
                <w:szCs w:val="24"/>
                <w:lang w:val="tt-RU"/>
              </w:rPr>
            </w:pPr>
          </w:p>
        </w:tc>
        <w:tc>
          <w:tcPr>
            <w:tcW w:w="1175" w:type="dxa"/>
          </w:tcPr>
          <w:p w14:paraId="26278BD8" w14:textId="77777777" w:rsidR="00AA2478" w:rsidRPr="00680F51" w:rsidRDefault="00AA2478" w:rsidP="00AA2478">
            <w:pPr>
              <w:jc w:val="center"/>
              <w:rPr>
                <w:rFonts w:cs="Times New Roman"/>
                <w:sz w:val="24"/>
                <w:szCs w:val="24"/>
                <w:lang w:val="tt-RU"/>
              </w:rPr>
            </w:pPr>
          </w:p>
        </w:tc>
        <w:tc>
          <w:tcPr>
            <w:tcW w:w="1134" w:type="dxa"/>
          </w:tcPr>
          <w:p w14:paraId="562CB283" w14:textId="77777777" w:rsidR="00AA2478" w:rsidRPr="00680F51" w:rsidRDefault="00AA2478" w:rsidP="00AA2478">
            <w:pPr>
              <w:rPr>
                <w:rFonts w:cs="Times New Roman"/>
                <w:sz w:val="24"/>
                <w:szCs w:val="24"/>
                <w:lang w:val="tt-RU"/>
              </w:rPr>
            </w:pPr>
          </w:p>
        </w:tc>
        <w:tc>
          <w:tcPr>
            <w:tcW w:w="3969" w:type="dxa"/>
          </w:tcPr>
          <w:p w14:paraId="0BC92BA7" w14:textId="77777777" w:rsidR="00AA2478" w:rsidRPr="00D330BB" w:rsidRDefault="00AA2478" w:rsidP="00AA2478">
            <w:pPr>
              <w:rPr>
                <w:rFonts w:cs="Times New Roman"/>
                <w:sz w:val="16"/>
                <w:szCs w:val="16"/>
                <w:lang w:val="tt-RU"/>
              </w:rPr>
            </w:pPr>
          </w:p>
        </w:tc>
      </w:tr>
      <w:tr w:rsidR="00AA2478" w:rsidRPr="00D95A9A" w14:paraId="511D7731" w14:textId="77777777" w:rsidTr="00AA2478">
        <w:trPr>
          <w:trHeight w:val="567"/>
        </w:trPr>
        <w:tc>
          <w:tcPr>
            <w:tcW w:w="993" w:type="dxa"/>
          </w:tcPr>
          <w:p w14:paraId="6B4B7B2A"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49C0E794" w14:textId="77777777" w:rsidR="00AA2478" w:rsidRPr="00680F51" w:rsidRDefault="00AA2478" w:rsidP="00AA2478">
            <w:pPr>
              <w:rPr>
                <w:rFonts w:cs="Times New Roman"/>
                <w:sz w:val="24"/>
                <w:szCs w:val="24"/>
                <w:lang w:val="tt-RU"/>
              </w:rPr>
            </w:pPr>
            <w:r w:rsidRPr="00680F51">
              <w:rPr>
                <w:rFonts w:cs="Times New Roman"/>
                <w:sz w:val="24"/>
                <w:szCs w:val="24"/>
                <w:lang w:val="tt-RU"/>
              </w:rPr>
              <w:t>Текст белән эш. Аудиотекстны тыңлау, аңлау</w:t>
            </w:r>
          </w:p>
        </w:tc>
        <w:tc>
          <w:tcPr>
            <w:tcW w:w="951" w:type="dxa"/>
          </w:tcPr>
          <w:p w14:paraId="0880F335"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55FEF4F2" w14:textId="77777777" w:rsidR="00AA2478" w:rsidRPr="00680F51" w:rsidRDefault="00AA2478" w:rsidP="00AA2478">
            <w:pPr>
              <w:jc w:val="center"/>
              <w:rPr>
                <w:rFonts w:cs="Times New Roman"/>
                <w:sz w:val="24"/>
                <w:szCs w:val="24"/>
                <w:lang w:val="tt-RU"/>
              </w:rPr>
            </w:pPr>
          </w:p>
        </w:tc>
        <w:tc>
          <w:tcPr>
            <w:tcW w:w="1134" w:type="dxa"/>
          </w:tcPr>
          <w:p w14:paraId="3107C6B3" w14:textId="77777777" w:rsidR="00AA2478" w:rsidRPr="00680F51" w:rsidRDefault="00AA2478" w:rsidP="00AA2478">
            <w:pPr>
              <w:rPr>
                <w:rFonts w:cs="Times New Roman"/>
                <w:sz w:val="24"/>
                <w:szCs w:val="24"/>
                <w:lang w:val="tt-RU"/>
              </w:rPr>
            </w:pPr>
          </w:p>
        </w:tc>
        <w:tc>
          <w:tcPr>
            <w:tcW w:w="3969" w:type="dxa"/>
          </w:tcPr>
          <w:p w14:paraId="125E9241" w14:textId="77777777" w:rsidR="00AA2478" w:rsidRPr="00D330BB" w:rsidRDefault="00AA2478" w:rsidP="00AA2478">
            <w:pPr>
              <w:rPr>
                <w:rFonts w:cs="Times New Roman"/>
                <w:sz w:val="16"/>
                <w:szCs w:val="16"/>
                <w:lang w:val="tt-RU"/>
              </w:rPr>
            </w:pPr>
          </w:p>
        </w:tc>
      </w:tr>
      <w:tr w:rsidR="00AA2478" w:rsidRPr="00D95A9A" w14:paraId="293D9533" w14:textId="77777777" w:rsidTr="00AA2478">
        <w:tc>
          <w:tcPr>
            <w:tcW w:w="993" w:type="dxa"/>
          </w:tcPr>
          <w:p w14:paraId="727279C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2CB5AA9F" w14:textId="77777777" w:rsidR="00AA2478" w:rsidRPr="00680F51" w:rsidRDefault="00AA2478" w:rsidP="00AA2478">
            <w:pPr>
              <w:rPr>
                <w:rFonts w:cs="Times New Roman"/>
                <w:sz w:val="24"/>
                <w:szCs w:val="24"/>
                <w:lang w:val="tt-RU"/>
              </w:rPr>
            </w:pPr>
            <w:r w:rsidRPr="00680F51">
              <w:rPr>
                <w:rFonts w:cs="Times New Roman"/>
                <w:sz w:val="24"/>
                <w:szCs w:val="24"/>
                <w:lang w:val="tt-RU"/>
              </w:rPr>
              <w:t>Иҗади дәрес. Диалогик һәм монологик сөйләм үстерү</w:t>
            </w:r>
          </w:p>
          <w:p w14:paraId="505F5094" w14:textId="77777777" w:rsidR="00AA2478" w:rsidRPr="00680F51" w:rsidRDefault="00AA2478" w:rsidP="00AA2478">
            <w:pPr>
              <w:jc w:val="center"/>
              <w:rPr>
                <w:rFonts w:cs="Times New Roman"/>
                <w:sz w:val="24"/>
                <w:szCs w:val="24"/>
                <w:lang w:val="tt-RU"/>
              </w:rPr>
            </w:pPr>
          </w:p>
        </w:tc>
        <w:tc>
          <w:tcPr>
            <w:tcW w:w="951" w:type="dxa"/>
          </w:tcPr>
          <w:p w14:paraId="73A32E28"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562EA00D" w14:textId="77777777" w:rsidR="00AA2478" w:rsidRPr="00680F51" w:rsidRDefault="00AA2478" w:rsidP="00AA2478">
            <w:pPr>
              <w:jc w:val="center"/>
              <w:rPr>
                <w:rFonts w:cs="Times New Roman"/>
                <w:sz w:val="24"/>
                <w:szCs w:val="24"/>
                <w:lang w:val="tt-RU"/>
              </w:rPr>
            </w:pPr>
          </w:p>
        </w:tc>
        <w:tc>
          <w:tcPr>
            <w:tcW w:w="1134" w:type="dxa"/>
          </w:tcPr>
          <w:p w14:paraId="55BF05BD" w14:textId="77777777" w:rsidR="00AA2478" w:rsidRPr="00680F51" w:rsidRDefault="00AA2478" w:rsidP="00AA2478">
            <w:pPr>
              <w:rPr>
                <w:rFonts w:cs="Times New Roman"/>
                <w:sz w:val="24"/>
                <w:szCs w:val="24"/>
                <w:lang w:val="tt-RU"/>
              </w:rPr>
            </w:pPr>
          </w:p>
        </w:tc>
        <w:tc>
          <w:tcPr>
            <w:tcW w:w="3969" w:type="dxa"/>
          </w:tcPr>
          <w:p w14:paraId="1C4BF689" w14:textId="77777777" w:rsidR="00AA2478" w:rsidRPr="00D330BB" w:rsidRDefault="00AA2478" w:rsidP="00AA2478">
            <w:pPr>
              <w:rPr>
                <w:rFonts w:cs="Times New Roman"/>
                <w:sz w:val="16"/>
                <w:szCs w:val="16"/>
                <w:lang w:val="tt-RU"/>
              </w:rPr>
            </w:pPr>
          </w:p>
        </w:tc>
      </w:tr>
      <w:tr w:rsidR="00AA2478" w:rsidRPr="00D95A9A" w14:paraId="26125722" w14:textId="77777777" w:rsidTr="00AA2478">
        <w:tc>
          <w:tcPr>
            <w:tcW w:w="993" w:type="dxa"/>
          </w:tcPr>
          <w:p w14:paraId="3A919E8B"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F7C0C3D" w14:textId="77777777" w:rsidR="00AA2478" w:rsidRPr="00680F51" w:rsidRDefault="00AA2478" w:rsidP="00AA2478">
            <w:pPr>
              <w:rPr>
                <w:rFonts w:cs="Times New Roman"/>
                <w:sz w:val="24"/>
                <w:szCs w:val="24"/>
                <w:lang w:val="tt-RU"/>
              </w:rPr>
            </w:pPr>
          </w:p>
        </w:tc>
        <w:tc>
          <w:tcPr>
            <w:tcW w:w="951" w:type="dxa"/>
          </w:tcPr>
          <w:p w14:paraId="54EE86E1"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5DB9565B" w14:textId="77777777" w:rsidR="00AA2478" w:rsidRPr="00680F51" w:rsidRDefault="00AA2478" w:rsidP="00AA2478">
            <w:pPr>
              <w:jc w:val="center"/>
              <w:rPr>
                <w:rFonts w:cs="Times New Roman"/>
                <w:sz w:val="24"/>
                <w:szCs w:val="24"/>
                <w:lang w:val="tt-RU"/>
              </w:rPr>
            </w:pPr>
          </w:p>
        </w:tc>
        <w:tc>
          <w:tcPr>
            <w:tcW w:w="1134" w:type="dxa"/>
          </w:tcPr>
          <w:p w14:paraId="2A32BB20" w14:textId="77777777" w:rsidR="00AA2478" w:rsidRPr="00680F51" w:rsidRDefault="00AA2478" w:rsidP="00AA2478">
            <w:pPr>
              <w:rPr>
                <w:rFonts w:cs="Times New Roman"/>
                <w:sz w:val="24"/>
                <w:szCs w:val="24"/>
                <w:lang w:val="tt-RU"/>
              </w:rPr>
            </w:pPr>
          </w:p>
        </w:tc>
        <w:tc>
          <w:tcPr>
            <w:tcW w:w="3969" w:type="dxa"/>
          </w:tcPr>
          <w:p w14:paraId="77417AD6" w14:textId="77777777" w:rsidR="00AA2478" w:rsidRPr="00D330BB" w:rsidRDefault="00AA2478" w:rsidP="00AA2478">
            <w:pPr>
              <w:rPr>
                <w:rFonts w:cs="Times New Roman"/>
                <w:sz w:val="16"/>
                <w:szCs w:val="16"/>
                <w:lang w:val="tt-RU"/>
              </w:rPr>
            </w:pPr>
          </w:p>
        </w:tc>
      </w:tr>
      <w:tr w:rsidR="00AA2478" w:rsidRPr="00600724" w14:paraId="58EB8E1B" w14:textId="77777777" w:rsidTr="00AA2478">
        <w:trPr>
          <w:trHeight w:val="431"/>
        </w:trPr>
        <w:tc>
          <w:tcPr>
            <w:tcW w:w="993" w:type="dxa"/>
          </w:tcPr>
          <w:p w14:paraId="28A582B4"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7093F493" w14:textId="77777777" w:rsidR="00AA2478" w:rsidRPr="00680F51" w:rsidRDefault="00AA2478" w:rsidP="00AA2478">
            <w:pPr>
              <w:rPr>
                <w:rFonts w:cs="Times New Roman"/>
                <w:sz w:val="24"/>
                <w:szCs w:val="24"/>
                <w:lang w:val="tt-RU"/>
              </w:rPr>
            </w:pPr>
            <w:r w:rsidRPr="00680F51">
              <w:rPr>
                <w:rFonts w:eastAsia="Calibri" w:cs="Times New Roman"/>
                <w:sz w:val="24"/>
                <w:szCs w:val="24"/>
              </w:rPr>
              <w:t>Однозначные и многозначные слова/</w:t>
            </w:r>
            <w:r w:rsidRPr="00680F51">
              <w:rPr>
                <w:rFonts w:cs="Times New Roman"/>
                <w:sz w:val="24"/>
                <w:szCs w:val="24"/>
                <w:lang w:val="tt-RU"/>
              </w:rPr>
              <w:t xml:space="preserve"> Бер мәгънәле һәм кү</w:t>
            </w:r>
            <w:proofErr w:type="gramStart"/>
            <w:r w:rsidRPr="00680F51">
              <w:rPr>
                <w:rFonts w:cs="Times New Roman"/>
                <w:sz w:val="24"/>
                <w:szCs w:val="24"/>
                <w:lang w:val="tt-RU"/>
              </w:rPr>
              <w:t>п</w:t>
            </w:r>
            <w:proofErr w:type="gramEnd"/>
            <w:r w:rsidRPr="00680F51">
              <w:rPr>
                <w:rFonts w:cs="Times New Roman"/>
                <w:sz w:val="24"/>
                <w:szCs w:val="24"/>
                <w:lang w:val="tt-RU"/>
              </w:rPr>
              <w:t xml:space="preserve"> мәгънәле сүзләр.</w:t>
            </w:r>
          </w:p>
          <w:p w14:paraId="771AACA7" w14:textId="77777777" w:rsidR="00AA2478" w:rsidRPr="00680F51" w:rsidRDefault="00AA2478" w:rsidP="00AA2478">
            <w:pPr>
              <w:jc w:val="center"/>
              <w:rPr>
                <w:rFonts w:cs="Times New Roman"/>
                <w:sz w:val="24"/>
                <w:szCs w:val="24"/>
                <w:lang w:val="tt-RU"/>
              </w:rPr>
            </w:pPr>
          </w:p>
          <w:p w14:paraId="555E693E" w14:textId="77777777" w:rsidR="00AA2478" w:rsidRPr="00680F51" w:rsidRDefault="00AA2478" w:rsidP="00AA2478">
            <w:pPr>
              <w:rPr>
                <w:rFonts w:cs="Times New Roman"/>
                <w:sz w:val="24"/>
                <w:szCs w:val="24"/>
                <w:lang w:val="tt-RU"/>
              </w:rPr>
            </w:pPr>
          </w:p>
        </w:tc>
        <w:tc>
          <w:tcPr>
            <w:tcW w:w="951" w:type="dxa"/>
            <w:vMerge w:val="restart"/>
          </w:tcPr>
          <w:p w14:paraId="21F862FD" w14:textId="77777777" w:rsidR="00AA2478" w:rsidRPr="00680F51" w:rsidRDefault="00AA2478" w:rsidP="00AA2478">
            <w:pPr>
              <w:jc w:val="center"/>
              <w:rPr>
                <w:rFonts w:cs="Times New Roman"/>
                <w:sz w:val="24"/>
                <w:szCs w:val="24"/>
                <w:lang w:val="tt-RU"/>
              </w:rPr>
            </w:pPr>
            <w:r>
              <w:rPr>
                <w:rFonts w:cs="Times New Roman"/>
                <w:sz w:val="24"/>
                <w:szCs w:val="24"/>
                <w:lang w:val="tt-RU"/>
              </w:rPr>
              <w:t>3</w:t>
            </w:r>
          </w:p>
        </w:tc>
        <w:tc>
          <w:tcPr>
            <w:tcW w:w="1175" w:type="dxa"/>
          </w:tcPr>
          <w:p w14:paraId="50FA5A3A" w14:textId="77777777" w:rsidR="00AA2478" w:rsidRPr="00680F51" w:rsidRDefault="00AA2478" w:rsidP="00AA2478">
            <w:pPr>
              <w:jc w:val="center"/>
              <w:rPr>
                <w:rFonts w:cs="Times New Roman"/>
                <w:sz w:val="24"/>
                <w:szCs w:val="24"/>
                <w:lang w:val="tt-RU"/>
              </w:rPr>
            </w:pPr>
          </w:p>
        </w:tc>
        <w:tc>
          <w:tcPr>
            <w:tcW w:w="1134" w:type="dxa"/>
          </w:tcPr>
          <w:p w14:paraId="2F644680" w14:textId="77777777" w:rsidR="00AA2478" w:rsidRPr="00680F51" w:rsidRDefault="00AA2478" w:rsidP="00AA2478">
            <w:pPr>
              <w:rPr>
                <w:rFonts w:cs="Times New Roman"/>
                <w:sz w:val="24"/>
                <w:szCs w:val="24"/>
                <w:lang w:val="tt-RU"/>
              </w:rPr>
            </w:pPr>
          </w:p>
        </w:tc>
        <w:tc>
          <w:tcPr>
            <w:tcW w:w="3969" w:type="dxa"/>
            <w:vMerge w:val="restart"/>
          </w:tcPr>
          <w:p w14:paraId="34F177C3" w14:textId="77777777" w:rsidR="00AA2478" w:rsidRDefault="00863D41" w:rsidP="00AA2478">
            <w:pPr>
              <w:rPr>
                <w:rFonts w:cs="Times New Roman"/>
                <w:sz w:val="16"/>
                <w:szCs w:val="16"/>
                <w:lang w:val="tt-RU"/>
              </w:rPr>
            </w:pPr>
            <w:hyperlink r:id="rId38" w:history="1">
              <w:r w:rsidR="00AA2478" w:rsidRPr="00C12EE6">
                <w:rPr>
                  <w:rStyle w:val="af2"/>
                  <w:rFonts w:cs="Times New Roman"/>
                  <w:sz w:val="16"/>
                  <w:szCs w:val="16"/>
                  <w:lang w:val="tt-RU"/>
                </w:rPr>
                <w:t>https://mon.tatarstan.ru/razrabotki-urokov-po-rodnomu-tatarskomu-yaziku-i.htm</w:t>
              </w:r>
            </w:hyperlink>
          </w:p>
          <w:p w14:paraId="2E8C56D2" w14:textId="77777777" w:rsidR="00AA2478" w:rsidRPr="00D330BB" w:rsidRDefault="00AA2478" w:rsidP="00AA2478">
            <w:pPr>
              <w:rPr>
                <w:rFonts w:cs="Times New Roman"/>
                <w:sz w:val="16"/>
                <w:szCs w:val="16"/>
                <w:lang w:val="tt-RU"/>
              </w:rPr>
            </w:pPr>
          </w:p>
        </w:tc>
      </w:tr>
      <w:tr w:rsidR="00AA2478" w:rsidRPr="00600724" w14:paraId="4598D20F" w14:textId="77777777" w:rsidTr="00AA2478">
        <w:tc>
          <w:tcPr>
            <w:tcW w:w="993" w:type="dxa"/>
          </w:tcPr>
          <w:p w14:paraId="5FB77726"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1C62E8BD" w14:textId="77777777" w:rsidR="00AA2478" w:rsidRPr="0081046B" w:rsidRDefault="00AA2478" w:rsidP="00AA2478">
            <w:pPr>
              <w:rPr>
                <w:rFonts w:eastAsia="Calibri" w:cs="Times New Roman"/>
                <w:sz w:val="24"/>
                <w:szCs w:val="24"/>
                <w:lang w:val="tt-RU"/>
              </w:rPr>
            </w:pPr>
          </w:p>
        </w:tc>
        <w:tc>
          <w:tcPr>
            <w:tcW w:w="951" w:type="dxa"/>
            <w:vMerge/>
          </w:tcPr>
          <w:p w14:paraId="19875EC6" w14:textId="77777777" w:rsidR="00AA2478" w:rsidRPr="00680F51" w:rsidRDefault="00AA2478" w:rsidP="00AA2478">
            <w:pPr>
              <w:jc w:val="center"/>
              <w:rPr>
                <w:rFonts w:cs="Times New Roman"/>
                <w:sz w:val="24"/>
                <w:szCs w:val="24"/>
                <w:lang w:val="tt-RU"/>
              </w:rPr>
            </w:pPr>
          </w:p>
        </w:tc>
        <w:tc>
          <w:tcPr>
            <w:tcW w:w="1175" w:type="dxa"/>
          </w:tcPr>
          <w:p w14:paraId="794B89AC" w14:textId="77777777" w:rsidR="00AA2478" w:rsidRPr="00680F51" w:rsidRDefault="00AA2478" w:rsidP="00AA2478">
            <w:pPr>
              <w:jc w:val="center"/>
              <w:rPr>
                <w:rFonts w:cs="Times New Roman"/>
                <w:sz w:val="24"/>
                <w:szCs w:val="24"/>
                <w:lang w:val="tt-RU"/>
              </w:rPr>
            </w:pPr>
          </w:p>
        </w:tc>
        <w:tc>
          <w:tcPr>
            <w:tcW w:w="1134" w:type="dxa"/>
          </w:tcPr>
          <w:p w14:paraId="61ED9114" w14:textId="77777777" w:rsidR="00AA2478" w:rsidRPr="00680F51" w:rsidRDefault="00AA2478" w:rsidP="00AA2478">
            <w:pPr>
              <w:rPr>
                <w:rFonts w:cs="Times New Roman"/>
                <w:sz w:val="24"/>
                <w:szCs w:val="24"/>
                <w:lang w:val="tt-RU"/>
              </w:rPr>
            </w:pPr>
          </w:p>
        </w:tc>
        <w:tc>
          <w:tcPr>
            <w:tcW w:w="3969" w:type="dxa"/>
            <w:vMerge/>
          </w:tcPr>
          <w:p w14:paraId="71E3A75F" w14:textId="77777777" w:rsidR="00AA2478" w:rsidRPr="00D330BB" w:rsidRDefault="00AA2478" w:rsidP="00AA2478">
            <w:pPr>
              <w:rPr>
                <w:rFonts w:cs="Times New Roman"/>
                <w:sz w:val="16"/>
                <w:szCs w:val="16"/>
                <w:lang w:val="tt-RU"/>
              </w:rPr>
            </w:pPr>
          </w:p>
        </w:tc>
      </w:tr>
      <w:tr w:rsidR="00AA2478" w:rsidRPr="00600724" w14:paraId="22F6D1D3" w14:textId="77777777" w:rsidTr="00AA2478">
        <w:tc>
          <w:tcPr>
            <w:tcW w:w="993" w:type="dxa"/>
          </w:tcPr>
          <w:p w14:paraId="12BF6EAE"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5505CBE5" w14:textId="77777777" w:rsidR="00AA2478" w:rsidRPr="0081046B" w:rsidRDefault="00AA2478" w:rsidP="00AA2478">
            <w:pPr>
              <w:rPr>
                <w:rFonts w:eastAsia="Calibri" w:cs="Times New Roman"/>
                <w:sz w:val="24"/>
                <w:szCs w:val="24"/>
                <w:lang w:val="tt-RU"/>
              </w:rPr>
            </w:pPr>
          </w:p>
        </w:tc>
        <w:tc>
          <w:tcPr>
            <w:tcW w:w="951" w:type="dxa"/>
          </w:tcPr>
          <w:p w14:paraId="5A6C035B" w14:textId="77777777" w:rsidR="00AA2478" w:rsidRPr="00680F51" w:rsidRDefault="00AA2478" w:rsidP="00AA2478">
            <w:pPr>
              <w:jc w:val="center"/>
              <w:rPr>
                <w:rFonts w:cs="Times New Roman"/>
                <w:sz w:val="24"/>
                <w:szCs w:val="24"/>
                <w:lang w:val="tt-RU"/>
              </w:rPr>
            </w:pPr>
          </w:p>
        </w:tc>
        <w:tc>
          <w:tcPr>
            <w:tcW w:w="1175" w:type="dxa"/>
          </w:tcPr>
          <w:p w14:paraId="7CC99ADD" w14:textId="77777777" w:rsidR="00AA2478" w:rsidRPr="00680F51" w:rsidRDefault="00AA2478" w:rsidP="00AA2478">
            <w:pPr>
              <w:jc w:val="center"/>
              <w:rPr>
                <w:rFonts w:cs="Times New Roman"/>
                <w:sz w:val="24"/>
                <w:szCs w:val="24"/>
                <w:lang w:val="tt-RU"/>
              </w:rPr>
            </w:pPr>
          </w:p>
        </w:tc>
        <w:tc>
          <w:tcPr>
            <w:tcW w:w="1134" w:type="dxa"/>
          </w:tcPr>
          <w:p w14:paraId="5D470433" w14:textId="77777777" w:rsidR="00AA2478" w:rsidRPr="00680F51" w:rsidRDefault="00AA2478" w:rsidP="00AA2478">
            <w:pPr>
              <w:rPr>
                <w:rFonts w:cs="Times New Roman"/>
                <w:sz w:val="24"/>
                <w:szCs w:val="24"/>
                <w:lang w:val="tt-RU"/>
              </w:rPr>
            </w:pPr>
          </w:p>
        </w:tc>
        <w:tc>
          <w:tcPr>
            <w:tcW w:w="3969" w:type="dxa"/>
          </w:tcPr>
          <w:p w14:paraId="0878F25F" w14:textId="77777777" w:rsidR="00AA2478" w:rsidRPr="00D330BB" w:rsidRDefault="00AA2478" w:rsidP="00AA2478">
            <w:pPr>
              <w:rPr>
                <w:rFonts w:cs="Times New Roman"/>
                <w:sz w:val="16"/>
                <w:szCs w:val="16"/>
                <w:lang w:val="tt-RU"/>
              </w:rPr>
            </w:pPr>
          </w:p>
        </w:tc>
      </w:tr>
      <w:tr w:rsidR="00AA2478" w:rsidRPr="00600724" w14:paraId="4B5F9C21" w14:textId="77777777" w:rsidTr="00AA2478">
        <w:trPr>
          <w:trHeight w:val="587"/>
        </w:trPr>
        <w:tc>
          <w:tcPr>
            <w:tcW w:w="993" w:type="dxa"/>
          </w:tcPr>
          <w:p w14:paraId="71DC3EAD"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295D6770" w14:textId="77777777" w:rsidR="00AA2478" w:rsidRPr="00680F51" w:rsidRDefault="00AA2478" w:rsidP="00AA2478">
            <w:pPr>
              <w:rPr>
                <w:rFonts w:cs="Times New Roman"/>
                <w:sz w:val="24"/>
                <w:szCs w:val="24"/>
                <w:lang w:val="tt-RU"/>
              </w:rPr>
            </w:pPr>
            <w:r w:rsidRPr="00680F51">
              <w:rPr>
                <w:rFonts w:eastAsia="Calibri" w:cs="Times New Roman"/>
                <w:sz w:val="24"/>
                <w:szCs w:val="24"/>
              </w:rPr>
              <w:t xml:space="preserve">Прямое и переносное значения слова/ </w:t>
            </w:r>
            <w:r w:rsidRPr="00680F51">
              <w:rPr>
                <w:rFonts w:cs="Times New Roman"/>
                <w:sz w:val="24"/>
                <w:szCs w:val="24"/>
                <w:lang w:val="tt-RU"/>
              </w:rPr>
              <w:t>Туры һәм күчерелмә мәгънәле сүзлә</w:t>
            </w:r>
            <w:proofErr w:type="gramStart"/>
            <w:r w:rsidRPr="00680F51">
              <w:rPr>
                <w:rFonts w:cs="Times New Roman"/>
                <w:sz w:val="24"/>
                <w:szCs w:val="24"/>
                <w:lang w:val="tt-RU"/>
              </w:rPr>
              <w:t>р</w:t>
            </w:r>
            <w:proofErr w:type="gramEnd"/>
          </w:p>
          <w:p w14:paraId="7F55FF70" w14:textId="77777777" w:rsidR="00AA2478" w:rsidRPr="00680F51" w:rsidRDefault="00AA2478" w:rsidP="00AA2478">
            <w:pPr>
              <w:jc w:val="center"/>
              <w:rPr>
                <w:rFonts w:cs="Times New Roman"/>
                <w:sz w:val="24"/>
                <w:szCs w:val="24"/>
                <w:lang w:val="tt-RU"/>
              </w:rPr>
            </w:pPr>
          </w:p>
        </w:tc>
        <w:tc>
          <w:tcPr>
            <w:tcW w:w="951" w:type="dxa"/>
            <w:vMerge w:val="restart"/>
          </w:tcPr>
          <w:p w14:paraId="21355E08" w14:textId="77777777" w:rsidR="00AA2478" w:rsidRPr="00680F51" w:rsidRDefault="00AA2478" w:rsidP="00AA2478">
            <w:pPr>
              <w:jc w:val="center"/>
              <w:rPr>
                <w:rFonts w:cs="Times New Roman"/>
                <w:sz w:val="24"/>
                <w:szCs w:val="24"/>
                <w:lang w:val="tt-RU"/>
              </w:rPr>
            </w:pPr>
            <w:r>
              <w:rPr>
                <w:rFonts w:cs="Times New Roman"/>
                <w:sz w:val="24"/>
                <w:szCs w:val="24"/>
                <w:lang w:val="tt-RU"/>
              </w:rPr>
              <w:t>4</w:t>
            </w:r>
          </w:p>
        </w:tc>
        <w:tc>
          <w:tcPr>
            <w:tcW w:w="1175" w:type="dxa"/>
          </w:tcPr>
          <w:p w14:paraId="17651394" w14:textId="77777777" w:rsidR="00AA2478" w:rsidRPr="00680F51" w:rsidRDefault="00AA2478" w:rsidP="00AA2478">
            <w:pPr>
              <w:jc w:val="center"/>
              <w:rPr>
                <w:rFonts w:cs="Times New Roman"/>
                <w:sz w:val="24"/>
                <w:szCs w:val="24"/>
                <w:lang w:val="tt-RU"/>
              </w:rPr>
            </w:pPr>
          </w:p>
        </w:tc>
        <w:tc>
          <w:tcPr>
            <w:tcW w:w="1134" w:type="dxa"/>
          </w:tcPr>
          <w:p w14:paraId="1BACD0DC" w14:textId="77777777" w:rsidR="00AA2478" w:rsidRPr="00680F51" w:rsidRDefault="00AA2478" w:rsidP="00AA2478">
            <w:pPr>
              <w:rPr>
                <w:rFonts w:cs="Times New Roman"/>
                <w:sz w:val="24"/>
                <w:szCs w:val="24"/>
                <w:lang w:val="tt-RU"/>
              </w:rPr>
            </w:pPr>
          </w:p>
        </w:tc>
        <w:tc>
          <w:tcPr>
            <w:tcW w:w="3969" w:type="dxa"/>
          </w:tcPr>
          <w:p w14:paraId="4FD55552" w14:textId="77777777" w:rsidR="00AA2478" w:rsidRDefault="00863D41" w:rsidP="00AA2478">
            <w:pPr>
              <w:rPr>
                <w:rFonts w:cs="Times New Roman"/>
                <w:sz w:val="16"/>
                <w:szCs w:val="16"/>
                <w:lang w:val="tt-RU"/>
              </w:rPr>
            </w:pPr>
            <w:hyperlink r:id="rId39" w:history="1">
              <w:r w:rsidR="00AA2478" w:rsidRPr="00C12EE6">
                <w:rPr>
                  <w:rStyle w:val="af2"/>
                  <w:rFonts w:cs="Times New Roman"/>
                  <w:sz w:val="16"/>
                  <w:szCs w:val="16"/>
                  <w:lang w:val="tt-RU"/>
                </w:rPr>
                <w:t>https://mon.tatarstan.ru/razrabotki-urokov-po-rodnomu-tatarskomu-yaziku-i.htm</w:t>
              </w:r>
            </w:hyperlink>
          </w:p>
          <w:p w14:paraId="46371CFB" w14:textId="77777777" w:rsidR="00AA2478" w:rsidRPr="00D330BB" w:rsidRDefault="00AA2478" w:rsidP="00AA2478">
            <w:pPr>
              <w:rPr>
                <w:rFonts w:cs="Times New Roman"/>
                <w:sz w:val="16"/>
                <w:szCs w:val="16"/>
                <w:lang w:val="tt-RU"/>
              </w:rPr>
            </w:pPr>
          </w:p>
        </w:tc>
      </w:tr>
      <w:tr w:rsidR="00AA2478" w:rsidRPr="00600724" w14:paraId="79BBABDC" w14:textId="77777777" w:rsidTr="00AA2478">
        <w:trPr>
          <w:trHeight w:val="471"/>
        </w:trPr>
        <w:tc>
          <w:tcPr>
            <w:tcW w:w="993" w:type="dxa"/>
          </w:tcPr>
          <w:p w14:paraId="2DF57AC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3D72ECA5" w14:textId="77777777" w:rsidR="00AA2478" w:rsidRPr="00B6769C" w:rsidRDefault="00AA2478" w:rsidP="00AA2478">
            <w:pPr>
              <w:rPr>
                <w:rFonts w:eastAsia="Calibri" w:cs="Times New Roman"/>
                <w:sz w:val="24"/>
                <w:szCs w:val="24"/>
                <w:lang w:val="tt-RU"/>
              </w:rPr>
            </w:pPr>
          </w:p>
        </w:tc>
        <w:tc>
          <w:tcPr>
            <w:tcW w:w="951" w:type="dxa"/>
            <w:vMerge/>
          </w:tcPr>
          <w:p w14:paraId="7CED480F" w14:textId="77777777" w:rsidR="00AA2478" w:rsidRPr="00680F51" w:rsidRDefault="00AA2478" w:rsidP="00AA2478">
            <w:pPr>
              <w:jc w:val="center"/>
              <w:rPr>
                <w:rFonts w:cs="Times New Roman"/>
                <w:sz w:val="24"/>
                <w:szCs w:val="24"/>
                <w:lang w:val="tt-RU"/>
              </w:rPr>
            </w:pPr>
          </w:p>
        </w:tc>
        <w:tc>
          <w:tcPr>
            <w:tcW w:w="1175" w:type="dxa"/>
          </w:tcPr>
          <w:p w14:paraId="35F26AA6" w14:textId="77777777" w:rsidR="00AA2478" w:rsidRPr="00680F51" w:rsidRDefault="00AA2478" w:rsidP="00AA2478">
            <w:pPr>
              <w:jc w:val="center"/>
              <w:rPr>
                <w:rFonts w:cs="Times New Roman"/>
                <w:sz w:val="24"/>
                <w:szCs w:val="24"/>
                <w:lang w:val="tt-RU"/>
              </w:rPr>
            </w:pPr>
          </w:p>
        </w:tc>
        <w:tc>
          <w:tcPr>
            <w:tcW w:w="1134" w:type="dxa"/>
          </w:tcPr>
          <w:p w14:paraId="2FF23E3E" w14:textId="77777777" w:rsidR="00AA2478" w:rsidRPr="00680F51" w:rsidRDefault="00AA2478" w:rsidP="00AA2478">
            <w:pPr>
              <w:rPr>
                <w:rFonts w:cs="Times New Roman"/>
                <w:sz w:val="24"/>
                <w:szCs w:val="24"/>
                <w:lang w:val="tt-RU"/>
              </w:rPr>
            </w:pPr>
          </w:p>
        </w:tc>
        <w:tc>
          <w:tcPr>
            <w:tcW w:w="3969" w:type="dxa"/>
          </w:tcPr>
          <w:p w14:paraId="7B4AA57D" w14:textId="77777777" w:rsidR="00AA2478" w:rsidRPr="00D330BB" w:rsidRDefault="00AA2478" w:rsidP="00AA2478">
            <w:pPr>
              <w:rPr>
                <w:rFonts w:cs="Times New Roman"/>
                <w:sz w:val="16"/>
                <w:szCs w:val="16"/>
                <w:lang w:val="tt-RU"/>
              </w:rPr>
            </w:pPr>
          </w:p>
        </w:tc>
      </w:tr>
      <w:tr w:rsidR="00AA2478" w:rsidRPr="00600724" w14:paraId="08F80B1E" w14:textId="77777777" w:rsidTr="00AA2478">
        <w:trPr>
          <w:trHeight w:val="471"/>
        </w:trPr>
        <w:tc>
          <w:tcPr>
            <w:tcW w:w="993" w:type="dxa"/>
          </w:tcPr>
          <w:p w14:paraId="2FBD1614"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404BA30" w14:textId="77777777" w:rsidR="00AA2478" w:rsidRPr="00B6769C" w:rsidRDefault="00AA2478" w:rsidP="00AA2478">
            <w:pPr>
              <w:rPr>
                <w:rFonts w:eastAsia="Calibri" w:cs="Times New Roman"/>
                <w:sz w:val="24"/>
                <w:szCs w:val="24"/>
                <w:lang w:val="tt-RU"/>
              </w:rPr>
            </w:pPr>
          </w:p>
        </w:tc>
        <w:tc>
          <w:tcPr>
            <w:tcW w:w="951" w:type="dxa"/>
          </w:tcPr>
          <w:p w14:paraId="44676A66" w14:textId="77777777" w:rsidR="00AA2478" w:rsidRPr="00680F51" w:rsidRDefault="00AA2478" w:rsidP="00AA2478">
            <w:pPr>
              <w:jc w:val="center"/>
              <w:rPr>
                <w:rFonts w:cs="Times New Roman"/>
                <w:sz w:val="24"/>
                <w:szCs w:val="24"/>
                <w:lang w:val="tt-RU"/>
              </w:rPr>
            </w:pPr>
          </w:p>
        </w:tc>
        <w:tc>
          <w:tcPr>
            <w:tcW w:w="1175" w:type="dxa"/>
          </w:tcPr>
          <w:p w14:paraId="4E69B647" w14:textId="77777777" w:rsidR="00AA2478" w:rsidRPr="00680F51" w:rsidRDefault="00AA2478" w:rsidP="00AA2478">
            <w:pPr>
              <w:jc w:val="center"/>
              <w:rPr>
                <w:rFonts w:cs="Times New Roman"/>
                <w:sz w:val="24"/>
                <w:szCs w:val="24"/>
                <w:lang w:val="tt-RU"/>
              </w:rPr>
            </w:pPr>
          </w:p>
        </w:tc>
        <w:tc>
          <w:tcPr>
            <w:tcW w:w="1134" w:type="dxa"/>
          </w:tcPr>
          <w:p w14:paraId="488298DC" w14:textId="77777777" w:rsidR="00AA2478" w:rsidRPr="00680F51" w:rsidRDefault="00AA2478" w:rsidP="00AA2478">
            <w:pPr>
              <w:rPr>
                <w:rFonts w:cs="Times New Roman"/>
                <w:sz w:val="24"/>
                <w:szCs w:val="24"/>
                <w:lang w:val="tt-RU"/>
              </w:rPr>
            </w:pPr>
          </w:p>
        </w:tc>
        <w:tc>
          <w:tcPr>
            <w:tcW w:w="3969" w:type="dxa"/>
          </w:tcPr>
          <w:p w14:paraId="552F0C4F" w14:textId="77777777" w:rsidR="00AA2478" w:rsidRPr="00D330BB" w:rsidRDefault="00AA2478" w:rsidP="00AA2478">
            <w:pPr>
              <w:rPr>
                <w:rFonts w:cs="Times New Roman"/>
                <w:sz w:val="16"/>
                <w:szCs w:val="16"/>
                <w:lang w:val="tt-RU"/>
              </w:rPr>
            </w:pPr>
          </w:p>
        </w:tc>
      </w:tr>
      <w:tr w:rsidR="00AA2478" w:rsidRPr="00600724" w14:paraId="6EFDF52F" w14:textId="77777777" w:rsidTr="00AA2478">
        <w:trPr>
          <w:trHeight w:val="471"/>
        </w:trPr>
        <w:tc>
          <w:tcPr>
            <w:tcW w:w="993" w:type="dxa"/>
          </w:tcPr>
          <w:p w14:paraId="2ECF3E43"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5F946B4D" w14:textId="77777777" w:rsidR="00AA2478" w:rsidRPr="00B6769C" w:rsidRDefault="00AA2478" w:rsidP="00AA2478">
            <w:pPr>
              <w:rPr>
                <w:rFonts w:eastAsia="Calibri" w:cs="Times New Roman"/>
                <w:sz w:val="24"/>
                <w:szCs w:val="24"/>
                <w:lang w:val="tt-RU"/>
              </w:rPr>
            </w:pPr>
          </w:p>
        </w:tc>
        <w:tc>
          <w:tcPr>
            <w:tcW w:w="951" w:type="dxa"/>
          </w:tcPr>
          <w:p w14:paraId="5BE55671" w14:textId="77777777" w:rsidR="00AA2478" w:rsidRPr="00680F51" w:rsidRDefault="00AA2478" w:rsidP="00AA2478">
            <w:pPr>
              <w:jc w:val="center"/>
              <w:rPr>
                <w:rFonts w:cs="Times New Roman"/>
                <w:sz w:val="24"/>
                <w:szCs w:val="24"/>
                <w:lang w:val="tt-RU"/>
              </w:rPr>
            </w:pPr>
          </w:p>
        </w:tc>
        <w:tc>
          <w:tcPr>
            <w:tcW w:w="1175" w:type="dxa"/>
          </w:tcPr>
          <w:p w14:paraId="0832155B" w14:textId="77777777" w:rsidR="00AA2478" w:rsidRPr="00680F51" w:rsidRDefault="00AA2478" w:rsidP="00AA2478">
            <w:pPr>
              <w:jc w:val="center"/>
              <w:rPr>
                <w:rFonts w:cs="Times New Roman"/>
                <w:sz w:val="24"/>
                <w:szCs w:val="24"/>
                <w:lang w:val="tt-RU"/>
              </w:rPr>
            </w:pPr>
          </w:p>
        </w:tc>
        <w:tc>
          <w:tcPr>
            <w:tcW w:w="1134" w:type="dxa"/>
          </w:tcPr>
          <w:p w14:paraId="0469F18B" w14:textId="77777777" w:rsidR="00AA2478" w:rsidRPr="00680F51" w:rsidRDefault="00AA2478" w:rsidP="00AA2478">
            <w:pPr>
              <w:rPr>
                <w:rFonts w:cs="Times New Roman"/>
                <w:sz w:val="24"/>
                <w:szCs w:val="24"/>
                <w:lang w:val="tt-RU"/>
              </w:rPr>
            </w:pPr>
          </w:p>
        </w:tc>
        <w:tc>
          <w:tcPr>
            <w:tcW w:w="3969" w:type="dxa"/>
          </w:tcPr>
          <w:p w14:paraId="6F641EC9" w14:textId="77777777" w:rsidR="00AA2478" w:rsidRPr="00D330BB" w:rsidRDefault="00AA2478" w:rsidP="00AA2478">
            <w:pPr>
              <w:rPr>
                <w:rFonts w:cs="Times New Roman"/>
                <w:sz w:val="16"/>
                <w:szCs w:val="16"/>
                <w:lang w:val="tt-RU"/>
              </w:rPr>
            </w:pPr>
          </w:p>
        </w:tc>
      </w:tr>
      <w:tr w:rsidR="00AA2478" w:rsidRPr="00A5484E" w14:paraId="1A496758" w14:textId="77777777" w:rsidTr="00AA2478">
        <w:tc>
          <w:tcPr>
            <w:tcW w:w="993" w:type="dxa"/>
          </w:tcPr>
          <w:p w14:paraId="1FB40922"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58CF16F8" w14:textId="77777777" w:rsidR="00AA2478" w:rsidRPr="00680F51" w:rsidRDefault="00AA2478" w:rsidP="00AA2478">
            <w:pPr>
              <w:rPr>
                <w:rFonts w:cs="Times New Roman"/>
                <w:sz w:val="24"/>
                <w:szCs w:val="24"/>
                <w:lang w:val="tt-RU"/>
              </w:rPr>
            </w:pPr>
            <w:r w:rsidRPr="00680F51">
              <w:rPr>
                <w:rFonts w:cs="Times New Roman"/>
                <w:sz w:val="24"/>
                <w:szCs w:val="24"/>
              </w:rPr>
              <w:t>Изложение</w:t>
            </w:r>
          </w:p>
        </w:tc>
        <w:tc>
          <w:tcPr>
            <w:tcW w:w="951" w:type="dxa"/>
          </w:tcPr>
          <w:p w14:paraId="1BB11C16" w14:textId="77777777" w:rsidR="00AA2478" w:rsidRPr="00680F51" w:rsidRDefault="00AA2478" w:rsidP="00AA2478">
            <w:pPr>
              <w:jc w:val="center"/>
              <w:rPr>
                <w:rFonts w:cs="Times New Roman"/>
                <w:sz w:val="24"/>
                <w:szCs w:val="24"/>
                <w:lang w:val="tt-RU"/>
              </w:rPr>
            </w:pPr>
            <w:r>
              <w:rPr>
                <w:rFonts w:cs="Times New Roman"/>
                <w:sz w:val="24"/>
                <w:szCs w:val="24"/>
                <w:lang w:val="tt-RU"/>
              </w:rPr>
              <w:t>2</w:t>
            </w:r>
          </w:p>
        </w:tc>
        <w:tc>
          <w:tcPr>
            <w:tcW w:w="1175" w:type="dxa"/>
          </w:tcPr>
          <w:p w14:paraId="748F325C" w14:textId="77777777" w:rsidR="00AA2478" w:rsidRPr="00680F51" w:rsidRDefault="00AA2478" w:rsidP="00AA2478">
            <w:pPr>
              <w:jc w:val="center"/>
              <w:rPr>
                <w:rFonts w:cs="Times New Roman"/>
                <w:sz w:val="24"/>
                <w:szCs w:val="24"/>
                <w:lang w:val="en-US"/>
              </w:rPr>
            </w:pPr>
          </w:p>
        </w:tc>
        <w:tc>
          <w:tcPr>
            <w:tcW w:w="1134" w:type="dxa"/>
          </w:tcPr>
          <w:p w14:paraId="348BE05E" w14:textId="77777777" w:rsidR="00AA2478" w:rsidRPr="00680F51" w:rsidRDefault="00AA2478" w:rsidP="00AA2478">
            <w:pPr>
              <w:rPr>
                <w:rFonts w:cs="Times New Roman"/>
                <w:sz w:val="24"/>
                <w:szCs w:val="24"/>
                <w:lang w:val="tt-RU"/>
              </w:rPr>
            </w:pPr>
          </w:p>
        </w:tc>
        <w:tc>
          <w:tcPr>
            <w:tcW w:w="3969" w:type="dxa"/>
          </w:tcPr>
          <w:p w14:paraId="752B542E" w14:textId="77777777" w:rsidR="00AA2478" w:rsidRPr="00D330BB" w:rsidRDefault="00AA2478" w:rsidP="00AA2478">
            <w:pPr>
              <w:rPr>
                <w:rFonts w:cs="Times New Roman"/>
                <w:sz w:val="16"/>
                <w:szCs w:val="16"/>
                <w:lang w:val="tt-RU"/>
              </w:rPr>
            </w:pPr>
          </w:p>
        </w:tc>
      </w:tr>
      <w:tr w:rsidR="00AA2478" w:rsidRPr="00A5484E" w14:paraId="69829FCD" w14:textId="77777777" w:rsidTr="00AA2478">
        <w:tc>
          <w:tcPr>
            <w:tcW w:w="993" w:type="dxa"/>
          </w:tcPr>
          <w:p w14:paraId="0D0E4D8C"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8C1BEA2" w14:textId="77777777" w:rsidR="00AA2478" w:rsidRPr="00680F51" w:rsidRDefault="00AA2478" w:rsidP="00AA2478">
            <w:pPr>
              <w:rPr>
                <w:rFonts w:cs="Times New Roman"/>
                <w:sz w:val="24"/>
                <w:szCs w:val="24"/>
              </w:rPr>
            </w:pPr>
          </w:p>
        </w:tc>
        <w:tc>
          <w:tcPr>
            <w:tcW w:w="951" w:type="dxa"/>
          </w:tcPr>
          <w:p w14:paraId="3BBB57B2" w14:textId="77777777" w:rsidR="00AA2478" w:rsidRPr="00680F51" w:rsidRDefault="00AA2478" w:rsidP="00AA2478">
            <w:pPr>
              <w:jc w:val="center"/>
              <w:rPr>
                <w:rFonts w:cs="Times New Roman"/>
                <w:sz w:val="24"/>
                <w:szCs w:val="24"/>
                <w:lang w:val="tt-RU"/>
              </w:rPr>
            </w:pPr>
          </w:p>
        </w:tc>
        <w:tc>
          <w:tcPr>
            <w:tcW w:w="1175" w:type="dxa"/>
          </w:tcPr>
          <w:p w14:paraId="1D201179" w14:textId="77777777" w:rsidR="00AA2478" w:rsidRPr="00680F51" w:rsidRDefault="00AA2478" w:rsidP="00AA2478">
            <w:pPr>
              <w:jc w:val="center"/>
              <w:rPr>
                <w:rFonts w:cs="Times New Roman"/>
                <w:sz w:val="24"/>
                <w:szCs w:val="24"/>
                <w:lang w:val="en-US"/>
              </w:rPr>
            </w:pPr>
          </w:p>
        </w:tc>
        <w:tc>
          <w:tcPr>
            <w:tcW w:w="1134" w:type="dxa"/>
          </w:tcPr>
          <w:p w14:paraId="724AFF35" w14:textId="77777777" w:rsidR="00AA2478" w:rsidRPr="00680F51" w:rsidRDefault="00AA2478" w:rsidP="00AA2478">
            <w:pPr>
              <w:rPr>
                <w:rFonts w:cs="Times New Roman"/>
                <w:sz w:val="24"/>
                <w:szCs w:val="24"/>
                <w:lang w:val="tt-RU"/>
              </w:rPr>
            </w:pPr>
          </w:p>
        </w:tc>
        <w:tc>
          <w:tcPr>
            <w:tcW w:w="3969" w:type="dxa"/>
          </w:tcPr>
          <w:p w14:paraId="422D938F" w14:textId="77777777" w:rsidR="00AA2478" w:rsidRPr="00D330BB" w:rsidRDefault="00AA2478" w:rsidP="00AA2478">
            <w:pPr>
              <w:rPr>
                <w:rFonts w:cs="Times New Roman"/>
                <w:sz w:val="16"/>
                <w:szCs w:val="16"/>
                <w:lang w:val="tt-RU"/>
              </w:rPr>
            </w:pPr>
          </w:p>
        </w:tc>
      </w:tr>
      <w:tr w:rsidR="00AA2478" w:rsidRPr="00600724" w14:paraId="41A7EA1A" w14:textId="77777777" w:rsidTr="00AA2478">
        <w:tc>
          <w:tcPr>
            <w:tcW w:w="993" w:type="dxa"/>
          </w:tcPr>
          <w:p w14:paraId="533966EB"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5C2E3157" w14:textId="77777777" w:rsidR="00AA2478" w:rsidRPr="00680F51" w:rsidRDefault="00AA2478" w:rsidP="00AA2478">
            <w:pPr>
              <w:rPr>
                <w:rFonts w:cs="Times New Roman"/>
                <w:sz w:val="24"/>
                <w:szCs w:val="24"/>
                <w:lang w:val="tt-RU"/>
              </w:rPr>
            </w:pPr>
            <w:r w:rsidRPr="00680F51">
              <w:rPr>
                <w:rFonts w:cs="Times New Roman"/>
                <w:sz w:val="24"/>
                <w:szCs w:val="24"/>
                <w:lang w:val="tt-RU"/>
              </w:rPr>
              <w:t>Повторение.</w:t>
            </w:r>
            <w:r w:rsidRPr="00680F51">
              <w:rPr>
                <w:rFonts w:cs="Times New Roman"/>
                <w:sz w:val="24"/>
                <w:szCs w:val="24"/>
              </w:rPr>
              <w:t xml:space="preserve"> </w:t>
            </w:r>
            <w:r w:rsidRPr="00680F51">
              <w:rPr>
                <w:rFonts w:cs="Times New Roman"/>
                <w:sz w:val="24"/>
                <w:szCs w:val="24"/>
                <w:lang w:val="tt-RU"/>
              </w:rPr>
              <w:t>Работа с текстом. Повторение синонимов, антонимов./ Текст белән эш. Синонимнар, антонимнарны кабатлау.</w:t>
            </w:r>
          </w:p>
        </w:tc>
        <w:tc>
          <w:tcPr>
            <w:tcW w:w="951" w:type="dxa"/>
          </w:tcPr>
          <w:p w14:paraId="7327CCFD" w14:textId="77777777" w:rsidR="00AA2478" w:rsidRPr="00680F51" w:rsidRDefault="00AA2478" w:rsidP="00AA2478">
            <w:pPr>
              <w:jc w:val="center"/>
              <w:rPr>
                <w:rFonts w:cs="Times New Roman"/>
                <w:color w:val="FF0000"/>
                <w:sz w:val="24"/>
                <w:szCs w:val="24"/>
                <w:lang w:val="tt-RU"/>
              </w:rPr>
            </w:pPr>
            <w:r>
              <w:rPr>
                <w:rFonts w:cs="Times New Roman"/>
                <w:sz w:val="24"/>
                <w:szCs w:val="24"/>
                <w:lang w:val="tt-RU"/>
              </w:rPr>
              <w:t>3</w:t>
            </w:r>
          </w:p>
          <w:p w14:paraId="58F005D0" w14:textId="77777777" w:rsidR="00AA2478" w:rsidRPr="00680F51" w:rsidRDefault="00AA2478" w:rsidP="00AA2478">
            <w:pPr>
              <w:jc w:val="center"/>
              <w:rPr>
                <w:rFonts w:cs="Times New Roman"/>
                <w:sz w:val="24"/>
                <w:szCs w:val="24"/>
                <w:lang w:val="tt-RU"/>
              </w:rPr>
            </w:pPr>
          </w:p>
        </w:tc>
        <w:tc>
          <w:tcPr>
            <w:tcW w:w="1175" w:type="dxa"/>
          </w:tcPr>
          <w:p w14:paraId="0B1BD8CE" w14:textId="77777777" w:rsidR="00AA2478" w:rsidRPr="00680F51" w:rsidRDefault="00AA2478" w:rsidP="00AA2478">
            <w:pPr>
              <w:jc w:val="center"/>
              <w:rPr>
                <w:rFonts w:cs="Times New Roman"/>
                <w:sz w:val="24"/>
                <w:szCs w:val="24"/>
                <w:lang w:val="tt-RU"/>
              </w:rPr>
            </w:pPr>
          </w:p>
        </w:tc>
        <w:tc>
          <w:tcPr>
            <w:tcW w:w="1134" w:type="dxa"/>
          </w:tcPr>
          <w:p w14:paraId="4658FAF4" w14:textId="77777777" w:rsidR="00AA2478" w:rsidRPr="00680F51" w:rsidRDefault="00AA2478" w:rsidP="00AA2478">
            <w:pPr>
              <w:rPr>
                <w:rFonts w:cs="Times New Roman"/>
                <w:sz w:val="24"/>
                <w:szCs w:val="24"/>
                <w:lang w:val="tt-RU"/>
              </w:rPr>
            </w:pPr>
          </w:p>
        </w:tc>
        <w:tc>
          <w:tcPr>
            <w:tcW w:w="3969" w:type="dxa"/>
          </w:tcPr>
          <w:p w14:paraId="5EA02B3F" w14:textId="77777777" w:rsidR="00AA2478" w:rsidRPr="00D330BB" w:rsidRDefault="00AA2478" w:rsidP="00AA2478">
            <w:pPr>
              <w:rPr>
                <w:rFonts w:cs="Times New Roman"/>
                <w:sz w:val="16"/>
                <w:szCs w:val="16"/>
                <w:lang w:val="tt-RU"/>
              </w:rPr>
            </w:pPr>
            <w:r w:rsidRPr="0081046B">
              <w:rPr>
                <w:rFonts w:cs="Times New Roman"/>
                <w:sz w:val="16"/>
                <w:szCs w:val="16"/>
                <w:lang w:val="tt-RU"/>
              </w:rPr>
              <w:t>https://infourok.ru/fgos-talplren-turi-kiterep-eshlngn-dres-eshkrtmse-sinonim-m-antonim-siyfatlar-nche-siynif-1243873.html</w:t>
            </w:r>
          </w:p>
        </w:tc>
      </w:tr>
      <w:tr w:rsidR="00AA2478" w:rsidRPr="00600724" w14:paraId="2C28003A" w14:textId="77777777" w:rsidTr="00AA2478">
        <w:tc>
          <w:tcPr>
            <w:tcW w:w="993" w:type="dxa"/>
          </w:tcPr>
          <w:p w14:paraId="61CCB598"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55F735F" w14:textId="77777777" w:rsidR="00AA2478" w:rsidRPr="00680F51" w:rsidRDefault="00AA2478" w:rsidP="00AA2478">
            <w:pPr>
              <w:rPr>
                <w:rFonts w:cs="Times New Roman"/>
                <w:sz w:val="24"/>
                <w:szCs w:val="24"/>
                <w:lang w:val="tt-RU"/>
              </w:rPr>
            </w:pPr>
          </w:p>
        </w:tc>
        <w:tc>
          <w:tcPr>
            <w:tcW w:w="951" w:type="dxa"/>
          </w:tcPr>
          <w:p w14:paraId="39D9AD3F" w14:textId="77777777" w:rsidR="00AA2478" w:rsidRDefault="00AA2478" w:rsidP="00AA2478">
            <w:pPr>
              <w:jc w:val="center"/>
              <w:rPr>
                <w:rFonts w:cs="Times New Roman"/>
                <w:sz w:val="24"/>
                <w:szCs w:val="24"/>
                <w:lang w:val="tt-RU"/>
              </w:rPr>
            </w:pPr>
          </w:p>
        </w:tc>
        <w:tc>
          <w:tcPr>
            <w:tcW w:w="1175" w:type="dxa"/>
          </w:tcPr>
          <w:p w14:paraId="6ED82A64" w14:textId="77777777" w:rsidR="00AA2478" w:rsidRPr="00680F51" w:rsidRDefault="00AA2478" w:rsidP="00AA2478">
            <w:pPr>
              <w:jc w:val="center"/>
              <w:rPr>
                <w:rFonts w:cs="Times New Roman"/>
                <w:sz w:val="24"/>
                <w:szCs w:val="24"/>
                <w:lang w:val="tt-RU"/>
              </w:rPr>
            </w:pPr>
          </w:p>
        </w:tc>
        <w:tc>
          <w:tcPr>
            <w:tcW w:w="1134" w:type="dxa"/>
          </w:tcPr>
          <w:p w14:paraId="75DF3CBB" w14:textId="77777777" w:rsidR="00AA2478" w:rsidRPr="00680F51" w:rsidRDefault="00AA2478" w:rsidP="00AA2478">
            <w:pPr>
              <w:rPr>
                <w:rFonts w:cs="Times New Roman"/>
                <w:sz w:val="24"/>
                <w:szCs w:val="24"/>
                <w:lang w:val="tt-RU"/>
              </w:rPr>
            </w:pPr>
          </w:p>
        </w:tc>
        <w:tc>
          <w:tcPr>
            <w:tcW w:w="3969" w:type="dxa"/>
          </w:tcPr>
          <w:p w14:paraId="1029BC43" w14:textId="77777777" w:rsidR="00AA2478" w:rsidRPr="0081046B" w:rsidRDefault="00AA2478" w:rsidP="00AA2478">
            <w:pPr>
              <w:rPr>
                <w:rFonts w:cs="Times New Roman"/>
                <w:sz w:val="16"/>
                <w:szCs w:val="16"/>
                <w:lang w:val="tt-RU"/>
              </w:rPr>
            </w:pPr>
          </w:p>
        </w:tc>
      </w:tr>
      <w:tr w:rsidR="00AA2478" w:rsidRPr="00600724" w14:paraId="2DEA0465" w14:textId="77777777" w:rsidTr="00AA2478">
        <w:tc>
          <w:tcPr>
            <w:tcW w:w="993" w:type="dxa"/>
          </w:tcPr>
          <w:p w14:paraId="159D7927"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553D9CF7" w14:textId="77777777" w:rsidR="00AA2478" w:rsidRPr="00680F51" w:rsidRDefault="00AA2478" w:rsidP="00AA2478">
            <w:pPr>
              <w:rPr>
                <w:rFonts w:cs="Times New Roman"/>
                <w:sz w:val="24"/>
                <w:szCs w:val="24"/>
                <w:lang w:val="tt-RU"/>
              </w:rPr>
            </w:pPr>
          </w:p>
        </w:tc>
        <w:tc>
          <w:tcPr>
            <w:tcW w:w="951" w:type="dxa"/>
          </w:tcPr>
          <w:p w14:paraId="37BB9ABB" w14:textId="77777777" w:rsidR="00AA2478" w:rsidRDefault="00AA2478" w:rsidP="00AA2478">
            <w:pPr>
              <w:jc w:val="center"/>
              <w:rPr>
                <w:rFonts w:cs="Times New Roman"/>
                <w:sz w:val="24"/>
                <w:szCs w:val="24"/>
                <w:lang w:val="tt-RU"/>
              </w:rPr>
            </w:pPr>
          </w:p>
        </w:tc>
        <w:tc>
          <w:tcPr>
            <w:tcW w:w="1175" w:type="dxa"/>
          </w:tcPr>
          <w:p w14:paraId="332BBA19" w14:textId="77777777" w:rsidR="00AA2478" w:rsidRPr="00680F51" w:rsidRDefault="00AA2478" w:rsidP="00AA2478">
            <w:pPr>
              <w:jc w:val="center"/>
              <w:rPr>
                <w:rFonts w:cs="Times New Roman"/>
                <w:sz w:val="24"/>
                <w:szCs w:val="24"/>
                <w:lang w:val="tt-RU"/>
              </w:rPr>
            </w:pPr>
          </w:p>
        </w:tc>
        <w:tc>
          <w:tcPr>
            <w:tcW w:w="1134" w:type="dxa"/>
          </w:tcPr>
          <w:p w14:paraId="2F8F1378" w14:textId="77777777" w:rsidR="00AA2478" w:rsidRPr="00680F51" w:rsidRDefault="00AA2478" w:rsidP="00AA2478">
            <w:pPr>
              <w:rPr>
                <w:rFonts w:cs="Times New Roman"/>
                <w:sz w:val="24"/>
                <w:szCs w:val="24"/>
                <w:lang w:val="tt-RU"/>
              </w:rPr>
            </w:pPr>
          </w:p>
        </w:tc>
        <w:tc>
          <w:tcPr>
            <w:tcW w:w="3969" w:type="dxa"/>
          </w:tcPr>
          <w:p w14:paraId="1EEAB9E3" w14:textId="77777777" w:rsidR="00AA2478" w:rsidRPr="0081046B" w:rsidRDefault="00AA2478" w:rsidP="00AA2478">
            <w:pPr>
              <w:rPr>
                <w:rFonts w:cs="Times New Roman"/>
                <w:sz w:val="16"/>
                <w:szCs w:val="16"/>
                <w:lang w:val="tt-RU"/>
              </w:rPr>
            </w:pPr>
          </w:p>
        </w:tc>
      </w:tr>
      <w:tr w:rsidR="00AA2478" w:rsidRPr="00600724" w14:paraId="215E0F9C" w14:textId="77777777" w:rsidTr="00AA2478">
        <w:trPr>
          <w:trHeight w:val="535"/>
        </w:trPr>
        <w:tc>
          <w:tcPr>
            <w:tcW w:w="993" w:type="dxa"/>
          </w:tcPr>
          <w:p w14:paraId="05B762BF"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6753FADF" w14:textId="77777777" w:rsidR="00AA2478" w:rsidRPr="00680F51" w:rsidRDefault="00AA2478" w:rsidP="00AA2478">
            <w:pPr>
              <w:rPr>
                <w:rFonts w:cs="Times New Roman"/>
                <w:sz w:val="24"/>
                <w:szCs w:val="24"/>
                <w:lang w:val="tt-RU"/>
              </w:rPr>
            </w:pPr>
            <w:r w:rsidRPr="00680F51">
              <w:rPr>
                <w:rFonts w:eastAsia="Calibri" w:cs="Times New Roman"/>
                <w:sz w:val="24"/>
                <w:szCs w:val="24"/>
                <w:lang w:val="tt-RU"/>
              </w:rPr>
              <w:t>Состав слова (морфемика)./</w:t>
            </w:r>
            <w:r w:rsidRPr="00680F51">
              <w:rPr>
                <w:rFonts w:eastAsia="Calibri" w:cs="Times New Roman"/>
                <w:sz w:val="24"/>
                <w:szCs w:val="24"/>
              </w:rPr>
              <w:t xml:space="preserve"> </w:t>
            </w:r>
            <w:r w:rsidRPr="00680F51">
              <w:rPr>
                <w:rFonts w:cs="Times New Roman"/>
                <w:sz w:val="24"/>
                <w:szCs w:val="24"/>
                <w:lang w:val="tt-RU"/>
              </w:rPr>
              <w:t>Сүз төзелеше</w:t>
            </w:r>
          </w:p>
          <w:p w14:paraId="1BCC33C7" w14:textId="77777777" w:rsidR="00AA2478" w:rsidRPr="00680F51" w:rsidRDefault="00AA2478" w:rsidP="00AA2478">
            <w:pPr>
              <w:jc w:val="center"/>
              <w:rPr>
                <w:rFonts w:cs="Times New Roman"/>
                <w:sz w:val="24"/>
                <w:szCs w:val="24"/>
                <w:lang w:val="tt-RU"/>
              </w:rPr>
            </w:pPr>
          </w:p>
          <w:p w14:paraId="03EB08F4" w14:textId="77777777" w:rsidR="00AA2478" w:rsidRPr="00680F51" w:rsidRDefault="00AA2478" w:rsidP="00AA2478">
            <w:pPr>
              <w:jc w:val="center"/>
              <w:rPr>
                <w:rFonts w:cs="Times New Roman"/>
                <w:sz w:val="24"/>
                <w:szCs w:val="24"/>
                <w:lang w:val="tt-RU"/>
              </w:rPr>
            </w:pPr>
          </w:p>
        </w:tc>
        <w:tc>
          <w:tcPr>
            <w:tcW w:w="951" w:type="dxa"/>
            <w:vMerge w:val="restart"/>
          </w:tcPr>
          <w:p w14:paraId="6AC319D5" w14:textId="77777777" w:rsidR="00AA2478" w:rsidRPr="00680F51" w:rsidRDefault="00AA2478" w:rsidP="00AA2478">
            <w:pPr>
              <w:jc w:val="center"/>
              <w:rPr>
                <w:rFonts w:cs="Times New Roman"/>
                <w:sz w:val="24"/>
                <w:szCs w:val="24"/>
                <w:lang w:val="tt-RU"/>
              </w:rPr>
            </w:pPr>
            <w:r>
              <w:rPr>
                <w:rFonts w:cs="Times New Roman"/>
                <w:sz w:val="24"/>
                <w:szCs w:val="24"/>
                <w:lang w:val="tt-RU"/>
              </w:rPr>
              <w:t>3</w:t>
            </w:r>
          </w:p>
        </w:tc>
        <w:tc>
          <w:tcPr>
            <w:tcW w:w="1175" w:type="dxa"/>
          </w:tcPr>
          <w:p w14:paraId="59C2EC20" w14:textId="77777777" w:rsidR="00AA2478" w:rsidRPr="00680F51" w:rsidRDefault="00AA2478" w:rsidP="00AA2478">
            <w:pPr>
              <w:jc w:val="center"/>
              <w:rPr>
                <w:rFonts w:cs="Times New Roman"/>
                <w:sz w:val="24"/>
                <w:szCs w:val="24"/>
                <w:lang w:val="tt-RU"/>
              </w:rPr>
            </w:pPr>
          </w:p>
        </w:tc>
        <w:tc>
          <w:tcPr>
            <w:tcW w:w="1134" w:type="dxa"/>
          </w:tcPr>
          <w:p w14:paraId="25E9691C" w14:textId="77777777" w:rsidR="00AA2478" w:rsidRPr="00680F51" w:rsidRDefault="00AA2478" w:rsidP="00AA2478">
            <w:pPr>
              <w:rPr>
                <w:rFonts w:cs="Times New Roman"/>
                <w:sz w:val="24"/>
                <w:szCs w:val="24"/>
                <w:lang w:val="tt-RU"/>
              </w:rPr>
            </w:pPr>
          </w:p>
        </w:tc>
        <w:tc>
          <w:tcPr>
            <w:tcW w:w="3969" w:type="dxa"/>
          </w:tcPr>
          <w:p w14:paraId="067216B7" w14:textId="77777777" w:rsidR="00AA2478" w:rsidRDefault="00863D41" w:rsidP="00AA2478">
            <w:pPr>
              <w:rPr>
                <w:rFonts w:cs="Times New Roman"/>
                <w:sz w:val="16"/>
                <w:szCs w:val="16"/>
                <w:lang w:val="tt-RU"/>
              </w:rPr>
            </w:pPr>
            <w:hyperlink r:id="rId40" w:history="1">
              <w:r w:rsidR="00AA2478" w:rsidRPr="00C12EE6">
                <w:rPr>
                  <w:rStyle w:val="af2"/>
                  <w:rFonts w:cs="Times New Roman"/>
                  <w:sz w:val="16"/>
                  <w:szCs w:val="16"/>
                  <w:lang w:val="tt-RU"/>
                </w:rPr>
                <w:t>https://mon.tatarstan.ru/razrabotki-urokov-po-rodnomu-tatarskomu-yaziku-i.htm</w:t>
              </w:r>
            </w:hyperlink>
          </w:p>
          <w:p w14:paraId="61DE1F27" w14:textId="77777777" w:rsidR="00AA2478" w:rsidRPr="00D330BB" w:rsidRDefault="00AA2478" w:rsidP="00AA2478">
            <w:pPr>
              <w:rPr>
                <w:rFonts w:cs="Times New Roman"/>
                <w:sz w:val="16"/>
                <w:szCs w:val="16"/>
                <w:lang w:val="tt-RU"/>
              </w:rPr>
            </w:pPr>
          </w:p>
        </w:tc>
      </w:tr>
      <w:tr w:rsidR="00AA2478" w:rsidRPr="00600724" w14:paraId="5B8A840D" w14:textId="77777777" w:rsidTr="00AA2478">
        <w:trPr>
          <w:trHeight w:val="690"/>
        </w:trPr>
        <w:tc>
          <w:tcPr>
            <w:tcW w:w="993" w:type="dxa"/>
          </w:tcPr>
          <w:p w14:paraId="3089917D"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289F3CA2" w14:textId="77777777" w:rsidR="00AA2478" w:rsidRPr="00680F51" w:rsidRDefault="00AA2478" w:rsidP="00AA2478">
            <w:pPr>
              <w:rPr>
                <w:rFonts w:eastAsia="Calibri" w:cs="Times New Roman"/>
                <w:sz w:val="24"/>
                <w:szCs w:val="24"/>
                <w:lang w:val="tt-RU"/>
              </w:rPr>
            </w:pPr>
          </w:p>
        </w:tc>
        <w:tc>
          <w:tcPr>
            <w:tcW w:w="951" w:type="dxa"/>
            <w:vMerge/>
          </w:tcPr>
          <w:p w14:paraId="7FE5CC9E" w14:textId="77777777" w:rsidR="00AA2478" w:rsidRPr="00680F51" w:rsidRDefault="00AA2478" w:rsidP="00AA2478">
            <w:pPr>
              <w:jc w:val="center"/>
              <w:rPr>
                <w:rFonts w:cs="Times New Roman"/>
                <w:sz w:val="24"/>
                <w:szCs w:val="24"/>
                <w:lang w:val="tt-RU"/>
              </w:rPr>
            </w:pPr>
          </w:p>
        </w:tc>
        <w:tc>
          <w:tcPr>
            <w:tcW w:w="1175" w:type="dxa"/>
          </w:tcPr>
          <w:p w14:paraId="2DE7CB53" w14:textId="77777777" w:rsidR="00AA2478" w:rsidRPr="00680F51" w:rsidRDefault="00AA2478" w:rsidP="00AA2478">
            <w:pPr>
              <w:jc w:val="center"/>
              <w:rPr>
                <w:rFonts w:cs="Times New Roman"/>
                <w:sz w:val="24"/>
                <w:szCs w:val="24"/>
                <w:lang w:val="tt-RU"/>
              </w:rPr>
            </w:pPr>
          </w:p>
        </w:tc>
        <w:tc>
          <w:tcPr>
            <w:tcW w:w="1134" w:type="dxa"/>
          </w:tcPr>
          <w:p w14:paraId="307007CB" w14:textId="77777777" w:rsidR="00AA2478" w:rsidRPr="00680F51" w:rsidRDefault="00AA2478" w:rsidP="00AA2478">
            <w:pPr>
              <w:rPr>
                <w:rFonts w:cs="Times New Roman"/>
                <w:sz w:val="24"/>
                <w:szCs w:val="24"/>
                <w:lang w:val="tt-RU"/>
              </w:rPr>
            </w:pPr>
          </w:p>
        </w:tc>
        <w:tc>
          <w:tcPr>
            <w:tcW w:w="3969" w:type="dxa"/>
          </w:tcPr>
          <w:p w14:paraId="54E7CC03" w14:textId="77777777" w:rsidR="00AA2478" w:rsidRPr="00D330BB" w:rsidRDefault="00AA2478" w:rsidP="00AA2478">
            <w:pPr>
              <w:rPr>
                <w:rFonts w:cs="Times New Roman"/>
                <w:sz w:val="16"/>
                <w:szCs w:val="16"/>
                <w:lang w:val="tt-RU"/>
              </w:rPr>
            </w:pPr>
          </w:p>
        </w:tc>
      </w:tr>
      <w:tr w:rsidR="00AA2478" w:rsidRPr="00600724" w14:paraId="52779876" w14:textId="77777777" w:rsidTr="00AA2478">
        <w:trPr>
          <w:trHeight w:val="690"/>
        </w:trPr>
        <w:tc>
          <w:tcPr>
            <w:tcW w:w="993" w:type="dxa"/>
          </w:tcPr>
          <w:p w14:paraId="6BF8D55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441C6229" w14:textId="77777777" w:rsidR="00AA2478" w:rsidRPr="00680F51" w:rsidRDefault="00AA2478" w:rsidP="00AA2478">
            <w:pPr>
              <w:rPr>
                <w:rFonts w:eastAsia="Calibri" w:cs="Times New Roman"/>
                <w:sz w:val="24"/>
                <w:szCs w:val="24"/>
                <w:lang w:val="tt-RU"/>
              </w:rPr>
            </w:pPr>
          </w:p>
        </w:tc>
        <w:tc>
          <w:tcPr>
            <w:tcW w:w="951" w:type="dxa"/>
          </w:tcPr>
          <w:p w14:paraId="0FEEA1BA" w14:textId="77777777" w:rsidR="00AA2478" w:rsidRPr="00680F51" w:rsidRDefault="00AA2478" w:rsidP="00AA2478">
            <w:pPr>
              <w:jc w:val="center"/>
              <w:rPr>
                <w:rFonts w:cs="Times New Roman"/>
                <w:sz w:val="24"/>
                <w:szCs w:val="24"/>
                <w:lang w:val="tt-RU"/>
              </w:rPr>
            </w:pPr>
          </w:p>
        </w:tc>
        <w:tc>
          <w:tcPr>
            <w:tcW w:w="1175" w:type="dxa"/>
          </w:tcPr>
          <w:p w14:paraId="50BF2673" w14:textId="77777777" w:rsidR="00AA2478" w:rsidRPr="00680F51" w:rsidRDefault="00AA2478" w:rsidP="00AA2478">
            <w:pPr>
              <w:jc w:val="center"/>
              <w:rPr>
                <w:rFonts w:cs="Times New Roman"/>
                <w:sz w:val="24"/>
                <w:szCs w:val="24"/>
                <w:lang w:val="tt-RU"/>
              </w:rPr>
            </w:pPr>
          </w:p>
        </w:tc>
        <w:tc>
          <w:tcPr>
            <w:tcW w:w="1134" w:type="dxa"/>
          </w:tcPr>
          <w:p w14:paraId="5032E75D" w14:textId="77777777" w:rsidR="00AA2478" w:rsidRPr="00680F51" w:rsidRDefault="00AA2478" w:rsidP="00AA2478">
            <w:pPr>
              <w:rPr>
                <w:rFonts w:cs="Times New Roman"/>
                <w:sz w:val="24"/>
                <w:szCs w:val="24"/>
                <w:lang w:val="tt-RU"/>
              </w:rPr>
            </w:pPr>
          </w:p>
        </w:tc>
        <w:tc>
          <w:tcPr>
            <w:tcW w:w="3969" w:type="dxa"/>
          </w:tcPr>
          <w:p w14:paraId="4BE2AF9B" w14:textId="77777777" w:rsidR="00AA2478" w:rsidRPr="00D330BB" w:rsidRDefault="00AA2478" w:rsidP="00AA2478">
            <w:pPr>
              <w:rPr>
                <w:rFonts w:cs="Times New Roman"/>
                <w:sz w:val="16"/>
                <w:szCs w:val="16"/>
                <w:lang w:val="tt-RU"/>
              </w:rPr>
            </w:pPr>
          </w:p>
        </w:tc>
      </w:tr>
      <w:tr w:rsidR="00AA2478" w:rsidRPr="00600724" w14:paraId="7106091F" w14:textId="77777777" w:rsidTr="00AA2478">
        <w:trPr>
          <w:trHeight w:val="481"/>
        </w:trPr>
        <w:tc>
          <w:tcPr>
            <w:tcW w:w="993" w:type="dxa"/>
          </w:tcPr>
          <w:p w14:paraId="5120C7D3"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719EC523" w14:textId="77777777" w:rsidR="00AA2478" w:rsidRPr="00680F51" w:rsidRDefault="00AA2478" w:rsidP="00AA2478">
            <w:pPr>
              <w:rPr>
                <w:rFonts w:cs="Times New Roman"/>
                <w:sz w:val="24"/>
                <w:szCs w:val="24"/>
              </w:rPr>
            </w:pPr>
            <w:r w:rsidRPr="00680F51">
              <w:rPr>
                <w:rFonts w:cs="Times New Roman"/>
                <w:sz w:val="24"/>
                <w:szCs w:val="24"/>
              </w:rPr>
              <w:t>Однокоренные слова/Тамырдаш сүзлә</w:t>
            </w:r>
            <w:proofErr w:type="gramStart"/>
            <w:r w:rsidRPr="00680F51">
              <w:rPr>
                <w:rFonts w:cs="Times New Roman"/>
                <w:sz w:val="24"/>
                <w:szCs w:val="24"/>
              </w:rPr>
              <w:t>р</w:t>
            </w:r>
            <w:proofErr w:type="gramEnd"/>
          </w:p>
          <w:p w14:paraId="72FDC799" w14:textId="77777777" w:rsidR="00AA2478" w:rsidRPr="00680F51" w:rsidRDefault="00AA2478" w:rsidP="00AA2478">
            <w:pPr>
              <w:jc w:val="center"/>
              <w:rPr>
                <w:rFonts w:cs="Times New Roman"/>
                <w:sz w:val="24"/>
                <w:szCs w:val="24"/>
              </w:rPr>
            </w:pPr>
          </w:p>
          <w:p w14:paraId="0CDF2A67" w14:textId="77777777" w:rsidR="00AA2478" w:rsidRPr="00680F51" w:rsidRDefault="00AA2478" w:rsidP="00AA2478">
            <w:pPr>
              <w:jc w:val="center"/>
              <w:rPr>
                <w:rFonts w:cs="Times New Roman"/>
                <w:sz w:val="24"/>
                <w:szCs w:val="24"/>
                <w:lang w:val="tt-RU"/>
              </w:rPr>
            </w:pPr>
          </w:p>
        </w:tc>
        <w:tc>
          <w:tcPr>
            <w:tcW w:w="951" w:type="dxa"/>
            <w:vMerge w:val="restart"/>
          </w:tcPr>
          <w:p w14:paraId="686A6198" w14:textId="77777777" w:rsidR="00AA2478" w:rsidRPr="00680F51" w:rsidRDefault="00AA2478" w:rsidP="00AA2478">
            <w:pPr>
              <w:jc w:val="center"/>
              <w:rPr>
                <w:rFonts w:cs="Times New Roman"/>
                <w:sz w:val="24"/>
                <w:szCs w:val="24"/>
                <w:lang w:val="tt-RU"/>
              </w:rPr>
            </w:pPr>
            <w:r>
              <w:rPr>
                <w:rFonts w:cs="Times New Roman"/>
                <w:sz w:val="24"/>
                <w:szCs w:val="24"/>
                <w:lang w:val="tt-RU"/>
              </w:rPr>
              <w:lastRenderedPageBreak/>
              <w:t>4</w:t>
            </w:r>
          </w:p>
        </w:tc>
        <w:tc>
          <w:tcPr>
            <w:tcW w:w="1175" w:type="dxa"/>
          </w:tcPr>
          <w:p w14:paraId="542EFC8D" w14:textId="77777777" w:rsidR="00AA2478" w:rsidRPr="00680F51" w:rsidRDefault="00AA2478" w:rsidP="00AA2478">
            <w:pPr>
              <w:jc w:val="center"/>
              <w:rPr>
                <w:rFonts w:cs="Times New Roman"/>
                <w:sz w:val="24"/>
                <w:szCs w:val="24"/>
                <w:lang w:val="tt-RU"/>
              </w:rPr>
            </w:pPr>
          </w:p>
        </w:tc>
        <w:tc>
          <w:tcPr>
            <w:tcW w:w="1134" w:type="dxa"/>
          </w:tcPr>
          <w:p w14:paraId="299BA27D" w14:textId="77777777" w:rsidR="00AA2478" w:rsidRPr="00680F51" w:rsidRDefault="00AA2478" w:rsidP="00AA2478">
            <w:pPr>
              <w:rPr>
                <w:rFonts w:cs="Times New Roman"/>
                <w:sz w:val="24"/>
                <w:szCs w:val="24"/>
                <w:lang w:val="tt-RU"/>
              </w:rPr>
            </w:pPr>
          </w:p>
        </w:tc>
        <w:tc>
          <w:tcPr>
            <w:tcW w:w="3969" w:type="dxa"/>
          </w:tcPr>
          <w:p w14:paraId="52B55326" w14:textId="77777777" w:rsidR="00AA2478" w:rsidRDefault="00863D41" w:rsidP="00AA2478">
            <w:pPr>
              <w:rPr>
                <w:rFonts w:cs="Times New Roman"/>
                <w:sz w:val="16"/>
                <w:szCs w:val="16"/>
                <w:lang w:val="tt-RU"/>
              </w:rPr>
            </w:pPr>
            <w:hyperlink r:id="rId41" w:history="1">
              <w:r w:rsidR="00AA2478" w:rsidRPr="00C12EE6">
                <w:rPr>
                  <w:rStyle w:val="af2"/>
                  <w:rFonts w:cs="Times New Roman"/>
                  <w:sz w:val="16"/>
                  <w:szCs w:val="16"/>
                  <w:lang w:val="tt-RU"/>
                </w:rPr>
                <w:t>https://mon.tatarstan.ru/razrabotki-urokov-po-rodnomu-tatarskomu-yaziku-i.htm</w:t>
              </w:r>
            </w:hyperlink>
          </w:p>
          <w:p w14:paraId="1143CC6C" w14:textId="77777777" w:rsidR="00AA2478" w:rsidRPr="00D330BB" w:rsidRDefault="00AA2478" w:rsidP="00AA2478">
            <w:pPr>
              <w:rPr>
                <w:rFonts w:cs="Times New Roman"/>
                <w:sz w:val="16"/>
                <w:szCs w:val="16"/>
                <w:lang w:val="tt-RU"/>
              </w:rPr>
            </w:pPr>
          </w:p>
        </w:tc>
      </w:tr>
      <w:tr w:rsidR="00AA2478" w:rsidRPr="00600724" w14:paraId="7237CD71" w14:textId="77777777" w:rsidTr="00AA2478">
        <w:trPr>
          <w:trHeight w:val="262"/>
        </w:trPr>
        <w:tc>
          <w:tcPr>
            <w:tcW w:w="993" w:type="dxa"/>
          </w:tcPr>
          <w:p w14:paraId="0F98EBD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89B66A5" w14:textId="77777777" w:rsidR="00AA2478" w:rsidRPr="00B6769C" w:rsidRDefault="00AA2478" w:rsidP="00AA2478">
            <w:pPr>
              <w:rPr>
                <w:rFonts w:cs="Times New Roman"/>
                <w:sz w:val="24"/>
                <w:szCs w:val="24"/>
                <w:lang w:val="tt-RU"/>
              </w:rPr>
            </w:pPr>
          </w:p>
        </w:tc>
        <w:tc>
          <w:tcPr>
            <w:tcW w:w="951" w:type="dxa"/>
            <w:vMerge/>
          </w:tcPr>
          <w:p w14:paraId="7CBDD135" w14:textId="77777777" w:rsidR="00AA2478" w:rsidRPr="00680F51" w:rsidRDefault="00AA2478" w:rsidP="00AA2478">
            <w:pPr>
              <w:jc w:val="center"/>
              <w:rPr>
                <w:rFonts w:cs="Times New Roman"/>
                <w:sz w:val="24"/>
                <w:szCs w:val="24"/>
                <w:lang w:val="tt-RU"/>
              </w:rPr>
            </w:pPr>
          </w:p>
        </w:tc>
        <w:tc>
          <w:tcPr>
            <w:tcW w:w="1175" w:type="dxa"/>
          </w:tcPr>
          <w:p w14:paraId="190FD578" w14:textId="77777777" w:rsidR="00AA2478" w:rsidRPr="00680F51" w:rsidRDefault="00AA2478" w:rsidP="00AA2478">
            <w:pPr>
              <w:jc w:val="center"/>
              <w:rPr>
                <w:rFonts w:cs="Times New Roman"/>
                <w:sz w:val="24"/>
                <w:szCs w:val="24"/>
                <w:lang w:val="tt-RU"/>
              </w:rPr>
            </w:pPr>
          </w:p>
        </w:tc>
        <w:tc>
          <w:tcPr>
            <w:tcW w:w="1134" w:type="dxa"/>
          </w:tcPr>
          <w:p w14:paraId="0F7D0FC6" w14:textId="77777777" w:rsidR="00AA2478" w:rsidRPr="00680F51" w:rsidRDefault="00AA2478" w:rsidP="00AA2478">
            <w:pPr>
              <w:rPr>
                <w:rFonts w:cs="Times New Roman"/>
                <w:sz w:val="24"/>
                <w:szCs w:val="24"/>
                <w:lang w:val="tt-RU"/>
              </w:rPr>
            </w:pPr>
          </w:p>
        </w:tc>
        <w:tc>
          <w:tcPr>
            <w:tcW w:w="3969" w:type="dxa"/>
          </w:tcPr>
          <w:p w14:paraId="4BD2D4BA" w14:textId="77777777" w:rsidR="00AA2478" w:rsidRPr="00D330BB" w:rsidRDefault="00AA2478" w:rsidP="00AA2478">
            <w:pPr>
              <w:rPr>
                <w:rFonts w:cs="Times New Roman"/>
                <w:sz w:val="16"/>
                <w:szCs w:val="16"/>
                <w:lang w:val="tt-RU"/>
              </w:rPr>
            </w:pPr>
          </w:p>
        </w:tc>
      </w:tr>
      <w:tr w:rsidR="00AA2478" w:rsidRPr="00600724" w14:paraId="3090ABA4" w14:textId="77777777" w:rsidTr="00AA2478">
        <w:trPr>
          <w:trHeight w:val="262"/>
        </w:trPr>
        <w:tc>
          <w:tcPr>
            <w:tcW w:w="993" w:type="dxa"/>
          </w:tcPr>
          <w:p w14:paraId="61D15B24"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37A24DEB" w14:textId="77777777" w:rsidR="00AA2478" w:rsidRPr="00B6769C" w:rsidRDefault="00AA2478" w:rsidP="00AA2478">
            <w:pPr>
              <w:rPr>
                <w:rFonts w:cs="Times New Roman"/>
                <w:sz w:val="24"/>
                <w:szCs w:val="24"/>
                <w:lang w:val="tt-RU"/>
              </w:rPr>
            </w:pPr>
          </w:p>
        </w:tc>
        <w:tc>
          <w:tcPr>
            <w:tcW w:w="951" w:type="dxa"/>
          </w:tcPr>
          <w:p w14:paraId="6894020A" w14:textId="77777777" w:rsidR="00AA2478" w:rsidRPr="00680F51" w:rsidRDefault="00AA2478" w:rsidP="00AA2478">
            <w:pPr>
              <w:jc w:val="center"/>
              <w:rPr>
                <w:rFonts w:cs="Times New Roman"/>
                <w:sz w:val="24"/>
                <w:szCs w:val="24"/>
                <w:lang w:val="tt-RU"/>
              </w:rPr>
            </w:pPr>
          </w:p>
        </w:tc>
        <w:tc>
          <w:tcPr>
            <w:tcW w:w="1175" w:type="dxa"/>
          </w:tcPr>
          <w:p w14:paraId="111F3964" w14:textId="77777777" w:rsidR="00AA2478" w:rsidRPr="00680F51" w:rsidRDefault="00AA2478" w:rsidP="00AA2478">
            <w:pPr>
              <w:jc w:val="center"/>
              <w:rPr>
                <w:rFonts w:cs="Times New Roman"/>
                <w:sz w:val="24"/>
                <w:szCs w:val="24"/>
                <w:lang w:val="tt-RU"/>
              </w:rPr>
            </w:pPr>
          </w:p>
        </w:tc>
        <w:tc>
          <w:tcPr>
            <w:tcW w:w="1134" w:type="dxa"/>
          </w:tcPr>
          <w:p w14:paraId="75E95930" w14:textId="77777777" w:rsidR="00AA2478" w:rsidRPr="00680F51" w:rsidRDefault="00AA2478" w:rsidP="00AA2478">
            <w:pPr>
              <w:rPr>
                <w:rFonts w:cs="Times New Roman"/>
                <w:sz w:val="24"/>
                <w:szCs w:val="24"/>
                <w:lang w:val="tt-RU"/>
              </w:rPr>
            </w:pPr>
          </w:p>
        </w:tc>
        <w:tc>
          <w:tcPr>
            <w:tcW w:w="3969" w:type="dxa"/>
          </w:tcPr>
          <w:p w14:paraId="140F788E" w14:textId="77777777" w:rsidR="00AA2478" w:rsidRPr="00D330BB" w:rsidRDefault="00AA2478" w:rsidP="00AA2478">
            <w:pPr>
              <w:rPr>
                <w:rFonts w:cs="Times New Roman"/>
                <w:sz w:val="16"/>
                <w:szCs w:val="16"/>
                <w:lang w:val="tt-RU"/>
              </w:rPr>
            </w:pPr>
          </w:p>
        </w:tc>
      </w:tr>
      <w:tr w:rsidR="00AA2478" w:rsidRPr="00600724" w14:paraId="258A2664" w14:textId="77777777" w:rsidTr="00AA2478">
        <w:trPr>
          <w:trHeight w:val="262"/>
        </w:trPr>
        <w:tc>
          <w:tcPr>
            <w:tcW w:w="993" w:type="dxa"/>
          </w:tcPr>
          <w:p w14:paraId="3915741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7128094" w14:textId="77777777" w:rsidR="00AA2478" w:rsidRPr="00B6769C" w:rsidRDefault="00AA2478" w:rsidP="00AA2478">
            <w:pPr>
              <w:rPr>
                <w:rFonts w:cs="Times New Roman"/>
                <w:sz w:val="24"/>
                <w:szCs w:val="24"/>
                <w:lang w:val="tt-RU"/>
              </w:rPr>
            </w:pPr>
          </w:p>
        </w:tc>
        <w:tc>
          <w:tcPr>
            <w:tcW w:w="951" w:type="dxa"/>
          </w:tcPr>
          <w:p w14:paraId="6BDB5D6B" w14:textId="77777777" w:rsidR="00AA2478" w:rsidRPr="00680F51" w:rsidRDefault="00AA2478" w:rsidP="00AA2478">
            <w:pPr>
              <w:jc w:val="center"/>
              <w:rPr>
                <w:rFonts w:cs="Times New Roman"/>
                <w:sz w:val="24"/>
                <w:szCs w:val="24"/>
                <w:lang w:val="tt-RU"/>
              </w:rPr>
            </w:pPr>
          </w:p>
        </w:tc>
        <w:tc>
          <w:tcPr>
            <w:tcW w:w="1175" w:type="dxa"/>
          </w:tcPr>
          <w:p w14:paraId="599BBFCA" w14:textId="77777777" w:rsidR="00AA2478" w:rsidRPr="00680F51" w:rsidRDefault="00AA2478" w:rsidP="00AA2478">
            <w:pPr>
              <w:jc w:val="center"/>
              <w:rPr>
                <w:rFonts w:cs="Times New Roman"/>
                <w:sz w:val="24"/>
                <w:szCs w:val="24"/>
                <w:lang w:val="tt-RU"/>
              </w:rPr>
            </w:pPr>
          </w:p>
        </w:tc>
        <w:tc>
          <w:tcPr>
            <w:tcW w:w="1134" w:type="dxa"/>
          </w:tcPr>
          <w:p w14:paraId="47199434" w14:textId="77777777" w:rsidR="00AA2478" w:rsidRPr="00680F51" w:rsidRDefault="00AA2478" w:rsidP="00AA2478">
            <w:pPr>
              <w:rPr>
                <w:rFonts w:cs="Times New Roman"/>
                <w:sz w:val="24"/>
                <w:szCs w:val="24"/>
                <w:lang w:val="tt-RU"/>
              </w:rPr>
            </w:pPr>
          </w:p>
        </w:tc>
        <w:tc>
          <w:tcPr>
            <w:tcW w:w="3969" w:type="dxa"/>
          </w:tcPr>
          <w:p w14:paraId="3B577757" w14:textId="77777777" w:rsidR="00AA2478" w:rsidRPr="00D330BB" w:rsidRDefault="00AA2478" w:rsidP="00AA2478">
            <w:pPr>
              <w:rPr>
                <w:rFonts w:cs="Times New Roman"/>
                <w:sz w:val="16"/>
                <w:szCs w:val="16"/>
                <w:lang w:val="tt-RU"/>
              </w:rPr>
            </w:pPr>
          </w:p>
        </w:tc>
      </w:tr>
      <w:tr w:rsidR="00AA2478" w:rsidRPr="00600724" w14:paraId="0DB140B1" w14:textId="77777777" w:rsidTr="00AA2478">
        <w:trPr>
          <w:trHeight w:val="661"/>
        </w:trPr>
        <w:tc>
          <w:tcPr>
            <w:tcW w:w="993" w:type="dxa"/>
          </w:tcPr>
          <w:p w14:paraId="3FEF7F6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61F676CA" w14:textId="77777777" w:rsidR="00AA2478" w:rsidRPr="00680F51" w:rsidRDefault="00AA2478" w:rsidP="00AA2478">
            <w:pPr>
              <w:jc w:val="left"/>
              <w:rPr>
                <w:rFonts w:cs="Times New Roman"/>
                <w:sz w:val="24"/>
                <w:szCs w:val="24"/>
                <w:lang w:val="tt-RU"/>
              </w:rPr>
            </w:pPr>
            <w:r w:rsidRPr="00680F51">
              <w:rPr>
                <w:rFonts w:cs="Times New Roman"/>
                <w:sz w:val="24"/>
                <w:szCs w:val="24"/>
                <w:lang w:val="tt-RU"/>
              </w:rPr>
              <w:t>Сүз ясагыч кушымчалар</w:t>
            </w:r>
            <w:r w:rsidRPr="00680F51">
              <w:rPr>
                <w:rFonts w:eastAsia="Calibri" w:cs="Times New Roman"/>
                <w:sz w:val="24"/>
                <w:szCs w:val="24"/>
              </w:rPr>
              <w:t xml:space="preserve"> Способы словообразования в татарском языке. Определение сложных и парных слов.</w:t>
            </w:r>
          </w:p>
        </w:tc>
        <w:tc>
          <w:tcPr>
            <w:tcW w:w="951" w:type="dxa"/>
            <w:vMerge w:val="restart"/>
          </w:tcPr>
          <w:p w14:paraId="47381952"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2</w:t>
            </w:r>
          </w:p>
        </w:tc>
        <w:tc>
          <w:tcPr>
            <w:tcW w:w="1175" w:type="dxa"/>
          </w:tcPr>
          <w:p w14:paraId="4E3034E2" w14:textId="77777777" w:rsidR="00AA2478" w:rsidRPr="00680F51" w:rsidRDefault="00AA2478" w:rsidP="00AA2478">
            <w:pPr>
              <w:jc w:val="center"/>
              <w:rPr>
                <w:rFonts w:cs="Times New Roman"/>
                <w:sz w:val="24"/>
                <w:szCs w:val="24"/>
                <w:lang w:val="tt-RU"/>
              </w:rPr>
            </w:pPr>
          </w:p>
        </w:tc>
        <w:tc>
          <w:tcPr>
            <w:tcW w:w="1134" w:type="dxa"/>
          </w:tcPr>
          <w:p w14:paraId="2A6990A1" w14:textId="77777777" w:rsidR="00AA2478" w:rsidRPr="00680F51" w:rsidRDefault="00AA2478" w:rsidP="00AA2478">
            <w:pPr>
              <w:rPr>
                <w:rFonts w:cs="Times New Roman"/>
                <w:sz w:val="24"/>
                <w:szCs w:val="24"/>
                <w:lang w:val="tt-RU"/>
              </w:rPr>
            </w:pPr>
          </w:p>
        </w:tc>
        <w:tc>
          <w:tcPr>
            <w:tcW w:w="3969" w:type="dxa"/>
          </w:tcPr>
          <w:p w14:paraId="2EDE31C1" w14:textId="77777777" w:rsidR="00AA2478" w:rsidRDefault="00863D41" w:rsidP="00AA2478">
            <w:pPr>
              <w:rPr>
                <w:rFonts w:cs="Times New Roman"/>
                <w:sz w:val="16"/>
                <w:szCs w:val="16"/>
                <w:lang w:val="tt-RU"/>
              </w:rPr>
            </w:pPr>
            <w:hyperlink r:id="rId42" w:history="1">
              <w:r w:rsidR="00AA2478" w:rsidRPr="00C12EE6">
                <w:rPr>
                  <w:rStyle w:val="af2"/>
                  <w:rFonts w:cs="Times New Roman"/>
                  <w:sz w:val="16"/>
                  <w:szCs w:val="16"/>
                  <w:lang w:val="tt-RU"/>
                </w:rPr>
                <w:t>https://mon.tatarstan.ru/razrabotki-urokov-po-rodnomu-tatarskomu-yaziku-i.htm</w:t>
              </w:r>
            </w:hyperlink>
          </w:p>
          <w:p w14:paraId="1D27749C" w14:textId="77777777" w:rsidR="00AA2478" w:rsidRPr="00D330BB" w:rsidRDefault="00AA2478" w:rsidP="00AA2478">
            <w:pPr>
              <w:rPr>
                <w:rFonts w:cs="Times New Roman"/>
                <w:sz w:val="16"/>
                <w:szCs w:val="16"/>
                <w:lang w:val="tt-RU"/>
              </w:rPr>
            </w:pPr>
          </w:p>
        </w:tc>
      </w:tr>
      <w:tr w:rsidR="00AA2478" w:rsidRPr="00600724" w14:paraId="3FC883C2" w14:textId="77777777" w:rsidTr="00AA2478">
        <w:trPr>
          <w:trHeight w:val="259"/>
        </w:trPr>
        <w:tc>
          <w:tcPr>
            <w:tcW w:w="993" w:type="dxa"/>
          </w:tcPr>
          <w:p w14:paraId="640B8CBB"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2A22D83F" w14:textId="77777777" w:rsidR="00AA2478" w:rsidRPr="00680F51" w:rsidRDefault="00AA2478" w:rsidP="00AA2478">
            <w:pPr>
              <w:jc w:val="left"/>
              <w:rPr>
                <w:rFonts w:cs="Times New Roman"/>
                <w:sz w:val="24"/>
                <w:szCs w:val="24"/>
                <w:lang w:val="tt-RU"/>
              </w:rPr>
            </w:pPr>
          </w:p>
        </w:tc>
        <w:tc>
          <w:tcPr>
            <w:tcW w:w="951" w:type="dxa"/>
            <w:vMerge/>
          </w:tcPr>
          <w:p w14:paraId="15CEBB76" w14:textId="77777777" w:rsidR="00AA2478" w:rsidRPr="00680F51" w:rsidRDefault="00AA2478" w:rsidP="00AA2478">
            <w:pPr>
              <w:jc w:val="center"/>
              <w:rPr>
                <w:rFonts w:cs="Times New Roman"/>
                <w:sz w:val="24"/>
                <w:szCs w:val="24"/>
                <w:lang w:val="tt-RU"/>
              </w:rPr>
            </w:pPr>
          </w:p>
        </w:tc>
        <w:tc>
          <w:tcPr>
            <w:tcW w:w="1175" w:type="dxa"/>
          </w:tcPr>
          <w:p w14:paraId="36FA57CA" w14:textId="77777777" w:rsidR="00AA2478" w:rsidRPr="00680F51" w:rsidRDefault="00AA2478" w:rsidP="00AA2478">
            <w:pPr>
              <w:jc w:val="center"/>
              <w:rPr>
                <w:rFonts w:cs="Times New Roman"/>
                <w:sz w:val="24"/>
                <w:szCs w:val="24"/>
                <w:lang w:val="tt-RU"/>
              </w:rPr>
            </w:pPr>
          </w:p>
        </w:tc>
        <w:tc>
          <w:tcPr>
            <w:tcW w:w="1134" w:type="dxa"/>
          </w:tcPr>
          <w:p w14:paraId="3D06A385" w14:textId="77777777" w:rsidR="00AA2478" w:rsidRPr="00680F51" w:rsidRDefault="00AA2478" w:rsidP="00AA2478">
            <w:pPr>
              <w:rPr>
                <w:rFonts w:cs="Times New Roman"/>
                <w:sz w:val="24"/>
                <w:szCs w:val="24"/>
                <w:lang w:val="tt-RU"/>
              </w:rPr>
            </w:pPr>
          </w:p>
        </w:tc>
        <w:tc>
          <w:tcPr>
            <w:tcW w:w="3969" w:type="dxa"/>
          </w:tcPr>
          <w:p w14:paraId="42BBF591" w14:textId="77777777" w:rsidR="00AA2478" w:rsidRPr="00D330BB" w:rsidRDefault="00AA2478" w:rsidP="00AA2478">
            <w:pPr>
              <w:rPr>
                <w:rFonts w:cs="Times New Roman"/>
                <w:sz w:val="16"/>
                <w:szCs w:val="16"/>
                <w:lang w:val="tt-RU"/>
              </w:rPr>
            </w:pPr>
          </w:p>
        </w:tc>
      </w:tr>
      <w:tr w:rsidR="00AA2478" w:rsidRPr="0056661D" w14:paraId="323B6E5B" w14:textId="77777777" w:rsidTr="00AA2478">
        <w:tc>
          <w:tcPr>
            <w:tcW w:w="993" w:type="dxa"/>
          </w:tcPr>
          <w:p w14:paraId="0A737947"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0B005D6E" w14:textId="77777777" w:rsidR="00AA2478" w:rsidRPr="00680F51" w:rsidRDefault="00AA2478" w:rsidP="00AA2478">
            <w:pPr>
              <w:rPr>
                <w:rFonts w:cs="Times New Roman"/>
                <w:sz w:val="24"/>
                <w:szCs w:val="24"/>
                <w:lang w:val="tt-RU"/>
              </w:rPr>
            </w:pPr>
            <w:r w:rsidRPr="00680F51">
              <w:rPr>
                <w:rFonts w:cs="Times New Roman"/>
                <w:sz w:val="24"/>
                <w:szCs w:val="24"/>
                <w:lang w:val="tt-RU"/>
              </w:rPr>
              <w:t>Повторение. Кабатлау.  Аудиотекст белән эш</w:t>
            </w:r>
          </w:p>
        </w:tc>
        <w:tc>
          <w:tcPr>
            <w:tcW w:w="951" w:type="dxa"/>
          </w:tcPr>
          <w:p w14:paraId="280D0720" w14:textId="77777777" w:rsidR="00AA2478" w:rsidRPr="00680F51" w:rsidRDefault="00AA2478" w:rsidP="00AA2478">
            <w:pPr>
              <w:jc w:val="center"/>
              <w:rPr>
                <w:rFonts w:cs="Times New Roman"/>
                <w:color w:val="FF0000"/>
                <w:sz w:val="24"/>
                <w:szCs w:val="24"/>
                <w:lang w:val="tt-RU"/>
              </w:rPr>
            </w:pPr>
            <w:r>
              <w:rPr>
                <w:rFonts w:cs="Times New Roman"/>
                <w:sz w:val="24"/>
                <w:szCs w:val="24"/>
                <w:lang w:val="tt-RU"/>
              </w:rPr>
              <w:t>2</w:t>
            </w:r>
          </w:p>
          <w:p w14:paraId="16D71904" w14:textId="77777777" w:rsidR="00AA2478" w:rsidRPr="00680F51" w:rsidRDefault="00AA2478" w:rsidP="00AA2478">
            <w:pPr>
              <w:jc w:val="center"/>
              <w:rPr>
                <w:rFonts w:cs="Times New Roman"/>
                <w:sz w:val="24"/>
                <w:szCs w:val="24"/>
                <w:lang w:val="tt-RU"/>
              </w:rPr>
            </w:pPr>
          </w:p>
        </w:tc>
        <w:tc>
          <w:tcPr>
            <w:tcW w:w="1175" w:type="dxa"/>
          </w:tcPr>
          <w:p w14:paraId="54E75F61" w14:textId="77777777" w:rsidR="00AA2478" w:rsidRPr="00680F51" w:rsidRDefault="00AA2478" w:rsidP="00AA2478">
            <w:pPr>
              <w:jc w:val="center"/>
              <w:rPr>
                <w:rFonts w:cs="Times New Roman"/>
                <w:sz w:val="24"/>
                <w:szCs w:val="24"/>
                <w:lang w:val="tt-RU"/>
              </w:rPr>
            </w:pPr>
          </w:p>
        </w:tc>
        <w:tc>
          <w:tcPr>
            <w:tcW w:w="1134" w:type="dxa"/>
          </w:tcPr>
          <w:p w14:paraId="4B42FD88" w14:textId="77777777" w:rsidR="00AA2478" w:rsidRPr="00680F51" w:rsidRDefault="00AA2478" w:rsidP="00AA2478">
            <w:pPr>
              <w:rPr>
                <w:rFonts w:cs="Times New Roman"/>
                <w:sz w:val="24"/>
                <w:szCs w:val="24"/>
                <w:lang w:val="tt-RU"/>
              </w:rPr>
            </w:pPr>
          </w:p>
        </w:tc>
        <w:tc>
          <w:tcPr>
            <w:tcW w:w="3969" w:type="dxa"/>
          </w:tcPr>
          <w:p w14:paraId="64051675" w14:textId="77777777" w:rsidR="00AA2478" w:rsidRPr="00D330BB" w:rsidRDefault="00AA2478" w:rsidP="00AA2478">
            <w:pPr>
              <w:rPr>
                <w:rFonts w:cs="Times New Roman"/>
                <w:sz w:val="16"/>
                <w:szCs w:val="16"/>
                <w:lang w:val="tt-RU"/>
              </w:rPr>
            </w:pPr>
          </w:p>
        </w:tc>
      </w:tr>
      <w:tr w:rsidR="00AA2478" w:rsidRPr="0056661D" w14:paraId="63FD8D3E" w14:textId="77777777" w:rsidTr="00AA2478">
        <w:tc>
          <w:tcPr>
            <w:tcW w:w="993" w:type="dxa"/>
          </w:tcPr>
          <w:p w14:paraId="2D056975"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43AB8386" w14:textId="77777777" w:rsidR="00AA2478" w:rsidRPr="00680F51" w:rsidRDefault="00AA2478" w:rsidP="00AA2478">
            <w:pPr>
              <w:rPr>
                <w:rFonts w:cs="Times New Roman"/>
                <w:sz w:val="24"/>
                <w:szCs w:val="24"/>
                <w:lang w:val="tt-RU"/>
              </w:rPr>
            </w:pPr>
          </w:p>
        </w:tc>
        <w:tc>
          <w:tcPr>
            <w:tcW w:w="951" w:type="dxa"/>
          </w:tcPr>
          <w:p w14:paraId="25E1733D" w14:textId="77777777" w:rsidR="00AA2478" w:rsidRPr="00680F51" w:rsidRDefault="00AA2478" w:rsidP="00AA2478">
            <w:pPr>
              <w:jc w:val="center"/>
              <w:rPr>
                <w:rFonts w:cs="Times New Roman"/>
                <w:sz w:val="24"/>
                <w:szCs w:val="24"/>
                <w:lang w:val="tt-RU"/>
              </w:rPr>
            </w:pPr>
          </w:p>
        </w:tc>
        <w:tc>
          <w:tcPr>
            <w:tcW w:w="1175" w:type="dxa"/>
          </w:tcPr>
          <w:p w14:paraId="550EB08B" w14:textId="77777777" w:rsidR="00AA2478" w:rsidRPr="00680F51" w:rsidRDefault="00AA2478" w:rsidP="00AA2478">
            <w:pPr>
              <w:jc w:val="center"/>
              <w:rPr>
                <w:rFonts w:cs="Times New Roman"/>
                <w:sz w:val="24"/>
                <w:szCs w:val="24"/>
                <w:lang w:val="tt-RU"/>
              </w:rPr>
            </w:pPr>
          </w:p>
        </w:tc>
        <w:tc>
          <w:tcPr>
            <w:tcW w:w="1134" w:type="dxa"/>
          </w:tcPr>
          <w:p w14:paraId="2F97A5FB" w14:textId="77777777" w:rsidR="00AA2478" w:rsidRPr="00680F51" w:rsidRDefault="00AA2478" w:rsidP="00AA2478">
            <w:pPr>
              <w:rPr>
                <w:rFonts w:cs="Times New Roman"/>
                <w:sz w:val="24"/>
                <w:szCs w:val="24"/>
                <w:lang w:val="tt-RU"/>
              </w:rPr>
            </w:pPr>
          </w:p>
        </w:tc>
        <w:tc>
          <w:tcPr>
            <w:tcW w:w="3969" w:type="dxa"/>
          </w:tcPr>
          <w:p w14:paraId="67C74DB8" w14:textId="77777777" w:rsidR="00AA2478" w:rsidRPr="00D330BB" w:rsidRDefault="00AA2478" w:rsidP="00AA2478">
            <w:pPr>
              <w:rPr>
                <w:rFonts w:cs="Times New Roman"/>
                <w:sz w:val="16"/>
                <w:szCs w:val="16"/>
                <w:lang w:val="tt-RU"/>
              </w:rPr>
            </w:pPr>
          </w:p>
        </w:tc>
      </w:tr>
      <w:tr w:rsidR="00AA2478" w:rsidRPr="0056661D" w14:paraId="503BB40E" w14:textId="77777777" w:rsidTr="00AA2478">
        <w:trPr>
          <w:trHeight w:val="730"/>
        </w:trPr>
        <w:tc>
          <w:tcPr>
            <w:tcW w:w="993" w:type="dxa"/>
          </w:tcPr>
          <w:p w14:paraId="112077F7"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25A6FC8C" w14:textId="77777777" w:rsidR="00AA2478" w:rsidRPr="00680F51" w:rsidRDefault="00AA2478" w:rsidP="00AA2478">
            <w:pPr>
              <w:rPr>
                <w:rFonts w:cs="Times New Roman"/>
                <w:sz w:val="24"/>
                <w:szCs w:val="24"/>
                <w:lang w:val="tt-RU"/>
              </w:rPr>
            </w:pPr>
            <w:r w:rsidRPr="00680F51">
              <w:rPr>
                <w:rFonts w:cs="Times New Roman"/>
                <w:sz w:val="24"/>
                <w:szCs w:val="24"/>
                <w:lang w:val="tt-RU"/>
              </w:rPr>
              <w:t>Сложные слова/Кушма сүзләр</w:t>
            </w:r>
          </w:p>
          <w:p w14:paraId="12335B15" w14:textId="77777777" w:rsidR="00AA2478" w:rsidRPr="00680F51" w:rsidRDefault="00AA2478" w:rsidP="00AA2478">
            <w:pPr>
              <w:jc w:val="center"/>
              <w:rPr>
                <w:rFonts w:cs="Times New Roman"/>
                <w:sz w:val="24"/>
                <w:szCs w:val="24"/>
                <w:lang w:val="tt-RU"/>
              </w:rPr>
            </w:pPr>
          </w:p>
          <w:p w14:paraId="5739EE66" w14:textId="77777777" w:rsidR="00AA2478" w:rsidRPr="00680F51" w:rsidRDefault="00AA2478" w:rsidP="00AA2478">
            <w:pPr>
              <w:jc w:val="center"/>
              <w:rPr>
                <w:rFonts w:cs="Times New Roman"/>
                <w:sz w:val="24"/>
                <w:szCs w:val="24"/>
                <w:lang w:val="tt-RU"/>
              </w:rPr>
            </w:pPr>
          </w:p>
        </w:tc>
        <w:tc>
          <w:tcPr>
            <w:tcW w:w="951" w:type="dxa"/>
            <w:vMerge w:val="restart"/>
          </w:tcPr>
          <w:p w14:paraId="647B9A9D" w14:textId="77777777" w:rsidR="00AA2478" w:rsidRPr="00680F51" w:rsidRDefault="00AA2478" w:rsidP="00AA2478">
            <w:pPr>
              <w:jc w:val="center"/>
              <w:rPr>
                <w:rFonts w:cs="Times New Roman"/>
                <w:color w:val="FF0000"/>
                <w:sz w:val="24"/>
                <w:szCs w:val="24"/>
                <w:lang w:val="tt-RU"/>
              </w:rPr>
            </w:pPr>
            <w:r>
              <w:rPr>
                <w:rFonts w:cs="Times New Roman"/>
                <w:sz w:val="24"/>
                <w:szCs w:val="24"/>
                <w:lang w:val="tt-RU"/>
              </w:rPr>
              <w:t>4</w:t>
            </w:r>
          </w:p>
          <w:p w14:paraId="74E777E3" w14:textId="77777777" w:rsidR="00AA2478" w:rsidRPr="00680F51" w:rsidRDefault="00AA2478" w:rsidP="00AA2478">
            <w:pPr>
              <w:jc w:val="center"/>
              <w:rPr>
                <w:rFonts w:cs="Times New Roman"/>
                <w:color w:val="FF0000"/>
                <w:sz w:val="24"/>
                <w:szCs w:val="24"/>
                <w:lang w:val="tt-RU"/>
              </w:rPr>
            </w:pPr>
          </w:p>
          <w:p w14:paraId="6EEF2D28" w14:textId="77777777" w:rsidR="00AA2478" w:rsidRPr="00680F51" w:rsidRDefault="00AA2478" w:rsidP="00AA2478">
            <w:pPr>
              <w:jc w:val="center"/>
              <w:rPr>
                <w:rFonts w:cs="Times New Roman"/>
                <w:sz w:val="24"/>
                <w:szCs w:val="24"/>
                <w:lang w:val="tt-RU"/>
              </w:rPr>
            </w:pPr>
          </w:p>
        </w:tc>
        <w:tc>
          <w:tcPr>
            <w:tcW w:w="1175" w:type="dxa"/>
          </w:tcPr>
          <w:p w14:paraId="68A454BC" w14:textId="77777777" w:rsidR="00AA2478" w:rsidRPr="00680F51" w:rsidRDefault="00AA2478" w:rsidP="00AA2478">
            <w:pPr>
              <w:jc w:val="center"/>
              <w:rPr>
                <w:rFonts w:cs="Times New Roman"/>
                <w:sz w:val="24"/>
                <w:szCs w:val="24"/>
                <w:lang w:val="tt-RU"/>
              </w:rPr>
            </w:pPr>
          </w:p>
        </w:tc>
        <w:tc>
          <w:tcPr>
            <w:tcW w:w="1134" w:type="dxa"/>
          </w:tcPr>
          <w:p w14:paraId="03539E39" w14:textId="77777777" w:rsidR="00AA2478" w:rsidRPr="00680F51" w:rsidRDefault="00AA2478" w:rsidP="00AA2478">
            <w:pPr>
              <w:rPr>
                <w:rFonts w:cs="Times New Roman"/>
                <w:sz w:val="24"/>
                <w:szCs w:val="24"/>
                <w:lang w:val="tt-RU"/>
              </w:rPr>
            </w:pPr>
          </w:p>
        </w:tc>
        <w:tc>
          <w:tcPr>
            <w:tcW w:w="3969" w:type="dxa"/>
          </w:tcPr>
          <w:p w14:paraId="39E98FBA" w14:textId="77777777" w:rsidR="00AA2478" w:rsidRPr="00D330BB" w:rsidRDefault="00AA2478" w:rsidP="00AA2478">
            <w:pPr>
              <w:rPr>
                <w:rFonts w:cs="Times New Roman"/>
                <w:sz w:val="16"/>
                <w:szCs w:val="16"/>
                <w:lang w:val="tt-RU"/>
              </w:rPr>
            </w:pPr>
          </w:p>
        </w:tc>
      </w:tr>
      <w:tr w:rsidR="00AA2478" w:rsidRPr="0056661D" w14:paraId="60AB0E98" w14:textId="77777777" w:rsidTr="00AA2478">
        <w:trPr>
          <w:trHeight w:val="730"/>
        </w:trPr>
        <w:tc>
          <w:tcPr>
            <w:tcW w:w="993" w:type="dxa"/>
          </w:tcPr>
          <w:p w14:paraId="1D7753A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5D01977" w14:textId="77777777" w:rsidR="00AA2478" w:rsidRPr="00680F51" w:rsidRDefault="00AA2478" w:rsidP="00AA2478">
            <w:pPr>
              <w:rPr>
                <w:rFonts w:cs="Times New Roman"/>
                <w:sz w:val="24"/>
                <w:szCs w:val="24"/>
                <w:lang w:val="tt-RU"/>
              </w:rPr>
            </w:pPr>
          </w:p>
        </w:tc>
        <w:tc>
          <w:tcPr>
            <w:tcW w:w="951" w:type="dxa"/>
            <w:vMerge/>
          </w:tcPr>
          <w:p w14:paraId="1B6D92C5" w14:textId="77777777" w:rsidR="00AA2478" w:rsidRPr="00680F51" w:rsidRDefault="00AA2478" w:rsidP="00AA2478">
            <w:pPr>
              <w:jc w:val="center"/>
              <w:rPr>
                <w:rFonts w:cs="Times New Roman"/>
                <w:sz w:val="24"/>
                <w:szCs w:val="24"/>
                <w:lang w:val="tt-RU"/>
              </w:rPr>
            </w:pPr>
          </w:p>
        </w:tc>
        <w:tc>
          <w:tcPr>
            <w:tcW w:w="1175" w:type="dxa"/>
          </w:tcPr>
          <w:p w14:paraId="55A44D4E" w14:textId="77777777" w:rsidR="00AA2478" w:rsidRPr="00680F51" w:rsidRDefault="00AA2478" w:rsidP="00AA2478">
            <w:pPr>
              <w:jc w:val="center"/>
              <w:rPr>
                <w:rFonts w:cs="Times New Roman"/>
                <w:sz w:val="24"/>
                <w:szCs w:val="24"/>
                <w:lang w:val="tt-RU"/>
              </w:rPr>
            </w:pPr>
          </w:p>
        </w:tc>
        <w:tc>
          <w:tcPr>
            <w:tcW w:w="1134" w:type="dxa"/>
          </w:tcPr>
          <w:p w14:paraId="1B369CF4" w14:textId="77777777" w:rsidR="00AA2478" w:rsidRPr="00680F51" w:rsidRDefault="00AA2478" w:rsidP="00AA2478">
            <w:pPr>
              <w:rPr>
                <w:rFonts w:cs="Times New Roman"/>
                <w:sz w:val="24"/>
                <w:szCs w:val="24"/>
                <w:lang w:val="tt-RU"/>
              </w:rPr>
            </w:pPr>
          </w:p>
        </w:tc>
        <w:tc>
          <w:tcPr>
            <w:tcW w:w="3969" w:type="dxa"/>
          </w:tcPr>
          <w:p w14:paraId="192FFA89" w14:textId="77777777" w:rsidR="00AA2478" w:rsidRPr="00D330BB" w:rsidRDefault="00AA2478" w:rsidP="00AA2478">
            <w:pPr>
              <w:rPr>
                <w:rFonts w:cs="Times New Roman"/>
                <w:sz w:val="16"/>
                <w:szCs w:val="16"/>
                <w:lang w:val="tt-RU"/>
              </w:rPr>
            </w:pPr>
          </w:p>
        </w:tc>
      </w:tr>
      <w:tr w:rsidR="00AA2478" w:rsidRPr="0056661D" w14:paraId="7CEF4714" w14:textId="77777777" w:rsidTr="00AA2478">
        <w:trPr>
          <w:trHeight w:val="730"/>
        </w:trPr>
        <w:tc>
          <w:tcPr>
            <w:tcW w:w="993" w:type="dxa"/>
          </w:tcPr>
          <w:p w14:paraId="1D5BB93C"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62DDE85E" w14:textId="77777777" w:rsidR="00AA2478" w:rsidRPr="00680F51" w:rsidRDefault="00AA2478" w:rsidP="00AA2478">
            <w:pPr>
              <w:rPr>
                <w:rFonts w:cs="Times New Roman"/>
                <w:sz w:val="24"/>
                <w:szCs w:val="24"/>
                <w:lang w:val="tt-RU"/>
              </w:rPr>
            </w:pPr>
          </w:p>
        </w:tc>
        <w:tc>
          <w:tcPr>
            <w:tcW w:w="951" w:type="dxa"/>
          </w:tcPr>
          <w:p w14:paraId="7628597A" w14:textId="77777777" w:rsidR="00AA2478" w:rsidRPr="00680F51" w:rsidRDefault="00AA2478" w:rsidP="00AA2478">
            <w:pPr>
              <w:jc w:val="center"/>
              <w:rPr>
                <w:rFonts w:cs="Times New Roman"/>
                <w:sz w:val="24"/>
                <w:szCs w:val="24"/>
                <w:lang w:val="tt-RU"/>
              </w:rPr>
            </w:pPr>
          </w:p>
        </w:tc>
        <w:tc>
          <w:tcPr>
            <w:tcW w:w="1175" w:type="dxa"/>
          </w:tcPr>
          <w:p w14:paraId="04FD9CC7" w14:textId="77777777" w:rsidR="00AA2478" w:rsidRPr="00680F51" w:rsidRDefault="00AA2478" w:rsidP="00AA2478">
            <w:pPr>
              <w:jc w:val="center"/>
              <w:rPr>
                <w:rFonts w:cs="Times New Roman"/>
                <w:sz w:val="24"/>
                <w:szCs w:val="24"/>
                <w:lang w:val="tt-RU"/>
              </w:rPr>
            </w:pPr>
          </w:p>
        </w:tc>
        <w:tc>
          <w:tcPr>
            <w:tcW w:w="1134" w:type="dxa"/>
          </w:tcPr>
          <w:p w14:paraId="107430B9" w14:textId="77777777" w:rsidR="00AA2478" w:rsidRPr="00680F51" w:rsidRDefault="00AA2478" w:rsidP="00AA2478">
            <w:pPr>
              <w:rPr>
                <w:rFonts w:cs="Times New Roman"/>
                <w:sz w:val="24"/>
                <w:szCs w:val="24"/>
                <w:lang w:val="tt-RU"/>
              </w:rPr>
            </w:pPr>
          </w:p>
        </w:tc>
        <w:tc>
          <w:tcPr>
            <w:tcW w:w="3969" w:type="dxa"/>
          </w:tcPr>
          <w:p w14:paraId="547DE60C" w14:textId="77777777" w:rsidR="00AA2478" w:rsidRPr="00D330BB" w:rsidRDefault="00AA2478" w:rsidP="00AA2478">
            <w:pPr>
              <w:rPr>
                <w:rFonts w:cs="Times New Roman"/>
                <w:sz w:val="16"/>
                <w:szCs w:val="16"/>
                <w:lang w:val="tt-RU"/>
              </w:rPr>
            </w:pPr>
          </w:p>
        </w:tc>
      </w:tr>
      <w:tr w:rsidR="00AA2478" w:rsidRPr="0056661D" w14:paraId="1E262DB1" w14:textId="77777777" w:rsidTr="00AA2478">
        <w:trPr>
          <w:trHeight w:val="730"/>
        </w:trPr>
        <w:tc>
          <w:tcPr>
            <w:tcW w:w="993" w:type="dxa"/>
          </w:tcPr>
          <w:p w14:paraId="0286B99D"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058B6C85" w14:textId="77777777" w:rsidR="00AA2478" w:rsidRPr="00680F51" w:rsidRDefault="00AA2478" w:rsidP="00AA2478">
            <w:pPr>
              <w:rPr>
                <w:rFonts w:cs="Times New Roman"/>
                <w:sz w:val="24"/>
                <w:szCs w:val="24"/>
                <w:lang w:val="tt-RU"/>
              </w:rPr>
            </w:pPr>
          </w:p>
        </w:tc>
        <w:tc>
          <w:tcPr>
            <w:tcW w:w="951" w:type="dxa"/>
          </w:tcPr>
          <w:p w14:paraId="50CECB70" w14:textId="77777777" w:rsidR="00AA2478" w:rsidRPr="00680F51" w:rsidRDefault="00AA2478" w:rsidP="00AA2478">
            <w:pPr>
              <w:jc w:val="center"/>
              <w:rPr>
                <w:rFonts w:cs="Times New Roman"/>
                <w:sz w:val="24"/>
                <w:szCs w:val="24"/>
                <w:lang w:val="tt-RU"/>
              </w:rPr>
            </w:pPr>
          </w:p>
        </w:tc>
        <w:tc>
          <w:tcPr>
            <w:tcW w:w="1175" w:type="dxa"/>
          </w:tcPr>
          <w:p w14:paraId="285F5D19" w14:textId="77777777" w:rsidR="00AA2478" w:rsidRPr="00680F51" w:rsidRDefault="00AA2478" w:rsidP="00AA2478">
            <w:pPr>
              <w:jc w:val="center"/>
              <w:rPr>
                <w:rFonts w:cs="Times New Roman"/>
                <w:sz w:val="24"/>
                <w:szCs w:val="24"/>
                <w:lang w:val="tt-RU"/>
              </w:rPr>
            </w:pPr>
          </w:p>
        </w:tc>
        <w:tc>
          <w:tcPr>
            <w:tcW w:w="1134" w:type="dxa"/>
          </w:tcPr>
          <w:p w14:paraId="6D835555" w14:textId="77777777" w:rsidR="00AA2478" w:rsidRPr="00680F51" w:rsidRDefault="00AA2478" w:rsidP="00AA2478">
            <w:pPr>
              <w:rPr>
                <w:rFonts w:cs="Times New Roman"/>
                <w:sz w:val="24"/>
                <w:szCs w:val="24"/>
                <w:lang w:val="tt-RU"/>
              </w:rPr>
            </w:pPr>
          </w:p>
        </w:tc>
        <w:tc>
          <w:tcPr>
            <w:tcW w:w="3969" w:type="dxa"/>
          </w:tcPr>
          <w:p w14:paraId="626D8222" w14:textId="77777777" w:rsidR="00AA2478" w:rsidRPr="00D330BB" w:rsidRDefault="00AA2478" w:rsidP="00AA2478">
            <w:pPr>
              <w:rPr>
                <w:rFonts w:cs="Times New Roman"/>
                <w:sz w:val="16"/>
                <w:szCs w:val="16"/>
                <w:lang w:val="tt-RU"/>
              </w:rPr>
            </w:pPr>
          </w:p>
        </w:tc>
      </w:tr>
      <w:tr w:rsidR="00AA2478" w:rsidRPr="00600724" w14:paraId="4DA53242" w14:textId="77777777" w:rsidTr="00AA2478">
        <w:trPr>
          <w:trHeight w:val="661"/>
        </w:trPr>
        <w:tc>
          <w:tcPr>
            <w:tcW w:w="993" w:type="dxa"/>
          </w:tcPr>
          <w:p w14:paraId="39B3A2E3"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3B7CB229" w14:textId="77777777" w:rsidR="00AA2478" w:rsidRPr="00680F51" w:rsidRDefault="00AA2478" w:rsidP="00AA2478">
            <w:pPr>
              <w:rPr>
                <w:rFonts w:cs="Times New Roman"/>
                <w:sz w:val="24"/>
                <w:szCs w:val="24"/>
                <w:lang w:val="tt-RU"/>
              </w:rPr>
            </w:pPr>
            <w:r w:rsidRPr="00680F51">
              <w:rPr>
                <w:rFonts w:eastAsia="Calibri" w:cs="Times New Roman"/>
                <w:sz w:val="24"/>
                <w:szCs w:val="24"/>
              </w:rPr>
              <w:t>Имя существительное. Склонение имён существительных по падежам./ Исем</w:t>
            </w:r>
            <w:proofErr w:type="gramStart"/>
            <w:r w:rsidRPr="00680F51">
              <w:rPr>
                <w:rFonts w:eastAsia="Calibri" w:cs="Times New Roman"/>
                <w:sz w:val="24"/>
                <w:szCs w:val="24"/>
              </w:rPr>
              <w:t>.</w:t>
            </w:r>
            <w:r w:rsidRPr="00680F51">
              <w:rPr>
                <w:rFonts w:cs="Times New Roman"/>
                <w:sz w:val="24"/>
                <w:szCs w:val="24"/>
                <w:lang w:val="tt-RU"/>
              </w:rPr>
              <w:t>И</w:t>
            </w:r>
            <w:proofErr w:type="gramEnd"/>
            <w:r w:rsidRPr="00680F51">
              <w:rPr>
                <w:rFonts w:cs="Times New Roman"/>
                <w:sz w:val="24"/>
                <w:szCs w:val="24"/>
                <w:lang w:val="tt-RU"/>
              </w:rPr>
              <w:t>семнәрнең килеш белән төрләнүе</w:t>
            </w:r>
          </w:p>
          <w:p w14:paraId="39CBA49D" w14:textId="77777777" w:rsidR="00AA2478" w:rsidRPr="00680F51" w:rsidRDefault="00AA2478" w:rsidP="00AA2478">
            <w:pPr>
              <w:jc w:val="center"/>
              <w:rPr>
                <w:rFonts w:cs="Times New Roman"/>
                <w:sz w:val="24"/>
                <w:szCs w:val="24"/>
                <w:lang w:val="tt-RU"/>
              </w:rPr>
            </w:pPr>
          </w:p>
        </w:tc>
        <w:tc>
          <w:tcPr>
            <w:tcW w:w="951" w:type="dxa"/>
            <w:vMerge w:val="restart"/>
          </w:tcPr>
          <w:p w14:paraId="5476ED15" w14:textId="77777777" w:rsidR="00AA2478" w:rsidRPr="00680F51" w:rsidRDefault="00AA2478" w:rsidP="00AA2478">
            <w:pPr>
              <w:jc w:val="center"/>
              <w:rPr>
                <w:rFonts w:cs="Times New Roman"/>
                <w:color w:val="FF0000"/>
                <w:sz w:val="24"/>
                <w:szCs w:val="24"/>
                <w:lang w:val="tt-RU"/>
              </w:rPr>
            </w:pPr>
            <w:r>
              <w:rPr>
                <w:rFonts w:cs="Times New Roman"/>
                <w:sz w:val="24"/>
                <w:szCs w:val="24"/>
                <w:lang w:val="tt-RU"/>
              </w:rPr>
              <w:t>5</w:t>
            </w:r>
          </w:p>
          <w:p w14:paraId="7172147E" w14:textId="77777777" w:rsidR="00AA2478" w:rsidRPr="00680F51" w:rsidRDefault="00AA2478" w:rsidP="00AA2478">
            <w:pPr>
              <w:jc w:val="center"/>
              <w:rPr>
                <w:rFonts w:cs="Times New Roman"/>
                <w:sz w:val="24"/>
                <w:szCs w:val="24"/>
                <w:lang w:val="tt-RU"/>
              </w:rPr>
            </w:pPr>
          </w:p>
          <w:p w14:paraId="40892C1F" w14:textId="77777777" w:rsidR="00AA2478" w:rsidRPr="00680F51" w:rsidRDefault="00AA2478" w:rsidP="00AA2478">
            <w:pPr>
              <w:jc w:val="center"/>
              <w:rPr>
                <w:rFonts w:cs="Times New Roman"/>
                <w:sz w:val="24"/>
                <w:szCs w:val="24"/>
                <w:lang w:val="tt-RU"/>
              </w:rPr>
            </w:pPr>
          </w:p>
        </w:tc>
        <w:tc>
          <w:tcPr>
            <w:tcW w:w="1175" w:type="dxa"/>
          </w:tcPr>
          <w:p w14:paraId="696E6EF6" w14:textId="77777777" w:rsidR="00AA2478" w:rsidRPr="00680F51" w:rsidRDefault="00AA2478" w:rsidP="00AA2478">
            <w:pPr>
              <w:jc w:val="center"/>
              <w:rPr>
                <w:rFonts w:cs="Times New Roman"/>
                <w:sz w:val="24"/>
                <w:szCs w:val="24"/>
                <w:lang w:val="tt-RU"/>
              </w:rPr>
            </w:pPr>
          </w:p>
        </w:tc>
        <w:tc>
          <w:tcPr>
            <w:tcW w:w="1134" w:type="dxa"/>
          </w:tcPr>
          <w:p w14:paraId="4CA3BB11" w14:textId="77777777" w:rsidR="00AA2478" w:rsidRPr="00680F51" w:rsidRDefault="00AA2478" w:rsidP="00AA2478">
            <w:pPr>
              <w:rPr>
                <w:rFonts w:cs="Times New Roman"/>
                <w:sz w:val="24"/>
                <w:szCs w:val="24"/>
                <w:lang w:val="tt-RU"/>
              </w:rPr>
            </w:pPr>
          </w:p>
        </w:tc>
        <w:tc>
          <w:tcPr>
            <w:tcW w:w="3969" w:type="dxa"/>
          </w:tcPr>
          <w:p w14:paraId="404C6400" w14:textId="77777777" w:rsidR="00AA2478" w:rsidRPr="00D330BB" w:rsidRDefault="00AA2478" w:rsidP="00AA2478">
            <w:pPr>
              <w:rPr>
                <w:rFonts w:cs="Times New Roman"/>
                <w:sz w:val="16"/>
                <w:szCs w:val="16"/>
                <w:lang w:val="tt-RU"/>
              </w:rPr>
            </w:pPr>
            <w:r w:rsidRPr="0081046B">
              <w:rPr>
                <w:rFonts w:cs="Times New Roman"/>
                <w:sz w:val="16"/>
                <w:szCs w:val="16"/>
                <w:lang w:val="tt-RU"/>
              </w:rPr>
              <w:t>https://nsportal.ru/nachalnaya-shkola/raznoe/2019/09/24/achyk-dres-isemnrnen-kilesh-beln-torlneshe</w:t>
            </w:r>
          </w:p>
        </w:tc>
      </w:tr>
      <w:tr w:rsidR="00AA2478" w:rsidRPr="00600724" w14:paraId="58BF2381" w14:textId="77777777" w:rsidTr="00AA2478">
        <w:trPr>
          <w:trHeight w:val="390"/>
        </w:trPr>
        <w:tc>
          <w:tcPr>
            <w:tcW w:w="993" w:type="dxa"/>
          </w:tcPr>
          <w:p w14:paraId="5585FB25"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1000AD3C" w14:textId="77777777" w:rsidR="00AA2478" w:rsidRPr="0081046B" w:rsidRDefault="00AA2478" w:rsidP="00AA2478">
            <w:pPr>
              <w:rPr>
                <w:rFonts w:eastAsia="Calibri" w:cs="Times New Roman"/>
                <w:sz w:val="24"/>
                <w:szCs w:val="24"/>
                <w:lang w:val="tt-RU"/>
              </w:rPr>
            </w:pPr>
          </w:p>
        </w:tc>
        <w:tc>
          <w:tcPr>
            <w:tcW w:w="951" w:type="dxa"/>
            <w:vMerge/>
          </w:tcPr>
          <w:p w14:paraId="050294C4" w14:textId="77777777" w:rsidR="00AA2478" w:rsidRPr="00680F51" w:rsidRDefault="00AA2478" w:rsidP="00AA2478">
            <w:pPr>
              <w:jc w:val="center"/>
              <w:rPr>
                <w:rFonts w:cs="Times New Roman"/>
                <w:sz w:val="24"/>
                <w:szCs w:val="24"/>
                <w:lang w:val="tt-RU"/>
              </w:rPr>
            </w:pPr>
          </w:p>
        </w:tc>
        <w:tc>
          <w:tcPr>
            <w:tcW w:w="1175" w:type="dxa"/>
          </w:tcPr>
          <w:p w14:paraId="4F11DEFF" w14:textId="77777777" w:rsidR="00AA2478" w:rsidRPr="00680F51" w:rsidRDefault="00AA2478" w:rsidP="00AA2478">
            <w:pPr>
              <w:jc w:val="center"/>
              <w:rPr>
                <w:rFonts w:cs="Times New Roman"/>
                <w:sz w:val="24"/>
                <w:szCs w:val="24"/>
                <w:lang w:val="tt-RU"/>
              </w:rPr>
            </w:pPr>
          </w:p>
        </w:tc>
        <w:tc>
          <w:tcPr>
            <w:tcW w:w="1134" w:type="dxa"/>
          </w:tcPr>
          <w:p w14:paraId="7BA4B486" w14:textId="77777777" w:rsidR="00AA2478" w:rsidRPr="00680F51" w:rsidRDefault="00AA2478" w:rsidP="00AA2478">
            <w:pPr>
              <w:rPr>
                <w:rFonts w:cs="Times New Roman"/>
                <w:sz w:val="24"/>
                <w:szCs w:val="24"/>
                <w:lang w:val="tt-RU"/>
              </w:rPr>
            </w:pPr>
          </w:p>
        </w:tc>
        <w:tc>
          <w:tcPr>
            <w:tcW w:w="3969" w:type="dxa"/>
          </w:tcPr>
          <w:p w14:paraId="78AE7B5A" w14:textId="77777777" w:rsidR="00AA2478" w:rsidRPr="00D330BB" w:rsidRDefault="00AA2478" w:rsidP="00AA2478">
            <w:pPr>
              <w:rPr>
                <w:rFonts w:cs="Times New Roman"/>
                <w:sz w:val="16"/>
                <w:szCs w:val="16"/>
                <w:lang w:val="tt-RU"/>
              </w:rPr>
            </w:pPr>
          </w:p>
        </w:tc>
      </w:tr>
      <w:tr w:rsidR="00AA2478" w:rsidRPr="00600724" w14:paraId="0D63DA0B" w14:textId="77777777" w:rsidTr="00AA2478">
        <w:trPr>
          <w:trHeight w:val="471"/>
        </w:trPr>
        <w:tc>
          <w:tcPr>
            <w:tcW w:w="993" w:type="dxa"/>
          </w:tcPr>
          <w:p w14:paraId="37C1F6C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27255E94" w14:textId="77777777" w:rsidR="00AA2478" w:rsidRPr="0081046B" w:rsidRDefault="00AA2478" w:rsidP="00AA2478">
            <w:pPr>
              <w:rPr>
                <w:rFonts w:eastAsia="Calibri" w:cs="Times New Roman"/>
                <w:sz w:val="24"/>
                <w:szCs w:val="24"/>
                <w:lang w:val="tt-RU"/>
              </w:rPr>
            </w:pPr>
          </w:p>
        </w:tc>
        <w:tc>
          <w:tcPr>
            <w:tcW w:w="951" w:type="dxa"/>
            <w:vMerge/>
          </w:tcPr>
          <w:p w14:paraId="5FAA1A46" w14:textId="77777777" w:rsidR="00AA2478" w:rsidRPr="00680F51" w:rsidRDefault="00AA2478" w:rsidP="00AA2478">
            <w:pPr>
              <w:jc w:val="center"/>
              <w:rPr>
                <w:rFonts w:cs="Times New Roman"/>
                <w:sz w:val="24"/>
                <w:szCs w:val="24"/>
                <w:lang w:val="tt-RU"/>
              </w:rPr>
            </w:pPr>
          </w:p>
        </w:tc>
        <w:tc>
          <w:tcPr>
            <w:tcW w:w="1175" w:type="dxa"/>
          </w:tcPr>
          <w:p w14:paraId="1BBEC659" w14:textId="77777777" w:rsidR="00AA2478" w:rsidRPr="00680F51" w:rsidRDefault="00AA2478" w:rsidP="00AA2478">
            <w:pPr>
              <w:jc w:val="center"/>
              <w:rPr>
                <w:rFonts w:cs="Times New Roman"/>
                <w:sz w:val="24"/>
                <w:szCs w:val="24"/>
                <w:lang w:val="tt-RU"/>
              </w:rPr>
            </w:pPr>
          </w:p>
        </w:tc>
        <w:tc>
          <w:tcPr>
            <w:tcW w:w="1134" w:type="dxa"/>
          </w:tcPr>
          <w:p w14:paraId="00CC12C9" w14:textId="77777777" w:rsidR="00AA2478" w:rsidRPr="00680F51" w:rsidRDefault="00AA2478" w:rsidP="00AA2478">
            <w:pPr>
              <w:rPr>
                <w:rFonts w:cs="Times New Roman"/>
                <w:sz w:val="24"/>
                <w:szCs w:val="24"/>
                <w:lang w:val="tt-RU"/>
              </w:rPr>
            </w:pPr>
          </w:p>
        </w:tc>
        <w:tc>
          <w:tcPr>
            <w:tcW w:w="3969" w:type="dxa"/>
          </w:tcPr>
          <w:p w14:paraId="2FF96351" w14:textId="77777777" w:rsidR="00AA2478" w:rsidRPr="00D330BB" w:rsidRDefault="00AA2478" w:rsidP="00AA2478">
            <w:pPr>
              <w:rPr>
                <w:rFonts w:cs="Times New Roman"/>
                <w:sz w:val="16"/>
                <w:szCs w:val="16"/>
                <w:lang w:val="tt-RU"/>
              </w:rPr>
            </w:pPr>
          </w:p>
        </w:tc>
      </w:tr>
      <w:tr w:rsidR="00AA2478" w:rsidRPr="00600724" w14:paraId="025D2B09" w14:textId="77777777" w:rsidTr="00AA2478">
        <w:trPr>
          <w:trHeight w:val="471"/>
        </w:trPr>
        <w:tc>
          <w:tcPr>
            <w:tcW w:w="993" w:type="dxa"/>
          </w:tcPr>
          <w:p w14:paraId="4AB09F24"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4D600AE" w14:textId="77777777" w:rsidR="00AA2478" w:rsidRPr="0081046B" w:rsidRDefault="00AA2478" w:rsidP="00AA2478">
            <w:pPr>
              <w:rPr>
                <w:rFonts w:eastAsia="Calibri" w:cs="Times New Roman"/>
                <w:sz w:val="24"/>
                <w:szCs w:val="24"/>
                <w:lang w:val="tt-RU"/>
              </w:rPr>
            </w:pPr>
          </w:p>
        </w:tc>
        <w:tc>
          <w:tcPr>
            <w:tcW w:w="951" w:type="dxa"/>
          </w:tcPr>
          <w:p w14:paraId="50E4F837" w14:textId="77777777" w:rsidR="00AA2478" w:rsidRPr="00680F51" w:rsidRDefault="00AA2478" w:rsidP="00AA2478">
            <w:pPr>
              <w:jc w:val="center"/>
              <w:rPr>
                <w:rFonts w:cs="Times New Roman"/>
                <w:sz w:val="24"/>
                <w:szCs w:val="24"/>
                <w:lang w:val="tt-RU"/>
              </w:rPr>
            </w:pPr>
          </w:p>
        </w:tc>
        <w:tc>
          <w:tcPr>
            <w:tcW w:w="1175" w:type="dxa"/>
          </w:tcPr>
          <w:p w14:paraId="7B132A1F" w14:textId="77777777" w:rsidR="00AA2478" w:rsidRPr="00680F51" w:rsidRDefault="00AA2478" w:rsidP="00AA2478">
            <w:pPr>
              <w:jc w:val="center"/>
              <w:rPr>
                <w:rFonts w:cs="Times New Roman"/>
                <w:sz w:val="24"/>
                <w:szCs w:val="24"/>
                <w:lang w:val="tt-RU"/>
              </w:rPr>
            </w:pPr>
          </w:p>
        </w:tc>
        <w:tc>
          <w:tcPr>
            <w:tcW w:w="1134" w:type="dxa"/>
          </w:tcPr>
          <w:p w14:paraId="2943E6CB" w14:textId="77777777" w:rsidR="00AA2478" w:rsidRPr="00680F51" w:rsidRDefault="00AA2478" w:rsidP="00AA2478">
            <w:pPr>
              <w:rPr>
                <w:rFonts w:cs="Times New Roman"/>
                <w:sz w:val="24"/>
                <w:szCs w:val="24"/>
                <w:lang w:val="tt-RU"/>
              </w:rPr>
            </w:pPr>
          </w:p>
        </w:tc>
        <w:tc>
          <w:tcPr>
            <w:tcW w:w="3969" w:type="dxa"/>
          </w:tcPr>
          <w:p w14:paraId="2CF9B338" w14:textId="77777777" w:rsidR="00AA2478" w:rsidRPr="00D330BB" w:rsidRDefault="00AA2478" w:rsidP="00AA2478">
            <w:pPr>
              <w:rPr>
                <w:rFonts w:cs="Times New Roman"/>
                <w:sz w:val="16"/>
                <w:szCs w:val="16"/>
                <w:lang w:val="tt-RU"/>
              </w:rPr>
            </w:pPr>
          </w:p>
        </w:tc>
      </w:tr>
      <w:tr w:rsidR="00AA2478" w:rsidRPr="00600724" w14:paraId="7F3A4D44" w14:textId="77777777" w:rsidTr="00AA2478">
        <w:trPr>
          <w:trHeight w:val="471"/>
        </w:trPr>
        <w:tc>
          <w:tcPr>
            <w:tcW w:w="993" w:type="dxa"/>
          </w:tcPr>
          <w:p w14:paraId="4B48BAE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403635F0" w14:textId="77777777" w:rsidR="00AA2478" w:rsidRPr="0081046B" w:rsidRDefault="00AA2478" w:rsidP="00AA2478">
            <w:pPr>
              <w:rPr>
                <w:rFonts w:eastAsia="Calibri" w:cs="Times New Roman"/>
                <w:sz w:val="24"/>
                <w:szCs w:val="24"/>
                <w:lang w:val="tt-RU"/>
              </w:rPr>
            </w:pPr>
          </w:p>
        </w:tc>
        <w:tc>
          <w:tcPr>
            <w:tcW w:w="951" w:type="dxa"/>
          </w:tcPr>
          <w:p w14:paraId="7AC00DC1" w14:textId="77777777" w:rsidR="00AA2478" w:rsidRPr="00680F51" w:rsidRDefault="00AA2478" w:rsidP="00AA2478">
            <w:pPr>
              <w:jc w:val="center"/>
              <w:rPr>
                <w:rFonts w:cs="Times New Roman"/>
                <w:sz w:val="24"/>
                <w:szCs w:val="24"/>
                <w:lang w:val="tt-RU"/>
              </w:rPr>
            </w:pPr>
          </w:p>
        </w:tc>
        <w:tc>
          <w:tcPr>
            <w:tcW w:w="1175" w:type="dxa"/>
          </w:tcPr>
          <w:p w14:paraId="34DC8F96" w14:textId="77777777" w:rsidR="00AA2478" w:rsidRPr="00680F51" w:rsidRDefault="00AA2478" w:rsidP="00AA2478">
            <w:pPr>
              <w:jc w:val="center"/>
              <w:rPr>
                <w:rFonts w:cs="Times New Roman"/>
                <w:sz w:val="24"/>
                <w:szCs w:val="24"/>
                <w:lang w:val="tt-RU"/>
              </w:rPr>
            </w:pPr>
          </w:p>
        </w:tc>
        <w:tc>
          <w:tcPr>
            <w:tcW w:w="1134" w:type="dxa"/>
          </w:tcPr>
          <w:p w14:paraId="0C7D4BAE" w14:textId="77777777" w:rsidR="00AA2478" w:rsidRPr="00680F51" w:rsidRDefault="00AA2478" w:rsidP="00AA2478">
            <w:pPr>
              <w:rPr>
                <w:rFonts w:cs="Times New Roman"/>
                <w:sz w:val="24"/>
                <w:szCs w:val="24"/>
                <w:lang w:val="tt-RU"/>
              </w:rPr>
            </w:pPr>
          </w:p>
        </w:tc>
        <w:tc>
          <w:tcPr>
            <w:tcW w:w="3969" w:type="dxa"/>
          </w:tcPr>
          <w:p w14:paraId="3DCD120D" w14:textId="77777777" w:rsidR="00AA2478" w:rsidRPr="00D330BB" w:rsidRDefault="00AA2478" w:rsidP="00AA2478">
            <w:pPr>
              <w:rPr>
                <w:rFonts w:cs="Times New Roman"/>
                <w:sz w:val="16"/>
                <w:szCs w:val="16"/>
                <w:lang w:val="tt-RU"/>
              </w:rPr>
            </w:pPr>
          </w:p>
        </w:tc>
      </w:tr>
      <w:tr w:rsidR="00AA2478" w:rsidRPr="00F41033" w14:paraId="5E4551EF" w14:textId="77777777" w:rsidTr="00AA2478">
        <w:tc>
          <w:tcPr>
            <w:tcW w:w="993" w:type="dxa"/>
          </w:tcPr>
          <w:p w14:paraId="7AB33404"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47DF89A5" w14:textId="77777777" w:rsidR="00AA2478" w:rsidRPr="00680F51" w:rsidRDefault="00AA2478" w:rsidP="00AA2478">
            <w:pPr>
              <w:rPr>
                <w:rFonts w:cs="Times New Roman"/>
                <w:sz w:val="24"/>
                <w:szCs w:val="24"/>
                <w:lang w:val="tt-RU"/>
              </w:rPr>
            </w:pPr>
            <w:r w:rsidRPr="00680F51">
              <w:rPr>
                <w:rFonts w:cs="Times New Roman"/>
                <w:sz w:val="24"/>
                <w:szCs w:val="24"/>
                <w:lang w:val="tt-RU"/>
              </w:rPr>
              <w:t>Работа с текстом./Текст белән эш. Башта тыңлаган, аннан соң укыган текст белән эшләү</w:t>
            </w:r>
          </w:p>
        </w:tc>
        <w:tc>
          <w:tcPr>
            <w:tcW w:w="951" w:type="dxa"/>
          </w:tcPr>
          <w:p w14:paraId="65B05315"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38704C28" w14:textId="77777777" w:rsidR="00AA2478" w:rsidRPr="00680F51" w:rsidRDefault="00AA2478" w:rsidP="00AA2478">
            <w:pPr>
              <w:jc w:val="center"/>
              <w:rPr>
                <w:rFonts w:cs="Times New Roman"/>
                <w:sz w:val="24"/>
                <w:szCs w:val="24"/>
                <w:lang w:val="tt-RU"/>
              </w:rPr>
            </w:pPr>
          </w:p>
        </w:tc>
        <w:tc>
          <w:tcPr>
            <w:tcW w:w="1134" w:type="dxa"/>
          </w:tcPr>
          <w:p w14:paraId="47267A37" w14:textId="77777777" w:rsidR="00AA2478" w:rsidRPr="00680F51" w:rsidRDefault="00AA2478" w:rsidP="00AA2478">
            <w:pPr>
              <w:rPr>
                <w:rFonts w:cs="Times New Roman"/>
                <w:sz w:val="24"/>
                <w:szCs w:val="24"/>
                <w:lang w:val="tt-RU"/>
              </w:rPr>
            </w:pPr>
          </w:p>
        </w:tc>
        <w:tc>
          <w:tcPr>
            <w:tcW w:w="3969" w:type="dxa"/>
          </w:tcPr>
          <w:p w14:paraId="2A2B6819" w14:textId="77777777" w:rsidR="00AA2478" w:rsidRPr="00D330BB" w:rsidRDefault="00AA2478" w:rsidP="00AA2478">
            <w:pPr>
              <w:rPr>
                <w:rFonts w:cs="Times New Roman"/>
                <w:sz w:val="16"/>
                <w:szCs w:val="16"/>
                <w:lang w:val="tt-RU"/>
              </w:rPr>
            </w:pPr>
          </w:p>
        </w:tc>
      </w:tr>
      <w:tr w:rsidR="00AA2478" w:rsidRPr="00600724" w14:paraId="7EEC5147" w14:textId="77777777" w:rsidTr="00AA2478">
        <w:trPr>
          <w:trHeight w:val="845"/>
        </w:trPr>
        <w:tc>
          <w:tcPr>
            <w:tcW w:w="993" w:type="dxa"/>
          </w:tcPr>
          <w:p w14:paraId="24652946"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57ED2809" w14:textId="77777777" w:rsidR="00AA2478" w:rsidRPr="00680F51" w:rsidRDefault="00AA2478" w:rsidP="00AA2478">
            <w:pPr>
              <w:rPr>
                <w:rFonts w:cs="Times New Roman"/>
                <w:sz w:val="24"/>
                <w:szCs w:val="24"/>
                <w:lang w:val="tt-RU"/>
              </w:rPr>
            </w:pPr>
            <w:r w:rsidRPr="00680F51">
              <w:rPr>
                <w:rFonts w:eastAsia="Calibri" w:cs="Times New Roman"/>
                <w:sz w:val="24"/>
                <w:szCs w:val="24"/>
                <w:lang w:val="tt-RU"/>
              </w:rPr>
              <w:t>Личные местоимения.</w:t>
            </w:r>
            <w:r w:rsidRPr="00680F51">
              <w:rPr>
                <w:rFonts w:eastAsia="Calibri" w:cs="Times New Roman"/>
                <w:sz w:val="24"/>
                <w:szCs w:val="24"/>
              </w:rPr>
              <w:t xml:space="preserve"> Использование личных местоимений для устранения повторов в тексте./</w:t>
            </w:r>
            <w:r w:rsidRPr="00680F51">
              <w:rPr>
                <w:rFonts w:eastAsia="Calibri" w:cs="Times New Roman"/>
                <w:sz w:val="24"/>
                <w:szCs w:val="24"/>
                <w:lang w:val="tt-RU"/>
              </w:rPr>
              <w:t xml:space="preserve"> </w:t>
            </w:r>
            <w:r w:rsidRPr="00680F51">
              <w:rPr>
                <w:rFonts w:cs="Times New Roman"/>
                <w:sz w:val="24"/>
                <w:szCs w:val="24"/>
                <w:lang w:val="tt-RU"/>
              </w:rPr>
              <w:t>Зат алмашлыклары. Зат алмашлыкларының җөмләдәге роле</w:t>
            </w:r>
          </w:p>
        </w:tc>
        <w:tc>
          <w:tcPr>
            <w:tcW w:w="951" w:type="dxa"/>
            <w:vMerge w:val="restart"/>
          </w:tcPr>
          <w:p w14:paraId="4025D7A8" w14:textId="77777777" w:rsidR="00AA2478" w:rsidRPr="00680F51" w:rsidRDefault="00AA2478" w:rsidP="00AA2478">
            <w:pPr>
              <w:jc w:val="center"/>
              <w:rPr>
                <w:rFonts w:cs="Times New Roman"/>
                <w:sz w:val="24"/>
                <w:szCs w:val="24"/>
                <w:lang w:val="tt-RU"/>
              </w:rPr>
            </w:pPr>
            <w:r>
              <w:rPr>
                <w:rFonts w:cs="Times New Roman"/>
                <w:sz w:val="24"/>
                <w:szCs w:val="24"/>
                <w:lang w:val="tt-RU"/>
              </w:rPr>
              <w:t>4</w:t>
            </w:r>
          </w:p>
          <w:p w14:paraId="06CF2193" w14:textId="77777777" w:rsidR="00AA2478" w:rsidRPr="00680F51" w:rsidRDefault="00AA2478" w:rsidP="00AA2478">
            <w:pPr>
              <w:jc w:val="center"/>
              <w:rPr>
                <w:rFonts w:cs="Times New Roman"/>
                <w:sz w:val="24"/>
                <w:szCs w:val="24"/>
                <w:lang w:val="tt-RU"/>
              </w:rPr>
            </w:pPr>
          </w:p>
        </w:tc>
        <w:tc>
          <w:tcPr>
            <w:tcW w:w="1175" w:type="dxa"/>
          </w:tcPr>
          <w:p w14:paraId="5347BA33" w14:textId="77777777" w:rsidR="00AA2478" w:rsidRPr="00680F51" w:rsidRDefault="00AA2478" w:rsidP="00AA2478">
            <w:pPr>
              <w:rPr>
                <w:rFonts w:cs="Times New Roman"/>
                <w:sz w:val="24"/>
                <w:szCs w:val="24"/>
                <w:lang w:val="tt-RU"/>
              </w:rPr>
            </w:pPr>
          </w:p>
        </w:tc>
        <w:tc>
          <w:tcPr>
            <w:tcW w:w="1134" w:type="dxa"/>
          </w:tcPr>
          <w:p w14:paraId="01BF2068" w14:textId="77777777" w:rsidR="00AA2478" w:rsidRPr="00680F51" w:rsidRDefault="00AA2478" w:rsidP="00AA2478">
            <w:pPr>
              <w:rPr>
                <w:rFonts w:cs="Times New Roman"/>
                <w:sz w:val="24"/>
                <w:szCs w:val="24"/>
                <w:lang w:val="tt-RU"/>
              </w:rPr>
            </w:pPr>
          </w:p>
        </w:tc>
        <w:tc>
          <w:tcPr>
            <w:tcW w:w="3969" w:type="dxa"/>
          </w:tcPr>
          <w:p w14:paraId="1C4ADC26" w14:textId="77777777" w:rsidR="00AA2478" w:rsidRPr="00D330BB" w:rsidRDefault="00AA2478" w:rsidP="00AA2478">
            <w:pPr>
              <w:rPr>
                <w:rFonts w:cs="Times New Roman"/>
                <w:sz w:val="16"/>
                <w:szCs w:val="16"/>
                <w:lang w:val="tt-RU"/>
              </w:rPr>
            </w:pPr>
            <w:r w:rsidRPr="0081046B">
              <w:rPr>
                <w:rFonts w:cs="Times New Roman"/>
                <w:sz w:val="16"/>
                <w:szCs w:val="16"/>
                <w:lang w:val="tt-RU"/>
              </w:rPr>
              <w:t>https://infourok.ru/razrabotka-uroka-po-tatarskomu-yaziku-na-temu-almashliklar-zat-almashliklari-547189.html</w:t>
            </w:r>
          </w:p>
        </w:tc>
      </w:tr>
      <w:tr w:rsidR="00AA2478" w:rsidRPr="00600724" w14:paraId="3EB0C2A3" w14:textId="77777777" w:rsidTr="00AA2478">
        <w:trPr>
          <w:trHeight w:val="462"/>
        </w:trPr>
        <w:tc>
          <w:tcPr>
            <w:tcW w:w="993" w:type="dxa"/>
          </w:tcPr>
          <w:p w14:paraId="4AF71FD5"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58CFEC8" w14:textId="77777777" w:rsidR="00AA2478" w:rsidRPr="00680F51" w:rsidRDefault="00AA2478" w:rsidP="00AA2478">
            <w:pPr>
              <w:rPr>
                <w:rFonts w:eastAsia="Calibri" w:cs="Times New Roman"/>
                <w:sz w:val="24"/>
                <w:szCs w:val="24"/>
                <w:lang w:val="tt-RU"/>
              </w:rPr>
            </w:pPr>
          </w:p>
        </w:tc>
        <w:tc>
          <w:tcPr>
            <w:tcW w:w="951" w:type="dxa"/>
            <w:vMerge/>
          </w:tcPr>
          <w:p w14:paraId="0D16EE50" w14:textId="77777777" w:rsidR="00AA2478" w:rsidRPr="00680F51" w:rsidRDefault="00AA2478" w:rsidP="00AA2478">
            <w:pPr>
              <w:jc w:val="center"/>
              <w:rPr>
                <w:rFonts w:cs="Times New Roman"/>
                <w:sz w:val="24"/>
                <w:szCs w:val="24"/>
                <w:lang w:val="tt-RU"/>
              </w:rPr>
            </w:pPr>
          </w:p>
        </w:tc>
        <w:tc>
          <w:tcPr>
            <w:tcW w:w="1175" w:type="dxa"/>
          </w:tcPr>
          <w:p w14:paraId="43C13A9E" w14:textId="77777777" w:rsidR="00AA2478" w:rsidRPr="00680F51" w:rsidRDefault="00AA2478" w:rsidP="00AA2478">
            <w:pPr>
              <w:rPr>
                <w:rFonts w:cs="Times New Roman"/>
                <w:sz w:val="24"/>
                <w:szCs w:val="24"/>
                <w:lang w:val="tt-RU"/>
              </w:rPr>
            </w:pPr>
          </w:p>
        </w:tc>
        <w:tc>
          <w:tcPr>
            <w:tcW w:w="1134" w:type="dxa"/>
          </w:tcPr>
          <w:p w14:paraId="66F2AB25" w14:textId="77777777" w:rsidR="00AA2478" w:rsidRPr="00680F51" w:rsidRDefault="00AA2478" w:rsidP="00AA2478">
            <w:pPr>
              <w:rPr>
                <w:rFonts w:cs="Times New Roman"/>
                <w:sz w:val="24"/>
                <w:szCs w:val="24"/>
                <w:lang w:val="tt-RU"/>
              </w:rPr>
            </w:pPr>
          </w:p>
        </w:tc>
        <w:tc>
          <w:tcPr>
            <w:tcW w:w="3969" w:type="dxa"/>
          </w:tcPr>
          <w:p w14:paraId="069C8BED" w14:textId="77777777" w:rsidR="00AA2478" w:rsidRPr="00D330BB" w:rsidRDefault="00AA2478" w:rsidP="00AA2478">
            <w:pPr>
              <w:rPr>
                <w:rFonts w:cs="Times New Roman"/>
                <w:sz w:val="16"/>
                <w:szCs w:val="16"/>
                <w:lang w:val="tt-RU"/>
              </w:rPr>
            </w:pPr>
          </w:p>
        </w:tc>
      </w:tr>
      <w:tr w:rsidR="00AA2478" w:rsidRPr="00600724" w14:paraId="136E954A" w14:textId="77777777" w:rsidTr="00AA2478">
        <w:trPr>
          <w:trHeight w:val="425"/>
        </w:trPr>
        <w:tc>
          <w:tcPr>
            <w:tcW w:w="993" w:type="dxa"/>
          </w:tcPr>
          <w:p w14:paraId="1E27C241"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65405B0" w14:textId="77777777" w:rsidR="00AA2478" w:rsidRPr="00680F51" w:rsidRDefault="00AA2478" w:rsidP="00AA2478">
            <w:pPr>
              <w:rPr>
                <w:rFonts w:eastAsia="Calibri" w:cs="Times New Roman"/>
                <w:sz w:val="24"/>
                <w:szCs w:val="24"/>
                <w:lang w:val="tt-RU"/>
              </w:rPr>
            </w:pPr>
          </w:p>
        </w:tc>
        <w:tc>
          <w:tcPr>
            <w:tcW w:w="951" w:type="dxa"/>
            <w:vMerge/>
          </w:tcPr>
          <w:p w14:paraId="106B151F" w14:textId="77777777" w:rsidR="00AA2478" w:rsidRPr="00680F51" w:rsidRDefault="00AA2478" w:rsidP="00AA2478">
            <w:pPr>
              <w:jc w:val="center"/>
              <w:rPr>
                <w:rFonts w:cs="Times New Roman"/>
                <w:sz w:val="24"/>
                <w:szCs w:val="24"/>
                <w:lang w:val="tt-RU"/>
              </w:rPr>
            </w:pPr>
          </w:p>
        </w:tc>
        <w:tc>
          <w:tcPr>
            <w:tcW w:w="1175" w:type="dxa"/>
          </w:tcPr>
          <w:p w14:paraId="7715F431" w14:textId="77777777" w:rsidR="00AA2478" w:rsidRPr="00680F51" w:rsidRDefault="00AA2478" w:rsidP="00AA2478">
            <w:pPr>
              <w:rPr>
                <w:rFonts w:cs="Times New Roman"/>
                <w:sz w:val="24"/>
                <w:szCs w:val="24"/>
                <w:lang w:val="tt-RU"/>
              </w:rPr>
            </w:pPr>
          </w:p>
        </w:tc>
        <w:tc>
          <w:tcPr>
            <w:tcW w:w="1134" w:type="dxa"/>
          </w:tcPr>
          <w:p w14:paraId="2045E2E8" w14:textId="77777777" w:rsidR="00AA2478" w:rsidRPr="00680F51" w:rsidRDefault="00AA2478" w:rsidP="00AA2478">
            <w:pPr>
              <w:rPr>
                <w:rFonts w:cs="Times New Roman"/>
                <w:sz w:val="24"/>
                <w:szCs w:val="24"/>
                <w:lang w:val="tt-RU"/>
              </w:rPr>
            </w:pPr>
          </w:p>
        </w:tc>
        <w:tc>
          <w:tcPr>
            <w:tcW w:w="3969" w:type="dxa"/>
          </w:tcPr>
          <w:p w14:paraId="341E8F5C" w14:textId="77777777" w:rsidR="00AA2478" w:rsidRPr="00D330BB" w:rsidRDefault="00AA2478" w:rsidP="00AA2478">
            <w:pPr>
              <w:rPr>
                <w:rFonts w:cs="Times New Roman"/>
                <w:sz w:val="16"/>
                <w:szCs w:val="16"/>
                <w:lang w:val="tt-RU"/>
              </w:rPr>
            </w:pPr>
            <w:r w:rsidRPr="0081046B">
              <w:rPr>
                <w:rFonts w:cs="Times New Roman"/>
                <w:color w:val="4F81BD" w:themeColor="accent1"/>
                <w:sz w:val="16"/>
                <w:szCs w:val="16"/>
                <w:lang w:val="tt-RU"/>
              </w:rPr>
              <w:t>https://infourok.ru/razrabotka-uroka-po-tatarskomu-yaziku-na-temu-almashliklar-zat-almashliklari-547189.html</w:t>
            </w:r>
          </w:p>
        </w:tc>
      </w:tr>
      <w:tr w:rsidR="00AA2478" w:rsidRPr="00600724" w14:paraId="7BA239AE" w14:textId="77777777" w:rsidTr="00AA2478">
        <w:trPr>
          <w:trHeight w:val="425"/>
        </w:trPr>
        <w:tc>
          <w:tcPr>
            <w:tcW w:w="993" w:type="dxa"/>
          </w:tcPr>
          <w:p w14:paraId="1461FBB2"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E019DE7" w14:textId="77777777" w:rsidR="00AA2478" w:rsidRPr="00680F51" w:rsidRDefault="00AA2478" w:rsidP="00AA2478">
            <w:pPr>
              <w:rPr>
                <w:rFonts w:eastAsia="Calibri" w:cs="Times New Roman"/>
                <w:sz w:val="24"/>
                <w:szCs w:val="24"/>
                <w:lang w:val="tt-RU"/>
              </w:rPr>
            </w:pPr>
          </w:p>
        </w:tc>
        <w:tc>
          <w:tcPr>
            <w:tcW w:w="951" w:type="dxa"/>
          </w:tcPr>
          <w:p w14:paraId="6F137045" w14:textId="77777777" w:rsidR="00AA2478" w:rsidRPr="00680F51" w:rsidRDefault="00AA2478" w:rsidP="00AA2478">
            <w:pPr>
              <w:jc w:val="center"/>
              <w:rPr>
                <w:rFonts w:cs="Times New Roman"/>
                <w:sz w:val="24"/>
                <w:szCs w:val="24"/>
                <w:lang w:val="tt-RU"/>
              </w:rPr>
            </w:pPr>
          </w:p>
        </w:tc>
        <w:tc>
          <w:tcPr>
            <w:tcW w:w="1175" w:type="dxa"/>
          </w:tcPr>
          <w:p w14:paraId="57C70099" w14:textId="77777777" w:rsidR="00AA2478" w:rsidRPr="00680F51" w:rsidRDefault="00AA2478" w:rsidP="00AA2478">
            <w:pPr>
              <w:rPr>
                <w:rFonts w:cs="Times New Roman"/>
                <w:sz w:val="24"/>
                <w:szCs w:val="24"/>
                <w:lang w:val="tt-RU"/>
              </w:rPr>
            </w:pPr>
          </w:p>
        </w:tc>
        <w:tc>
          <w:tcPr>
            <w:tcW w:w="1134" w:type="dxa"/>
          </w:tcPr>
          <w:p w14:paraId="086EDF67" w14:textId="77777777" w:rsidR="00AA2478" w:rsidRPr="00680F51" w:rsidRDefault="00AA2478" w:rsidP="00AA2478">
            <w:pPr>
              <w:rPr>
                <w:rFonts w:cs="Times New Roman"/>
                <w:sz w:val="24"/>
                <w:szCs w:val="24"/>
                <w:lang w:val="tt-RU"/>
              </w:rPr>
            </w:pPr>
          </w:p>
        </w:tc>
        <w:tc>
          <w:tcPr>
            <w:tcW w:w="3969" w:type="dxa"/>
          </w:tcPr>
          <w:p w14:paraId="207D2286" w14:textId="77777777" w:rsidR="00AA2478" w:rsidRPr="0081046B" w:rsidRDefault="00AA2478" w:rsidP="00AA2478">
            <w:pPr>
              <w:rPr>
                <w:rFonts w:cs="Times New Roman"/>
                <w:color w:val="4F81BD" w:themeColor="accent1"/>
                <w:sz w:val="16"/>
                <w:szCs w:val="16"/>
                <w:lang w:val="tt-RU"/>
              </w:rPr>
            </w:pPr>
          </w:p>
        </w:tc>
      </w:tr>
      <w:tr w:rsidR="00AA2478" w:rsidRPr="00A5484E" w14:paraId="18FA2C4E" w14:textId="77777777" w:rsidTr="00AA2478">
        <w:tc>
          <w:tcPr>
            <w:tcW w:w="993" w:type="dxa"/>
          </w:tcPr>
          <w:p w14:paraId="198BC19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218EC7F3" w14:textId="77777777" w:rsidR="00AA2478" w:rsidRPr="00680F51" w:rsidRDefault="00AA2478" w:rsidP="00AA2478">
            <w:pPr>
              <w:rPr>
                <w:rFonts w:cs="Times New Roman"/>
                <w:sz w:val="24"/>
                <w:szCs w:val="24"/>
                <w:lang w:val="tt-RU"/>
              </w:rPr>
            </w:pPr>
            <w:r w:rsidRPr="00680F51">
              <w:rPr>
                <w:rFonts w:cs="Times New Roman"/>
                <w:sz w:val="24"/>
                <w:szCs w:val="24"/>
                <w:lang w:val="tt-RU"/>
              </w:rPr>
              <w:t>Творческий урок .Составление плана и повествование по тексту / Иҗади дәрес .Текст буенча план төзү һәм сөйләү</w:t>
            </w:r>
          </w:p>
          <w:p w14:paraId="7D99860C" w14:textId="77777777" w:rsidR="00AA2478" w:rsidRPr="00680F51" w:rsidRDefault="00AA2478" w:rsidP="00AA2478">
            <w:pPr>
              <w:jc w:val="center"/>
              <w:rPr>
                <w:rFonts w:cs="Times New Roman"/>
                <w:sz w:val="24"/>
                <w:szCs w:val="24"/>
                <w:lang w:val="tt-RU"/>
              </w:rPr>
            </w:pPr>
          </w:p>
        </w:tc>
        <w:tc>
          <w:tcPr>
            <w:tcW w:w="951" w:type="dxa"/>
          </w:tcPr>
          <w:p w14:paraId="05B87339" w14:textId="77777777" w:rsidR="00AA2478" w:rsidRPr="00680F51" w:rsidRDefault="00AA2478" w:rsidP="00AA2478">
            <w:pPr>
              <w:jc w:val="center"/>
              <w:rPr>
                <w:rFonts w:cs="Times New Roman"/>
                <w:sz w:val="24"/>
                <w:szCs w:val="24"/>
                <w:lang w:val="tt-RU"/>
              </w:rPr>
            </w:pPr>
            <w:r>
              <w:rPr>
                <w:rFonts w:cs="Times New Roman"/>
                <w:sz w:val="24"/>
                <w:szCs w:val="24"/>
                <w:lang w:val="tt-RU"/>
              </w:rPr>
              <w:t>2</w:t>
            </w:r>
          </w:p>
        </w:tc>
        <w:tc>
          <w:tcPr>
            <w:tcW w:w="1175" w:type="dxa"/>
          </w:tcPr>
          <w:p w14:paraId="102904BD" w14:textId="77777777" w:rsidR="00AA2478" w:rsidRPr="00680F51" w:rsidRDefault="00AA2478" w:rsidP="00AA2478">
            <w:pPr>
              <w:jc w:val="center"/>
              <w:rPr>
                <w:rFonts w:cs="Times New Roman"/>
                <w:sz w:val="24"/>
                <w:szCs w:val="24"/>
                <w:lang w:val="tt-RU"/>
              </w:rPr>
            </w:pPr>
          </w:p>
        </w:tc>
        <w:tc>
          <w:tcPr>
            <w:tcW w:w="1134" w:type="dxa"/>
          </w:tcPr>
          <w:p w14:paraId="10A76E86" w14:textId="77777777" w:rsidR="00AA2478" w:rsidRPr="00680F51" w:rsidRDefault="00AA2478" w:rsidP="00AA2478">
            <w:pPr>
              <w:rPr>
                <w:rFonts w:cs="Times New Roman"/>
                <w:sz w:val="24"/>
                <w:szCs w:val="24"/>
                <w:lang w:val="tt-RU"/>
              </w:rPr>
            </w:pPr>
          </w:p>
        </w:tc>
        <w:tc>
          <w:tcPr>
            <w:tcW w:w="3969" w:type="dxa"/>
          </w:tcPr>
          <w:p w14:paraId="0247D670" w14:textId="77777777" w:rsidR="00AA2478" w:rsidRPr="00D330BB" w:rsidRDefault="00AA2478" w:rsidP="00AA2478">
            <w:pPr>
              <w:rPr>
                <w:rFonts w:cs="Times New Roman"/>
                <w:sz w:val="16"/>
                <w:szCs w:val="16"/>
                <w:lang w:val="tt-RU"/>
              </w:rPr>
            </w:pPr>
          </w:p>
        </w:tc>
      </w:tr>
      <w:tr w:rsidR="00AA2478" w:rsidRPr="00A5484E" w14:paraId="01B82E5C" w14:textId="77777777" w:rsidTr="00AA2478">
        <w:tc>
          <w:tcPr>
            <w:tcW w:w="993" w:type="dxa"/>
          </w:tcPr>
          <w:p w14:paraId="508266DB"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35B0CB15" w14:textId="77777777" w:rsidR="00AA2478" w:rsidRPr="00680F51" w:rsidRDefault="00AA2478" w:rsidP="00AA2478">
            <w:pPr>
              <w:rPr>
                <w:rFonts w:cs="Times New Roman"/>
                <w:sz w:val="24"/>
                <w:szCs w:val="24"/>
                <w:lang w:val="tt-RU"/>
              </w:rPr>
            </w:pPr>
          </w:p>
        </w:tc>
        <w:tc>
          <w:tcPr>
            <w:tcW w:w="951" w:type="dxa"/>
          </w:tcPr>
          <w:p w14:paraId="5A6BB134" w14:textId="77777777" w:rsidR="00AA2478" w:rsidRPr="00680F51" w:rsidRDefault="00AA2478" w:rsidP="00AA2478">
            <w:pPr>
              <w:jc w:val="center"/>
              <w:rPr>
                <w:rFonts w:cs="Times New Roman"/>
                <w:sz w:val="24"/>
                <w:szCs w:val="24"/>
                <w:lang w:val="tt-RU"/>
              </w:rPr>
            </w:pPr>
          </w:p>
        </w:tc>
        <w:tc>
          <w:tcPr>
            <w:tcW w:w="1175" w:type="dxa"/>
          </w:tcPr>
          <w:p w14:paraId="707A0A27" w14:textId="77777777" w:rsidR="00AA2478" w:rsidRPr="00680F51" w:rsidRDefault="00AA2478" w:rsidP="00AA2478">
            <w:pPr>
              <w:jc w:val="center"/>
              <w:rPr>
                <w:rFonts w:cs="Times New Roman"/>
                <w:sz w:val="24"/>
                <w:szCs w:val="24"/>
                <w:lang w:val="tt-RU"/>
              </w:rPr>
            </w:pPr>
          </w:p>
        </w:tc>
        <w:tc>
          <w:tcPr>
            <w:tcW w:w="1134" w:type="dxa"/>
          </w:tcPr>
          <w:p w14:paraId="14E47A73" w14:textId="77777777" w:rsidR="00AA2478" w:rsidRPr="00680F51" w:rsidRDefault="00AA2478" w:rsidP="00AA2478">
            <w:pPr>
              <w:rPr>
                <w:rFonts w:cs="Times New Roman"/>
                <w:sz w:val="24"/>
                <w:szCs w:val="24"/>
                <w:lang w:val="tt-RU"/>
              </w:rPr>
            </w:pPr>
          </w:p>
        </w:tc>
        <w:tc>
          <w:tcPr>
            <w:tcW w:w="3969" w:type="dxa"/>
          </w:tcPr>
          <w:p w14:paraId="1C3A400F" w14:textId="77777777" w:rsidR="00AA2478" w:rsidRPr="00D330BB" w:rsidRDefault="00AA2478" w:rsidP="00AA2478">
            <w:pPr>
              <w:rPr>
                <w:rFonts w:cs="Times New Roman"/>
                <w:sz w:val="16"/>
                <w:szCs w:val="16"/>
                <w:lang w:val="tt-RU"/>
              </w:rPr>
            </w:pPr>
          </w:p>
        </w:tc>
      </w:tr>
      <w:tr w:rsidR="00AA2478" w:rsidRPr="00A5484E" w14:paraId="51698FD2" w14:textId="77777777" w:rsidTr="00AA2478">
        <w:trPr>
          <w:trHeight w:val="760"/>
        </w:trPr>
        <w:tc>
          <w:tcPr>
            <w:tcW w:w="993" w:type="dxa"/>
          </w:tcPr>
          <w:p w14:paraId="11D727A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061946A2" w14:textId="77777777" w:rsidR="00AA2478" w:rsidRPr="00FB5826" w:rsidRDefault="00AA2478" w:rsidP="00AA2478">
            <w:pPr>
              <w:jc w:val="center"/>
              <w:rPr>
                <w:rFonts w:cs="Times New Roman"/>
                <w:sz w:val="24"/>
                <w:szCs w:val="24"/>
              </w:rPr>
            </w:pPr>
            <w:r w:rsidRPr="00680F51">
              <w:rPr>
                <w:rFonts w:cs="Times New Roman"/>
                <w:sz w:val="24"/>
                <w:szCs w:val="24"/>
              </w:rPr>
              <w:t>Спряжение глагола по лицам   в единственном  числе /Фигыльнең берлек санда зат-сан белән төрләнүе</w:t>
            </w:r>
          </w:p>
        </w:tc>
        <w:tc>
          <w:tcPr>
            <w:tcW w:w="951" w:type="dxa"/>
            <w:vMerge w:val="restart"/>
          </w:tcPr>
          <w:p w14:paraId="12B75CDE"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2</w:t>
            </w:r>
          </w:p>
        </w:tc>
        <w:tc>
          <w:tcPr>
            <w:tcW w:w="1175" w:type="dxa"/>
          </w:tcPr>
          <w:p w14:paraId="1F7263FA" w14:textId="77777777" w:rsidR="00AA2478" w:rsidRPr="00680F51" w:rsidRDefault="00AA2478" w:rsidP="00AA2478">
            <w:pPr>
              <w:jc w:val="center"/>
              <w:rPr>
                <w:rFonts w:cs="Times New Roman"/>
                <w:sz w:val="24"/>
                <w:szCs w:val="24"/>
                <w:lang w:val="tt-RU"/>
              </w:rPr>
            </w:pPr>
          </w:p>
        </w:tc>
        <w:tc>
          <w:tcPr>
            <w:tcW w:w="1134" w:type="dxa"/>
          </w:tcPr>
          <w:p w14:paraId="0272318F" w14:textId="77777777" w:rsidR="00AA2478" w:rsidRPr="00680F51" w:rsidRDefault="00AA2478" w:rsidP="00AA2478">
            <w:pPr>
              <w:rPr>
                <w:rFonts w:cs="Times New Roman"/>
                <w:sz w:val="24"/>
                <w:szCs w:val="24"/>
                <w:lang w:val="tt-RU"/>
              </w:rPr>
            </w:pPr>
          </w:p>
        </w:tc>
        <w:tc>
          <w:tcPr>
            <w:tcW w:w="3969" w:type="dxa"/>
          </w:tcPr>
          <w:p w14:paraId="71E3F637" w14:textId="77777777" w:rsidR="00AA2478" w:rsidRPr="00D330BB" w:rsidRDefault="00AA2478" w:rsidP="00AA2478">
            <w:pPr>
              <w:rPr>
                <w:rFonts w:cs="Times New Roman"/>
                <w:sz w:val="16"/>
                <w:szCs w:val="16"/>
                <w:lang w:val="tt-RU"/>
              </w:rPr>
            </w:pPr>
          </w:p>
        </w:tc>
      </w:tr>
      <w:tr w:rsidR="00AA2478" w:rsidRPr="00A5484E" w14:paraId="71293985" w14:textId="77777777" w:rsidTr="00AA2478">
        <w:trPr>
          <w:trHeight w:val="536"/>
        </w:trPr>
        <w:tc>
          <w:tcPr>
            <w:tcW w:w="993" w:type="dxa"/>
          </w:tcPr>
          <w:p w14:paraId="59BF552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1C32F8FD" w14:textId="77777777" w:rsidR="00AA2478" w:rsidRPr="00680F51" w:rsidRDefault="00AA2478" w:rsidP="00AA2478">
            <w:pPr>
              <w:jc w:val="center"/>
              <w:rPr>
                <w:rFonts w:cs="Times New Roman"/>
                <w:sz w:val="24"/>
                <w:szCs w:val="24"/>
              </w:rPr>
            </w:pPr>
          </w:p>
        </w:tc>
        <w:tc>
          <w:tcPr>
            <w:tcW w:w="951" w:type="dxa"/>
            <w:vMerge/>
          </w:tcPr>
          <w:p w14:paraId="6A86B562" w14:textId="77777777" w:rsidR="00AA2478" w:rsidRPr="00680F51" w:rsidRDefault="00AA2478" w:rsidP="00AA2478">
            <w:pPr>
              <w:jc w:val="center"/>
              <w:rPr>
                <w:rFonts w:cs="Times New Roman"/>
                <w:sz w:val="24"/>
                <w:szCs w:val="24"/>
                <w:lang w:val="tt-RU"/>
              </w:rPr>
            </w:pPr>
          </w:p>
        </w:tc>
        <w:tc>
          <w:tcPr>
            <w:tcW w:w="1175" w:type="dxa"/>
          </w:tcPr>
          <w:p w14:paraId="4CE968A3" w14:textId="77777777" w:rsidR="00AA2478" w:rsidRPr="00680F51" w:rsidRDefault="00AA2478" w:rsidP="00AA2478">
            <w:pPr>
              <w:jc w:val="center"/>
              <w:rPr>
                <w:rFonts w:cs="Times New Roman"/>
                <w:sz w:val="24"/>
                <w:szCs w:val="24"/>
                <w:lang w:val="tt-RU"/>
              </w:rPr>
            </w:pPr>
          </w:p>
        </w:tc>
        <w:tc>
          <w:tcPr>
            <w:tcW w:w="1134" w:type="dxa"/>
          </w:tcPr>
          <w:p w14:paraId="31600E9B" w14:textId="77777777" w:rsidR="00AA2478" w:rsidRPr="00680F51" w:rsidRDefault="00AA2478" w:rsidP="00AA2478">
            <w:pPr>
              <w:rPr>
                <w:rFonts w:cs="Times New Roman"/>
                <w:sz w:val="24"/>
                <w:szCs w:val="24"/>
                <w:lang w:val="tt-RU"/>
              </w:rPr>
            </w:pPr>
          </w:p>
        </w:tc>
        <w:tc>
          <w:tcPr>
            <w:tcW w:w="3969" w:type="dxa"/>
          </w:tcPr>
          <w:p w14:paraId="4D1D1E89" w14:textId="77777777" w:rsidR="00AA2478" w:rsidRPr="00D330BB" w:rsidRDefault="00AA2478" w:rsidP="00AA2478">
            <w:pPr>
              <w:rPr>
                <w:rFonts w:cs="Times New Roman"/>
                <w:sz w:val="16"/>
                <w:szCs w:val="16"/>
                <w:lang w:val="tt-RU"/>
              </w:rPr>
            </w:pPr>
          </w:p>
        </w:tc>
      </w:tr>
      <w:tr w:rsidR="00AA2478" w:rsidRPr="00600724" w14:paraId="41BC000B" w14:textId="77777777" w:rsidTr="00AA2478">
        <w:trPr>
          <w:trHeight w:val="735"/>
        </w:trPr>
        <w:tc>
          <w:tcPr>
            <w:tcW w:w="993" w:type="dxa"/>
          </w:tcPr>
          <w:p w14:paraId="559095A8"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26CA2F11" w14:textId="77777777" w:rsidR="00AA2478" w:rsidRPr="00680F51" w:rsidRDefault="00AA2478" w:rsidP="00AA2478">
            <w:pPr>
              <w:jc w:val="center"/>
              <w:rPr>
                <w:rFonts w:cs="Times New Roman"/>
                <w:sz w:val="24"/>
                <w:szCs w:val="24"/>
              </w:rPr>
            </w:pPr>
            <w:r w:rsidRPr="00680F51">
              <w:rPr>
                <w:rFonts w:cs="Times New Roman"/>
                <w:sz w:val="24"/>
                <w:szCs w:val="24"/>
              </w:rPr>
              <w:t>Спряжение глагола по лицам   во множественном числе/ Фигыльнең күплек санда зат-сан белән төрләнүе</w:t>
            </w:r>
          </w:p>
          <w:p w14:paraId="357C5B45" w14:textId="77777777" w:rsidR="00AA2478" w:rsidRPr="00680F51" w:rsidRDefault="00AA2478" w:rsidP="00AA2478">
            <w:pPr>
              <w:rPr>
                <w:rFonts w:cs="Times New Roman"/>
                <w:sz w:val="24"/>
                <w:szCs w:val="24"/>
              </w:rPr>
            </w:pPr>
          </w:p>
        </w:tc>
        <w:tc>
          <w:tcPr>
            <w:tcW w:w="951" w:type="dxa"/>
            <w:vMerge w:val="restart"/>
          </w:tcPr>
          <w:p w14:paraId="7EC63377" w14:textId="77777777" w:rsidR="00AA2478" w:rsidRPr="00680F51" w:rsidRDefault="00AA2478" w:rsidP="00AA2478">
            <w:pPr>
              <w:jc w:val="center"/>
              <w:rPr>
                <w:rFonts w:cs="Times New Roman"/>
                <w:color w:val="FF0000"/>
                <w:sz w:val="24"/>
                <w:szCs w:val="24"/>
                <w:lang w:val="tt-RU"/>
              </w:rPr>
            </w:pPr>
            <w:r w:rsidRPr="00680F51">
              <w:rPr>
                <w:rFonts w:cs="Times New Roman"/>
                <w:sz w:val="24"/>
                <w:szCs w:val="24"/>
                <w:lang w:val="tt-RU"/>
              </w:rPr>
              <w:t>2</w:t>
            </w:r>
          </w:p>
          <w:p w14:paraId="14B14E6D" w14:textId="77777777" w:rsidR="00AA2478" w:rsidRPr="00680F51" w:rsidRDefault="00AA2478" w:rsidP="00AA2478">
            <w:pPr>
              <w:jc w:val="center"/>
              <w:rPr>
                <w:rFonts w:cs="Times New Roman"/>
                <w:sz w:val="24"/>
                <w:szCs w:val="24"/>
              </w:rPr>
            </w:pPr>
          </w:p>
        </w:tc>
        <w:tc>
          <w:tcPr>
            <w:tcW w:w="1175" w:type="dxa"/>
          </w:tcPr>
          <w:p w14:paraId="711A582D" w14:textId="77777777" w:rsidR="00AA2478" w:rsidRPr="00680F51" w:rsidRDefault="00AA2478" w:rsidP="00AA2478">
            <w:pPr>
              <w:rPr>
                <w:rFonts w:cs="Times New Roman"/>
                <w:sz w:val="24"/>
                <w:szCs w:val="24"/>
                <w:lang w:val="tt-RU"/>
              </w:rPr>
            </w:pPr>
          </w:p>
        </w:tc>
        <w:tc>
          <w:tcPr>
            <w:tcW w:w="1134" w:type="dxa"/>
          </w:tcPr>
          <w:p w14:paraId="1AB5B97A" w14:textId="77777777" w:rsidR="00AA2478" w:rsidRPr="00680F51" w:rsidRDefault="00AA2478" w:rsidP="00AA2478">
            <w:pPr>
              <w:rPr>
                <w:rFonts w:cs="Times New Roman"/>
                <w:sz w:val="24"/>
                <w:szCs w:val="24"/>
                <w:lang w:val="tt-RU"/>
              </w:rPr>
            </w:pPr>
          </w:p>
        </w:tc>
        <w:tc>
          <w:tcPr>
            <w:tcW w:w="3969" w:type="dxa"/>
          </w:tcPr>
          <w:p w14:paraId="48992C00" w14:textId="77777777" w:rsidR="00AA2478" w:rsidRDefault="00863D41" w:rsidP="00AA2478">
            <w:pPr>
              <w:rPr>
                <w:rFonts w:cs="Times New Roman"/>
                <w:sz w:val="16"/>
                <w:szCs w:val="16"/>
                <w:lang w:val="tt-RU"/>
              </w:rPr>
            </w:pPr>
            <w:hyperlink r:id="rId43" w:history="1">
              <w:r w:rsidR="00AA2478" w:rsidRPr="00C12EE6">
                <w:rPr>
                  <w:rStyle w:val="af2"/>
                  <w:rFonts w:cs="Times New Roman"/>
                  <w:sz w:val="16"/>
                  <w:szCs w:val="16"/>
                  <w:lang w:val="tt-RU"/>
                </w:rPr>
                <w:t>https://mon.tatarstan.ru/razrabotki-urokov-po-rodnomu-tatarskomu-yaziku-i.htm</w:t>
              </w:r>
            </w:hyperlink>
          </w:p>
          <w:p w14:paraId="3739DC0F" w14:textId="77777777" w:rsidR="00AA2478" w:rsidRPr="00D330BB" w:rsidRDefault="00AA2478" w:rsidP="00AA2478">
            <w:pPr>
              <w:rPr>
                <w:rFonts w:cs="Times New Roman"/>
                <w:sz w:val="16"/>
                <w:szCs w:val="16"/>
                <w:lang w:val="tt-RU"/>
              </w:rPr>
            </w:pPr>
          </w:p>
        </w:tc>
      </w:tr>
      <w:tr w:rsidR="00AA2478" w:rsidRPr="00600724" w14:paraId="31943428" w14:textId="77777777" w:rsidTr="00AA2478">
        <w:trPr>
          <w:trHeight w:val="735"/>
        </w:trPr>
        <w:tc>
          <w:tcPr>
            <w:tcW w:w="993" w:type="dxa"/>
          </w:tcPr>
          <w:p w14:paraId="645A829B"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F5161A0" w14:textId="77777777" w:rsidR="00AA2478" w:rsidRPr="00B6769C" w:rsidRDefault="00AA2478" w:rsidP="00AA2478">
            <w:pPr>
              <w:jc w:val="center"/>
              <w:rPr>
                <w:rFonts w:cs="Times New Roman"/>
                <w:sz w:val="24"/>
                <w:szCs w:val="24"/>
                <w:lang w:val="tt-RU"/>
              </w:rPr>
            </w:pPr>
          </w:p>
        </w:tc>
        <w:tc>
          <w:tcPr>
            <w:tcW w:w="951" w:type="dxa"/>
            <w:vMerge/>
          </w:tcPr>
          <w:p w14:paraId="701B37D9" w14:textId="77777777" w:rsidR="00AA2478" w:rsidRPr="00680F51" w:rsidRDefault="00AA2478" w:rsidP="00AA2478">
            <w:pPr>
              <w:jc w:val="center"/>
              <w:rPr>
                <w:rFonts w:cs="Times New Roman"/>
                <w:sz w:val="24"/>
                <w:szCs w:val="24"/>
                <w:lang w:val="tt-RU"/>
              </w:rPr>
            </w:pPr>
          </w:p>
        </w:tc>
        <w:tc>
          <w:tcPr>
            <w:tcW w:w="1175" w:type="dxa"/>
          </w:tcPr>
          <w:p w14:paraId="5F3A826E" w14:textId="77777777" w:rsidR="00AA2478" w:rsidRPr="00680F51" w:rsidRDefault="00AA2478" w:rsidP="00AA2478">
            <w:pPr>
              <w:rPr>
                <w:rFonts w:cs="Times New Roman"/>
                <w:sz w:val="24"/>
                <w:szCs w:val="24"/>
                <w:lang w:val="tt-RU"/>
              </w:rPr>
            </w:pPr>
          </w:p>
        </w:tc>
        <w:tc>
          <w:tcPr>
            <w:tcW w:w="1134" w:type="dxa"/>
          </w:tcPr>
          <w:p w14:paraId="62AAA6E0" w14:textId="77777777" w:rsidR="00AA2478" w:rsidRPr="00680F51" w:rsidRDefault="00AA2478" w:rsidP="00AA2478">
            <w:pPr>
              <w:rPr>
                <w:rFonts w:cs="Times New Roman"/>
                <w:sz w:val="24"/>
                <w:szCs w:val="24"/>
                <w:lang w:val="tt-RU"/>
              </w:rPr>
            </w:pPr>
          </w:p>
        </w:tc>
        <w:tc>
          <w:tcPr>
            <w:tcW w:w="3969" w:type="dxa"/>
          </w:tcPr>
          <w:p w14:paraId="47D0D550" w14:textId="77777777" w:rsidR="00AA2478" w:rsidRPr="00D330BB" w:rsidRDefault="00AA2478" w:rsidP="00AA2478">
            <w:pPr>
              <w:rPr>
                <w:rFonts w:cs="Times New Roman"/>
                <w:sz w:val="16"/>
                <w:szCs w:val="16"/>
                <w:lang w:val="tt-RU"/>
              </w:rPr>
            </w:pPr>
          </w:p>
        </w:tc>
      </w:tr>
      <w:tr w:rsidR="00AA2478" w:rsidRPr="00A5484E" w14:paraId="71C94632" w14:textId="77777777" w:rsidTr="00AA2478">
        <w:tc>
          <w:tcPr>
            <w:tcW w:w="993" w:type="dxa"/>
          </w:tcPr>
          <w:p w14:paraId="1DA1B10F"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5F124DB6" w14:textId="77777777" w:rsidR="00AA2478" w:rsidRPr="00680F51" w:rsidRDefault="00AA2478" w:rsidP="00AA2478">
            <w:pPr>
              <w:rPr>
                <w:rFonts w:cs="Times New Roman"/>
                <w:sz w:val="24"/>
                <w:szCs w:val="24"/>
                <w:lang w:val="tt-RU"/>
              </w:rPr>
            </w:pPr>
            <w:r w:rsidRPr="00680F51">
              <w:rPr>
                <w:rFonts w:cs="Times New Roman"/>
                <w:sz w:val="24"/>
                <w:szCs w:val="24"/>
              </w:rPr>
              <w:t>Повторение/Кабатлау</w:t>
            </w:r>
          </w:p>
        </w:tc>
        <w:tc>
          <w:tcPr>
            <w:tcW w:w="951" w:type="dxa"/>
          </w:tcPr>
          <w:p w14:paraId="5C3C20F9"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09C9D2D7" w14:textId="77777777" w:rsidR="00AA2478" w:rsidRPr="00680F51" w:rsidRDefault="00AA2478" w:rsidP="00AA2478">
            <w:pPr>
              <w:jc w:val="center"/>
              <w:rPr>
                <w:rFonts w:cs="Times New Roman"/>
                <w:sz w:val="24"/>
                <w:szCs w:val="24"/>
                <w:lang w:val="tt-RU"/>
              </w:rPr>
            </w:pPr>
          </w:p>
        </w:tc>
        <w:tc>
          <w:tcPr>
            <w:tcW w:w="1134" w:type="dxa"/>
          </w:tcPr>
          <w:p w14:paraId="1EAA488A" w14:textId="77777777" w:rsidR="00AA2478" w:rsidRPr="00680F51" w:rsidRDefault="00AA2478" w:rsidP="00AA2478">
            <w:pPr>
              <w:rPr>
                <w:rFonts w:cs="Times New Roman"/>
                <w:sz w:val="24"/>
                <w:szCs w:val="24"/>
                <w:lang w:val="tt-RU"/>
              </w:rPr>
            </w:pPr>
          </w:p>
        </w:tc>
        <w:tc>
          <w:tcPr>
            <w:tcW w:w="3969" w:type="dxa"/>
          </w:tcPr>
          <w:p w14:paraId="05ADA616" w14:textId="77777777" w:rsidR="00AA2478" w:rsidRPr="00D330BB" w:rsidRDefault="00AA2478" w:rsidP="00AA2478">
            <w:pPr>
              <w:rPr>
                <w:rFonts w:cs="Times New Roman"/>
                <w:sz w:val="16"/>
                <w:szCs w:val="16"/>
                <w:lang w:val="tt-RU"/>
              </w:rPr>
            </w:pPr>
          </w:p>
        </w:tc>
      </w:tr>
      <w:tr w:rsidR="00AA2478" w:rsidRPr="00A5484E" w14:paraId="19D14D9E" w14:textId="77777777" w:rsidTr="00AA2478">
        <w:tc>
          <w:tcPr>
            <w:tcW w:w="993" w:type="dxa"/>
          </w:tcPr>
          <w:p w14:paraId="5196F2CF"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26EDD8C6" w14:textId="77777777" w:rsidR="00AA2478" w:rsidRPr="00680F51" w:rsidRDefault="00AA2478" w:rsidP="00AA2478">
            <w:pPr>
              <w:rPr>
                <w:rFonts w:cs="Times New Roman"/>
                <w:sz w:val="24"/>
                <w:szCs w:val="24"/>
                <w:lang w:val="tt-RU"/>
              </w:rPr>
            </w:pPr>
            <w:r w:rsidRPr="00680F51">
              <w:rPr>
                <w:rFonts w:cs="Times New Roman"/>
                <w:sz w:val="24"/>
                <w:szCs w:val="24"/>
                <w:lang w:val="tt-RU"/>
              </w:rPr>
              <w:t>Диктант</w:t>
            </w:r>
          </w:p>
        </w:tc>
        <w:tc>
          <w:tcPr>
            <w:tcW w:w="951" w:type="dxa"/>
          </w:tcPr>
          <w:p w14:paraId="0DA1FB26"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1A2CA4C4"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34" w:type="dxa"/>
          </w:tcPr>
          <w:p w14:paraId="3DB9C360" w14:textId="77777777" w:rsidR="00AA2478" w:rsidRPr="00680F51" w:rsidRDefault="00AA2478" w:rsidP="00AA2478">
            <w:pPr>
              <w:rPr>
                <w:rFonts w:cs="Times New Roman"/>
                <w:sz w:val="24"/>
                <w:szCs w:val="24"/>
                <w:lang w:val="tt-RU"/>
              </w:rPr>
            </w:pPr>
          </w:p>
        </w:tc>
        <w:tc>
          <w:tcPr>
            <w:tcW w:w="3969" w:type="dxa"/>
          </w:tcPr>
          <w:p w14:paraId="1A89215B" w14:textId="77777777" w:rsidR="00AA2478" w:rsidRPr="00D330BB" w:rsidRDefault="00AA2478" w:rsidP="00AA2478">
            <w:pPr>
              <w:rPr>
                <w:rFonts w:cs="Times New Roman"/>
                <w:sz w:val="16"/>
                <w:szCs w:val="16"/>
                <w:lang w:val="tt-RU"/>
              </w:rPr>
            </w:pPr>
          </w:p>
        </w:tc>
      </w:tr>
      <w:tr w:rsidR="00AA2478" w:rsidRPr="00600724" w14:paraId="1BE9F8EA" w14:textId="77777777" w:rsidTr="00AA2478">
        <w:trPr>
          <w:trHeight w:val="431"/>
        </w:trPr>
        <w:tc>
          <w:tcPr>
            <w:tcW w:w="993" w:type="dxa"/>
          </w:tcPr>
          <w:p w14:paraId="0D9B6AA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1E579B15" w14:textId="77777777" w:rsidR="00AA2478" w:rsidRPr="00680F51" w:rsidRDefault="00AA2478" w:rsidP="00AA2478">
            <w:pPr>
              <w:spacing w:line="360" w:lineRule="auto"/>
              <w:rPr>
                <w:rFonts w:cs="Times New Roman"/>
                <w:sz w:val="24"/>
                <w:szCs w:val="24"/>
                <w:lang w:val="tt-RU"/>
              </w:rPr>
            </w:pPr>
            <w:r w:rsidRPr="00680F51">
              <w:rPr>
                <w:rFonts w:eastAsia="Calibri" w:cs="Times New Roman"/>
                <w:sz w:val="24"/>
                <w:szCs w:val="24"/>
              </w:rPr>
              <w:t xml:space="preserve">Имя прилагательное. </w:t>
            </w:r>
            <w:r>
              <w:rPr>
                <w:rFonts w:eastAsia="Calibri" w:cs="Times New Roman"/>
                <w:sz w:val="24"/>
                <w:szCs w:val="24"/>
              </w:rPr>
              <w:t>/</w:t>
            </w:r>
            <w:r w:rsidRPr="00680F51">
              <w:rPr>
                <w:rFonts w:cs="Times New Roman"/>
                <w:sz w:val="24"/>
                <w:szCs w:val="24"/>
                <w:lang w:val="tt-RU"/>
              </w:rPr>
              <w:t>Сыйфат сүз төркеме</w:t>
            </w:r>
          </w:p>
          <w:p w14:paraId="21E52542" w14:textId="77777777" w:rsidR="00AA2478" w:rsidRPr="00680F51" w:rsidRDefault="00AA2478" w:rsidP="00AA2478">
            <w:pPr>
              <w:jc w:val="center"/>
              <w:rPr>
                <w:rFonts w:cs="Times New Roman"/>
                <w:sz w:val="24"/>
                <w:szCs w:val="24"/>
                <w:lang w:val="tt-RU"/>
              </w:rPr>
            </w:pPr>
          </w:p>
          <w:p w14:paraId="6ED32A64" w14:textId="77777777" w:rsidR="00AA2478" w:rsidRPr="00680F51" w:rsidRDefault="00AA2478" w:rsidP="00AA2478">
            <w:pPr>
              <w:jc w:val="center"/>
              <w:rPr>
                <w:rFonts w:cs="Times New Roman"/>
                <w:sz w:val="24"/>
                <w:szCs w:val="24"/>
                <w:lang w:val="tt-RU"/>
              </w:rPr>
            </w:pPr>
          </w:p>
        </w:tc>
        <w:tc>
          <w:tcPr>
            <w:tcW w:w="951" w:type="dxa"/>
            <w:vMerge w:val="restart"/>
          </w:tcPr>
          <w:p w14:paraId="360E413B"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3</w:t>
            </w:r>
          </w:p>
        </w:tc>
        <w:tc>
          <w:tcPr>
            <w:tcW w:w="1175" w:type="dxa"/>
          </w:tcPr>
          <w:p w14:paraId="5BE9347F" w14:textId="77777777" w:rsidR="00AA2478" w:rsidRPr="00680F51" w:rsidRDefault="00AA2478" w:rsidP="00AA2478">
            <w:pPr>
              <w:jc w:val="center"/>
              <w:rPr>
                <w:rFonts w:cs="Times New Roman"/>
                <w:sz w:val="24"/>
                <w:szCs w:val="24"/>
                <w:lang w:val="tt-RU"/>
              </w:rPr>
            </w:pPr>
          </w:p>
        </w:tc>
        <w:tc>
          <w:tcPr>
            <w:tcW w:w="1134" w:type="dxa"/>
          </w:tcPr>
          <w:p w14:paraId="1C8FD198" w14:textId="77777777" w:rsidR="00AA2478" w:rsidRPr="00680F51" w:rsidRDefault="00AA2478" w:rsidP="00AA2478">
            <w:pPr>
              <w:rPr>
                <w:rFonts w:cs="Times New Roman"/>
                <w:sz w:val="24"/>
                <w:szCs w:val="24"/>
                <w:lang w:val="tt-RU"/>
              </w:rPr>
            </w:pPr>
          </w:p>
        </w:tc>
        <w:tc>
          <w:tcPr>
            <w:tcW w:w="3969" w:type="dxa"/>
          </w:tcPr>
          <w:p w14:paraId="54686572" w14:textId="77777777" w:rsidR="00AA2478" w:rsidRDefault="00863D41" w:rsidP="00AA2478">
            <w:pPr>
              <w:rPr>
                <w:rFonts w:cs="Times New Roman"/>
                <w:sz w:val="16"/>
                <w:szCs w:val="16"/>
                <w:lang w:val="tt-RU"/>
              </w:rPr>
            </w:pPr>
            <w:hyperlink r:id="rId44" w:history="1">
              <w:r w:rsidR="00AA2478" w:rsidRPr="00C12EE6">
                <w:rPr>
                  <w:rStyle w:val="af2"/>
                  <w:rFonts w:cs="Times New Roman"/>
                  <w:sz w:val="16"/>
                  <w:szCs w:val="16"/>
                  <w:lang w:val="tt-RU"/>
                </w:rPr>
                <w:t>https://mon.tatarstan.ru/razrabotki-urokov-po-rodnomu-tatarskomu-yaziku-i.htm</w:t>
              </w:r>
            </w:hyperlink>
          </w:p>
          <w:p w14:paraId="4408AD37" w14:textId="77777777" w:rsidR="00AA2478" w:rsidRPr="00D330BB" w:rsidRDefault="00AA2478" w:rsidP="00AA2478">
            <w:pPr>
              <w:rPr>
                <w:rFonts w:cs="Times New Roman"/>
                <w:sz w:val="16"/>
                <w:szCs w:val="16"/>
                <w:lang w:val="tt-RU"/>
              </w:rPr>
            </w:pPr>
          </w:p>
        </w:tc>
      </w:tr>
      <w:tr w:rsidR="00AA2478" w:rsidRPr="00600724" w14:paraId="11AF87D9" w14:textId="77777777" w:rsidTr="00AA2478">
        <w:trPr>
          <w:trHeight w:val="409"/>
        </w:trPr>
        <w:tc>
          <w:tcPr>
            <w:tcW w:w="993" w:type="dxa"/>
          </w:tcPr>
          <w:p w14:paraId="79FEEBFE"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43B057F3" w14:textId="77777777" w:rsidR="00AA2478" w:rsidRPr="00680F51" w:rsidRDefault="00AA2478" w:rsidP="00AA2478">
            <w:pPr>
              <w:rPr>
                <w:rFonts w:cs="Times New Roman"/>
                <w:sz w:val="24"/>
                <w:szCs w:val="24"/>
                <w:lang w:val="tt-RU"/>
              </w:rPr>
            </w:pPr>
          </w:p>
        </w:tc>
        <w:tc>
          <w:tcPr>
            <w:tcW w:w="951" w:type="dxa"/>
            <w:vMerge/>
          </w:tcPr>
          <w:p w14:paraId="5F2AD5AC" w14:textId="77777777" w:rsidR="00AA2478" w:rsidRPr="00680F51" w:rsidRDefault="00AA2478" w:rsidP="00AA2478">
            <w:pPr>
              <w:jc w:val="center"/>
              <w:rPr>
                <w:rFonts w:cs="Times New Roman"/>
                <w:sz w:val="24"/>
                <w:szCs w:val="24"/>
                <w:lang w:val="tt-RU"/>
              </w:rPr>
            </w:pPr>
          </w:p>
        </w:tc>
        <w:tc>
          <w:tcPr>
            <w:tcW w:w="1175" w:type="dxa"/>
          </w:tcPr>
          <w:p w14:paraId="095423DE" w14:textId="77777777" w:rsidR="00AA2478" w:rsidRPr="00680F51" w:rsidRDefault="00AA2478" w:rsidP="00AA2478">
            <w:pPr>
              <w:jc w:val="center"/>
              <w:rPr>
                <w:rFonts w:cs="Times New Roman"/>
                <w:sz w:val="24"/>
                <w:szCs w:val="24"/>
                <w:lang w:val="tt-RU"/>
              </w:rPr>
            </w:pPr>
          </w:p>
        </w:tc>
        <w:tc>
          <w:tcPr>
            <w:tcW w:w="1134" w:type="dxa"/>
          </w:tcPr>
          <w:p w14:paraId="7BF0C334" w14:textId="77777777" w:rsidR="00AA2478" w:rsidRPr="00680F51" w:rsidRDefault="00AA2478" w:rsidP="00AA2478">
            <w:pPr>
              <w:rPr>
                <w:rFonts w:cs="Times New Roman"/>
                <w:sz w:val="24"/>
                <w:szCs w:val="24"/>
                <w:lang w:val="tt-RU"/>
              </w:rPr>
            </w:pPr>
          </w:p>
        </w:tc>
        <w:tc>
          <w:tcPr>
            <w:tcW w:w="3969" w:type="dxa"/>
          </w:tcPr>
          <w:p w14:paraId="5E7D8DA3" w14:textId="77777777" w:rsidR="00AA2478" w:rsidRPr="00D330BB" w:rsidRDefault="00AA2478" w:rsidP="00AA2478">
            <w:pPr>
              <w:rPr>
                <w:rFonts w:cs="Times New Roman"/>
                <w:sz w:val="16"/>
                <w:szCs w:val="16"/>
                <w:lang w:val="tt-RU"/>
              </w:rPr>
            </w:pPr>
          </w:p>
        </w:tc>
      </w:tr>
      <w:tr w:rsidR="00AA2478" w:rsidRPr="00600724" w14:paraId="3938408F" w14:textId="77777777" w:rsidTr="00AA2478">
        <w:trPr>
          <w:trHeight w:val="710"/>
        </w:trPr>
        <w:tc>
          <w:tcPr>
            <w:tcW w:w="993" w:type="dxa"/>
          </w:tcPr>
          <w:p w14:paraId="15FB5D5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6737727E" w14:textId="77777777" w:rsidR="00AA2478" w:rsidRPr="00680F51" w:rsidRDefault="00AA2478" w:rsidP="00AA2478">
            <w:pPr>
              <w:rPr>
                <w:rFonts w:cs="Times New Roman"/>
                <w:sz w:val="24"/>
                <w:szCs w:val="24"/>
                <w:lang w:val="tt-RU"/>
              </w:rPr>
            </w:pPr>
          </w:p>
        </w:tc>
        <w:tc>
          <w:tcPr>
            <w:tcW w:w="951" w:type="dxa"/>
            <w:vMerge/>
          </w:tcPr>
          <w:p w14:paraId="553040F6" w14:textId="77777777" w:rsidR="00AA2478" w:rsidRPr="00680F51" w:rsidRDefault="00AA2478" w:rsidP="00AA2478">
            <w:pPr>
              <w:jc w:val="center"/>
              <w:rPr>
                <w:rFonts w:cs="Times New Roman"/>
                <w:sz w:val="24"/>
                <w:szCs w:val="24"/>
                <w:lang w:val="tt-RU"/>
              </w:rPr>
            </w:pPr>
          </w:p>
        </w:tc>
        <w:tc>
          <w:tcPr>
            <w:tcW w:w="1175" w:type="dxa"/>
          </w:tcPr>
          <w:p w14:paraId="3738FA81" w14:textId="77777777" w:rsidR="00AA2478" w:rsidRPr="00680F51" w:rsidRDefault="00AA2478" w:rsidP="00AA2478">
            <w:pPr>
              <w:jc w:val="center"/>
              <w:rPr>
                <w:rFonts w:cs="Times New Roman"/>
                <w:sz w:val="24"/>
                <w:szCs w:val="24"/>
                <w:lang w:val="tt-RU"/>
              </w:rPr>
            </w:pPr>
          </w:p>
        </w:tc>
        <w:tc>
          <w:tcPr>
            <w:tcW w:w="1134" w:type="dxa"/>
          </w:tcPr>
          <w:p w14:paraId="1FEEF83D" w14:textId="77777777" w:rsidR="00AA2478" w:rsidRPr="00680F51" w:rsidRDefault="00AA2478" w:rsidP="00AA2478">
            <w:pPr>
              <w:rPr>
                <w:rFonts w:cs="Times New Roman"/>
                <w:sz w:val="24"/>
                <w:szCs w:val="24"/>
                <w:lang w:val="tt-RU"/>
              </w:rPr>
            </w:pPr>
          </w:p>
        </w:tc>
        <w:tc>
          <w:tcPr>
            <w:tcW w:w="3969" w:type="dxa"/>
          </w:tcPr>
          <w:p w14:paraId="2DB5F9AD" w14:textId="77777777" w:rsidR="00AA2478" w:rsidRPr="00D330BB" w:rsidRDefault="00AA2478" w:rsidP="00AA2478">
            <w:pPr>
              <w:rPr>
                <w:rFonts w:cs="Times New Roman"/>
                <w:sz w:val="16"/>
                <w:szCs w:val="16"/>
                <w:lang w:val="tt-RU"/>
              </w:rPr>
            </w:pPr>
          </w:p>
        </w:tc>
      </w:tr>
      <w:tr w:rsidR="00AA2478" w:rsidRPr="00A5484E" w14:paraId="0AD19104" w14:textId="77777777" w:rsidTr="00AA2478">
        <w:tc>
          <w:tcPr>
            <w:tcW w:w="993" w:type="dxa"/>
          </w:tcPr>
          <w:p w14:paraId="3E117834"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tcPr>
          <w:p w14:paraId="3F3D3CF4" w14:textId="77777777" w:rsidR="00AA2478" w:rsidRPr="00680F51" w:rsidRDefault="00AA2478" w:rsidP="00AA2478">
            <w:pPr>
              <w:rPr>
                <w:rFonts w:cs="Times New Roman"/>
                <w:sz w:val="24"/>
                <w:szCs w:val="24"/>
              </w:rPr>
            </w:pPr>
            <w:r>
              <w:rPr>
                <w:rFonts w:cs="Times New Roman"/>
                <w:sz w:val="24"/>
                <w:szCs w:val="24"/>
              </w:rPr>
              <w:t>Работа с текстом/</w:t>
            </w:r>
            <w:r w:rsidRPr="00680F51">
              <w:rPr>
                <w:rFonts w:cs="Times New Roman"/>
                <w:sz w:val="24"/>
                <w:szCs w:val="24"/>
              </w:rPr>
              <w:t>Текст белән эш</w:t>
            </w:r>
            <w:r>
              <w:rPr>
                <w:rFonts w:cs="Times New Roman"/>
                <w:sz w:val="24"/>
                <w:szCs w:val="24"/>
              </w:rPr>
              <w:t>.</w:t>
            </w:r>
            <w:r w:rsidRPr="00680F51">
              <w:rPr>
                <w:rFonts w:cs="Times New Roman"/>
                <w:sz w:val="24"/>
                <w:szCs w:val="24"/>
              </w:rPr>
              <w:t xml:space="preserve"> </w:t>
            </w:r>
          </w:p>
        </w:tc>
        <w:tc>
          <w:tcPr>
            <w:tcW w:w="951" w:type="dxa"/>
          </w:tcPr>
          <w:p w14:paraId="2B584338" w14:textId="77777777" w:rsidR="00AA2478" w:rsidRPr="00680F51" w:rsidRDefault="00AA2478" w:rsidP="00AA2478">
            <w:pPr>
              <w:jc w:val="center"/>
              <w:rPr>
                <w:rFonts w:cs="Times New Roman"/>
                <w:color w:val="FF0000"/>
                <w:sz w:val="24"/>
                <w:szCs w:val="24"/>
                <w:lang w:val="en-US"/>
              </w:rPr>
            </w:pPr>
            <w:r w:rsidRPr="00680F51">
              <w:rPr>
                <w:rFonts w:cs="Times New Roman"/>
                <w:sz w:val="24"/>
                <w:szCs w:val="24"/>
                <w:lang w:val="tt-RU"/>
              </w:rPr>
              <w:t>1</w:t>
            </w:r>
          </w:p>
          <w:p w14:paraId="7417885E" w14:textId="77777777" w:rsidR="00AA2478" w:rsidRPr="00680F51" w:rsidRDefault="00AA2478" w:rsidP="00AA2478">
            <w:pPr>
              <w:jc w:val="center"/>
              <w:rPr>
                <w:rFonts w:cs="Times New Roman"/>
                <w:sz w:val="24"/>
                <w:szCs w:val="24"/>
                <w:lang w:val="tt-RU"/>
              </w:rPr>
            </w:pPr>
          </w:p>
        </w:tc>
        <w:tc>
          <w:tcPr>
            <w:tcW w:w="1175" w:type="dxa"/>
          </w:tcPr>
          <w:p w14:paraId="45D773DC" w14:textId="77777777" w:rsidR="00AA2478" w:rsidRPr="00680F51" w:rsidRDefault="00AA2478" w:rsidP="00AA2478">
            <w:pPr>
              <w:jc w:val="center"/>
              <w:rPr>
                <w:rFonts w:cs="Times New Roman"/>
                <w:sz w:val="24"/>
                <w:szCs w:val="24"/>
                <w:lang w:val="tt-RU"/>
              </w:rPr>
            </w:pPr>
          </w:p>
        </w:tc>
        <w:tc>
          <w:tcPr>
            <w:tcW w:w="1134" w:type="dxa"/>
          </w:tcPr>
          <w:p w14:paraId="7584A68B" w14:textId="77777777" w:rsidR="00AA2478" w:rsidRPr="00680F51" w:rsidRDefault="00AA2478" w:rsidP="00AA2478">
            <w:pPr>
              <w:rPr>
                <w:rFonts w:cs="Times New Roman"/>
                <w:sz w:val="24"/>
                <w:szCs w:val="24"/>
                <w:lang w:val="tt-RU"/>
              </w:rPr>
            </w:pPr>
          </w:p>
        </w:tc>
        <w:tc>
          <w:tcPr>
            <w:tcW w:w="3969" w:type="dxa"/>
          </w:tcPr>
          <w:p w14:paraId="7CF62AB6" w14:textId="77777777" w:rsidR="00AA2478" w:rsidRPr="00D330BB" w:rsidRDefault="00AA2478" w:rsidP="00AA2478">
            <w:pPr>
              <w:rPr>
                <w:rFonts w:cs="Times New Roman"/>
                <w:sz w:val="16"/>
                <w:szCs w:val="16"/>
                <w:lang w:val="tt-RU"/>
              </w:rPr>
            </w:pPr>
          </w:p>
        </w:tc>
      </w:tr>
      <w:tr w:rsidR="00AA2478" w:rsidRPr="00600724" w14:paraId="26CA2BA9" w14:textId="77777777" w:rsidTr="00AA2478">
        <w:trPr>
          <w:trHeight w:val="641"/>
        </w:trPr>
        <w:tc>
          <w:tcPr>
            <w:tcW w:w="993" w:type="dxa"/>
          </w:tcPr>
          <w:p w14:paraId="24B4F48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4D15FA72" w14:textId="77777777" w:rsidR="00AA2478" w:rsidRPr="00680F51" w:rsidRDefault="00AA2478" w:rsidP="00AA2478">
            <w:pPr>
              <w:rPr>
                <w:rFonts w:cs="Times New Roman"/>
                <w:sz w:val="24"/>
                <w:szCs w:val="24"/>
                <w:lang w:val="tt-RU"/>
              </w:rPr>
            </w:pPr>
            <w:r w:rsidRPr="00680F51">
              <w:rPr>
                <w:rFonts w:eastAsia="Calibri" w:cs="Times New Roman"/>
                <w:sz w:val="24"/>
                <w:szCs w:val="24"/>
              </w:rPr>
              <w:t>Главные члены предложения: подлежащее и сказуемое</w:t>
            </w:r>
            <w:proofErr w:type="gramStart"/>
            <w:r w:rsidRPr="00680F51">
              <w:rPr>
                <w:rFonts w:eastAsia="Calibri" w:cs="Times New Roman"/>
                <w:sz w:val="24"/>
                <w:szCs w:val="24"/>
              </w:rPr>
              <w:t>.</w:t>
            </w:r>
            <w:proofErr w:type="gramEnd"/>
            <w:r w:rsidRPr="00680F51">
              <w:rPr>
                <w:rFonts w:eastAsia="Calibri" w:cs="Times New Roman"/>
                <w:sz w:val="24"/>
                <w:szCs w:val="24"/>
              </w:rPr>
              <w:t xml:space="preserve">/ </w:t>
            </w:r>
            <w:r w:rsidRPr="00680F51">
              <w:rPr>
                <w:rFonts w:cs="Times New Roman"/>
                <w:sz w:val="24"/>
                <w:szCs w:val="24"/>
                <w:lang w:val="tt-RU"/>
              </w:rPr>
              <w:t>Җө</w:t>
            </w:r>
            <w:proofErr w:type="gramStart"/>
            <w:r w:rsidRPr="00680F51">
              <w:rPr>
                <w:rFonts w:cs="Times New Roman"/>
                <w:sz w:val="24"/>
                <w:szCs w:val="24"/>
                <w:lang w:val="tt-RU"/>
              </w:rPr>
              <w:t>м</w:t>
            </w:r>
            <w:proofErr w:type="gramEnd"/>
            <w:r w:rsidRPr="00680F51">
              <w:rPr>
                <w:rFonts w:cs="Times New Roman"/>
                <w:sz w:val="24"/>
                <w:szCs w:val="24"/>
                <w:lang w:val="tt-RU"/>
              </w:rPr>
              <w:t>ләнең баш кисәкләре</w:t>
            </w:r>
          </w:p>
          <w:p w14:paraId="5F35B69D"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 xml:space="preserve"> </w:t>
            </w:r>
          </w:p>
        </w:tc>
        <w:tc>
          <w:tcPr>
            <w:tcW w:w="951" w:type="dxa"/>
            <w:vMerge w:val="restart"/>
          </w:tcPr>
          <w:p w14:paraId="2AAB7EA7"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3</w:t>
            </w:r>
          </w:p>
          <w:p w14:paraId="10268970" w14:textId="77777777" w:rsidR="00AA2478" w:rsidRPr="00680F51" w:rsidRDefault="00AA2478" w:rsidP="00AA2478">
            <w:pPr>
              <w:jc w:val="center"/>
              <w:rPr>
                <w:rFonts w:cs="Times New Roman"/>
                <w:sz w:val="24"/>
                <w:szCs w:val="24"/>
                <w:lang w:val="tt-RU"/>
              </w:rPr>
            </w:pPr>
          </w:p>
        </w:tc>
        <w:tc>
          <w:tcPr>
            <w:tcW w:w="1175" w:type="dxa"/>
          </w:tcPr>
          <w:p w14:paraId="31734D14" w14:textId="77777777" w:rsidR="00AA2478" w:rsidRPr="00680F51" w:rsidRDefault="00AA2478" w:rsidP="00AA2478">
            <w:pPr>
              <w:jc w:val="center"/>
              <w:rPr>
                <w:rFonts w:cs="Times New Roman"/>
                <w:sz w:val="24"/>
                <w:szCs w:val="24"/>
                <w:lang w:val="tt-RU"/>
              </w:rPr>
            </w:pPr>
          </w:p>
        </w:tc>
        <w:tc>
          <w:tcPr>
            <w:tcW w:w="1134" w:type="dxa"/>
          </w:tcPr>
          <w:p w14:paraId="2F60C55E" w14:textId="77777777" w:rsidR="00AA2478" w:rsidRPr="00680F51" w:rsidRDefault="00AA2478" w:rsidP="00AA2478">
            <w:pPr>
              <w:rPr>
                <w:rFonts w:cs="Times New Roman"/>
                <w:sz w:val="24"/>
                <w:szCs w:val="24"/>
                <w:lang w:val="tt-RU"/>
              </w:rPr>
            </w:pPr>
          </w:p>
        </w:tc>
        <w:tc>
          <w:tcPr>
            <w:tcW w:w="3969" w:type="dxa"/>
          </w:tcPr>
          <w:p w14:paraId="2E807D78" w14:textId="77777777" w:rsidR="00AA2478" w:rsidRDefault="00863D41" w:rsidP="00AA2478">
            <w:pPr>
              <w:rPr>
                <w:rFonts w:cs="Times New Roman"/>
                <w:sz w:val="16"/>
                <w:szCs w:val="16"/>
                <w:lang w:val="tt-RU"/>
              </w:rPr>
            </w:pPr>
            <w:hyperlink r:id="rId45" w:history="1">
              <w:r w:rsidR="00AA2478" w:rsidRPr="00C12EE6">
                <w:rPr>
                  <w:rStyle w:val="af2"/>
                  <w:rFonts w:cs="Times New Roman"/>
                  <w:sz w:val="16"/>
                  <w:szCs w:val="16"/>
                  <w:lang w:val="tt-RU"/>
                </w:rPr>
                <w:t>https://mon.tatarstan.ru/razrabotki-urokov-po-rodnomu-tatarskomu-yaziku-i.htm</w:t>
              </w:r>
            </w:hyperlink>
          </w:p>
          <w:p w14:paraId="125A21AA" w14:textId="77777777" w:rsidR="00AA2478" w:rsidRPr="00D330BB" w:rsidRDefault="00AA2478" w:rsidP="00AA2478">
            <w:pPr>
              <w:rPr>
                <w:rFonts w:cs="Times New Roman"/>
                <w:sz w:val="16"/>
                <w:szCs w:val="16"/>
                <w:lang w:val="tt-RU"/>
              </w:rPr>
            </w:pPr>
          </w:p>
        </w:tc>
      </w:tr>
      <w:tr w:rsidR="00AA2478" w:rsidRPr="00600724" w14:paraId="37B7FDDE" w14:textId="77777777" w:rsidTr="00AA2478">
        <w:trPr>
          <w:trHeight w:val="641"/>
        </w:trPr>
        <w:tc>
          <w:tcPr>
            <w:tcW w:w="993" w:type="dxa"/>
          </w:tcPr>
          <w:p w14:paraId="34F9AF03"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69BBDDE7" w14:textId="77777777" w:rsidR="00AA2478" w:rsidRPr="00B6769C" w:rsidRDefault="00AA2478" w:rsidP="00AA2478">
            <w:pPr>
              <w:rPr>
                <w:rFonts w:eastAsia="Calibri" w:cs="Times New Roman"/>
                <w:sz w:val="24"/>
                <w:szCs w:val="24"/>
                <w:lang w:val="tt-RU"/>
              </w:rPr>
            </w:pPr>
          </w:p>
        </w:tc>
        <w:tc>
          <w:tcPr>
            <w:tcW w:w="951" w:type="dxa"/>
            <w:vMerge/>
          </w:tcPr>
          <w:p w14:paraId="673CE29F" w14:textId="77777777" w:rsidR="00AA2478" w:rsidRPr="00680F51" w:rsidRDefault="00AA2478" w:rsidP="00AA2478">
            <w:pPr>
              <w:jc w:val="center"/>
              <w:rPr>
                <w:rFonts w:cs="Times New Roman"/>
                <w:sz w:val="24"/>
                <w:szCs w:val="24"/>
                <w:lang w:val="tt-RU"/>
              </w:rPr>
            </w:pPr>
          </w:p>
        </w:tc>
        <w:tc>
          <w:tcPr>
            <w:tcW w:w="1175" w:type="dxa"/>
          </w:tcPr>
          <w:p w14:paraId="25CEE9B2" w14:textId="77777777" w:rsidR="00AA2478" w:rsidRPr="00680F51" w:rsidRDefault="00AA2478" w:rsidP="00AA2478">
            <w:pPr>
              <w:jc w:val="center"/>
              <w:rPr>
                <w:rFonts w:cs="Times New Roman"/>
                <w:sz w:val="24"/>
                <w:szCs w:val="24"/>
                <w:lang w:val="tt-RU"/>
              </w:rPr>
            </w:pPr>
          </w:p>
        </w:tc>
        <w:tc>
          <w:tcPr>
            <w:tcW w:w="1134" w:type="dxa"/>
          </w:tcPr>
          <w:p w14:paraId="0DE815C7" w14:textId="77777777" w:rsidR="00AA2478" w:rsidRPr="00680F51" w:rsidRDefault="00AA2478" w:rsidP="00AA2478">
            <w:pPr>
              <w:rPr>
                <w:rFonts w:cs="Times New Roman"/>
                <w:sz w:val="24"/>
                <w:szCs w:val="24"/>
                <w:lang w:val="tt-RU"/>
              </w:rPr>
            </w:pPr>
          </w:p>
        </w:tc>
        <w:tc>
          <w:tcPr>
            <w:tcW w:w="3969" w:type="dxa"/>
          </w:tcPr>
          <w:p w14:paraId="1B982B0B" w14:textId="77777777" w:rsidR="00AA2478" w:rsidRPr="00D330BB" w:rsidRDefault="00AA2478" w:rsidP="00AA2478">
            <w:pPr>
              <w:rPr>
                <w:rFonts w:cs="Times New Roman"/>
                <w:sz w:val="16"/>
                <w:szCs w:val="16"/>
                <w:lang w:val="tt-RU"/>
              </w:rPr>
            </w:pPr>
          </w:p>
        </w:tc>
      </w:tr>
      <w:tr w:rsidR="00AA2478" w:rsidRPr="00600724" w14:paraId="6B9D88CB" w14:textId="77777777" w:rsidTr="00AA2478">
        <w:trPr>
          <w:trHeight w:val="641"/>
        </w:trPr>
        <w:tc>
          <w:tcPr>
            <w:tcW w:w="993" w:type="dxa"/>
          </w:tcPr>
          <w:p w14:paraId="28930252"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2ACCC102" w14:textId="77777777" w:rsidR="00AA2478" w:rsidRPr="00B6769C" w:rsidRDefault="00AA2478" w:rsidP="00AA2478">
            <w:pPr>
              <w:rPr>
                <w:rFonts w:eastAsia="Calibri" w:cs="Times New Roman"/>
                <w:sz w:val="24"/>
                <w:szCs w:val="24"/>
                <w:lang w:val="tt-RU"/>
              </w:rPr>
            </w:pPr>
          </w:p>
        </w:tc>
        <w:tc>
          <w:tcPr>
            <w:tcW w:w="951" w:type="dxa"/>
            <w:vMerge/>
          </w:tcPr>
          <w:p w14:paraId="0C152C91" w14:textId="77777777" w:rsidR="00AA2478" w:rsidRPr="00680F51" w:rsidRDefault="00AA2478" w:rsidP="00AA2478">
            <w:pPr>
              <w:jc w:val="center"/>
              <w:rPr>
                <w:rFonts w:cs="Times New Roman"/>
                <w:sz w:val="24"/>
                <w:szCs w:val="24"/>
                <w:lang w:val="tt-RU"/>
              </w:rPr>
            </w:pPr>
          </w:p>
        </w:tc>
        <w:tc>
          <w:tcPr>
            <w:tcW w:w="1175" w:type="dxa"/>
          </w:tcPr>
          <w:p w14:paraId="235B6B0E" w14:textId="77777777" w:rsidR="00AA2478" w:rsidRPr="00680F51" w:rsidRDefault="00AA2478" w:rsidP="00AA2478">
            <w:pPr>
              <w:jc w:val="center"/>
              <w:rPr>
                <w:rFonts w:cs="Times New Roman"/>
                <w:sz w:val="24"/>
                <w:szCs w:val="24"/>
                <w:lang w:val="tt-RU"/>
              </w:rPr>
            </w:pPr>
          </w:p>
        </w:tc>
        <w:tc>
          <w:tcPr>
            <w:tcW w:w="1134" w:type="dxa"/>
          </w:tcPr>
          <w:p w14:paraId="0526AA4B" w14:textId="77777777" w:rsidR="00AA2478" w:rsidRPr="00680F51" w:rsidRDefault="00AA2478" w:rsidP="00AA2478">
            <w:pPr>
              <w:rPr>
                <w:rFonts w:cs="Times New Roman"/>
                <w:sz w:val="24"/>
                <w:szCs w:val="24"/>
                <w:lang w:val="tt-RU"/>
              </w:rPr>
            </w:pPr>
          </w:p>
        </w:tc>
        <w:tc>
          <w:tcPr>
            <w:tcW w:w="3969" w:type="dxa"/>
          </w:tcPr>
          <w:p w14:paraId="375FA72F" w14:textId="77777777" w:rsidR="00AA2478" w:rsidRPr="00D330BB" w:rsidRDefault="00AA2478" w:rsidP="00AA2478">
            <w:pPr>
              <w:rPr>
                <w:rFonts w:cs="Times New Roman"/>
                <w:sz w:val="16"/>
                <w:szCs w:val="16"/>
                <w:lang w:val="tt-RU"/>
              </w:rPr>
            </w:pPr>
          </w:p>
        </w:tc>
      </w:tr>
      <w:tr w:rsidR="00AA2478" w:rsidRPr="00BC2AF3" w14:paraId="29DB48D0" w14:textId="77777777" w:rsidTr="00AA2478">
        <w:trPr>
          <w:trHeight w:val="641"/>
        </w:trPr>
        <w:tc>
          <w:tcPr>
            <w:tcW w:w="993" w:type="dxa"/>
          </w:tcPr>
          <w:p w14:paraId="1595C1F8"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2D3F0210" w14:textId="77777777" w:rsidR="00AA2478" w:rsidRPr="00B6769C" w:rsidRDefault="00AA2478" w:rsidP="00AA2478">
            <w:pPr>
              <w:rPr>
                <w:rFonts w:eastAsia="Calibri" w:cs="Times New Roman"/>
                <w:sz w:val="24"/>
                <w:szCs w:val="24"/>
                <w:lang w:val="tt-RU"/>
              </w:rPr>
            </w:pPr>
          </w:p>
        </w:tc>
        <w:tc>
          <w:tcPr>
            <w:tcW w:w="951" w:type="dxa"/>
          </w:tcPr>
          <w:p w14:paraId="653EF7C7"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3BB47093" w14:textId="77777777" w:rsidR="00AA2478" w:rsidRPr="00680F51" w:rsidRDefault="00AA2478" w:rsidP="00AA2478">
            <w:pPr>
              <w:jc w:val="center"/>
              <w:rPr>
                <w:rFonts w:cs="Times New Roman"/>
                <w:sz w:val="24"/>
                <w:szCs w:val="24"/>
                <w:lang w:val="tt-RU"/>
              </w:rPr>
            </w:pPr>
          </w:p>
        </w:tc>
        <w:tc>
          <w:tcPr>
            <w:tcW w:w="1134" w:type="dxa"/>
          </w:tcPr>
          <w:p w14:paraId="144F84BB" w14:textId="77777777" w:rsidR="00AA2478" w:rsidRPr="00680F51" w:rsidRDefault="00AA2478" w:rsidP="00AA2478">
            <w:pPr>
              <w:rPr>
                <w:rFonts w:cs="Times New Roman"/>
                <w:sz w:val="24"/>
                <w:szCs w:val="24"/>
                <w:lang w:val="tt-RU"/>
              </w:rPr>
            </w:pPr>
          </w:p>
        </w:tc>
        <w:tc>
          <w:tcPr>
            <w:tcW w:w="3969" w:type="dxa"/>
          </w:tcPr>
          <w:p w14:paraId="49A3BECB" w14:textId="77777777" w:rsidR="00AA2478" w:rsidRPr="00D330BB" w:rsidRDefault="00AA2478" w:rsidP="00AA2478">
            <w:pPr>
              <w:rPr>
                <w:rFonts w:cs="Times New Roman"/>
                <w:sz w:val="16"/>
                <w:szCs w:val="16"/>
                <w:lang w:val="tt-RU"/>
              </w:rPr>
            </w:pPr>
          </w:p>
        </w:tc>
      </w:tr>
      <w:tr w:rsidR="00AA2478" w:rsidRPr="00BC2AF3" w14:paraId="7048FCC1" w14:textId="77777777" w:rsidTr="00AA2478">
        <w:trPr>
          <w:trHeight w:val="641"/>
        </w:trPr>
        <w:tc>
          <w:tcPr>
            <w:tcW w:w="993" w:type="dxa"/>
          </w:tcPr>
          <w:p w14:paraId="5C852FF3"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C8D55B0" w14:textId="77777777" w:rsidR="00AA2478" w:rsidRPr="00B6769C" w:rsidRDefault="00AA2478" w:rsidP="00AA2478">
            <w:pPr>
              <w:rPr>
                <w:rFonts w:eastAsia="Calibri" w:cs="Times New Roman"/>
                <w:sz w:val="24"/>
                <w:szCs w:val="24"/>
                <w:lang w:val="tt-RU"/>
              </w:rPr>
            </w:pPr>
          </w:p>
        </w:tc>
        <w:tc>
          <w:tcPr>
            <w:tcW w:w="951" w:type="dxa"/>
          </w:tcPr>
          <w:p w14:paraId="551D4E07"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60473D94" w14:textId="77777777" w:rsidR="00AA2478" w:rsidRPr="00680F51" w:rsidRDefault="00AA2478" w:rsidP="00AA2478">
            <w:pPr>
              <w:jc w:val="center"/>
              <w:rPr>
                <w:rFonts w:cs="Times New Roman"/>
                <w:sz w:val="24"/>
                <w:szCs w:val="24"/>
                <w:lang w:val="tt-RU"/>
              </w:rPr>
            </w:pPr>
          </w:p>
        </w:tc>
        <w:tc>
          <w:tcPr>
            <w:tcW w:w="1134" w:type="dxa"/>
          </w:tcPr>
          <w:p w14:paraId="28124B35" w14:textId="77777777" w:rsidR="00AA2478" w:rsidRPr="00680F51" w:rsidRDefault="00AA2478" w:rsidP="00AA2478">
            <w:pPr>
              <w:rPr>
                <w:rFonts w:cs="Times New Roman"/>
                <w:sz w:val="24"/>
                <w:szCs w:val="24"/>
                <w:lang w:val="tt-RU"/>
              </w:rPr>
            </w:pPr>
          </w:p>
        </w:tc>
        <w:tc>
          <w:tcPr>
            <w:tcW w:w="3969" w:type="dxa"/>
          </w:tcPr>
          <w:p w14:paraId="60DBEE11" w14:textId="77777777" w:rsidR="00AA2478" w:rsidRPr="00D330BB" w:rsidRDefault="00AA2478" w:rsidP="00AA2478">
            <w:pPr>
              <w:rPr>
                <w:rFonts w:cs="Times New Roman"/>
                <w:sz w:val="16"/>
                <w:szCs w:val="16"/>
                <w:lang w:val="tt-RU"/>
              </w:rPr>
            </w:pPr>
          </w:p>
        </w:tc>
      </w:tr>
      <w:tr w:rsidR="00AA2478" w:rsidRPr="00A5484E" w14:paraId="1BF7E81D" w14:textId="77777777" w:rsidTr="00AA2478">
        <w:tc>
          <w:tcPr>
            <w:tcW w:w="993" w:type="dxa"/>
          </w:tcPr>
          <w:p w14:paraId="3B157E9C"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42A7024F" w14:textId="77777777" w:rsidR="00AA2478" w:rsidRPr="00680F51" w:rsidRDefault="00AA2478" w:rsidP="00AA2478">
            <w:pPr>
              <w:rPr>
                <w:rFonts w:cs="Times New Roman"/>
                <w:sz w:val="24"/>
                <w:szCs w:val="24"/>
                <w:lang w:val="tt-RU"/>
              </w:rPr>
            </w:pPr>
            <w:r w:rsidRPr="00680F51">
              <w:rPr>
                <w:rFonts w:cs="Times New Roman"/>
                <w:sz w:val="24"/>
                <w:szCs w:val="24"/>
              </w:rPr>
              <w:t>Работа по картине. /Картина белән эш</w:t>
            </w:r>
          </w:p>
        </w:tc>
        <w:tc>
          <w:tcPr>
            <w:tcW w:w="951" w:type="dxa"/>
          </w:tcPr>
          <w:p w14:paraId="1C107029"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3DAB981B" w14:textId="77777777" w:rsidR="00AA2478" w:rsidRPr="00680F51" w:rsidRDefault="00AA2478" w:rsidP="00AA2478">
            <w:pPr>
              <w:jc w:val="center"/>
              <w:rPr>
                <w:rFonts w:cs="Times New Roman"/>
                <w:sz w:val="24"/>
                <w:szCs w:val="24"/>
                <w:lang w:val="tt-RU"/>
              </w:rPr>
            </w:pPr>
          </w:p>
        </w:tc>
        <w:tc>
          <w:tcPr>
            <w:tcW w:w="1134" w:type="dxa"/>
          </w:tcPr>
          <w:p w14:paraId="7AF71B06" w14:textId="77777777" w:rsidR="00AA2478" w:rsidRPr="00680F51" w:rsidRDefault="00AA2478" w:rsidP="00AA2478">
            <w:pPr>
              <w:rPr>
                <w:rFonts w:cs="Times New Roman"/>
                <w:sz w:val="24"/>
                <w:szCs w:val="24"/>
                <w:lang w:val="tt-RU"/>
              </w:rPr>
            </w:pPr>
          </w:p>
        </w:tc>
        <w:tc>
          <w:tcPr>
            <w:tcW w:w="3969" w:type="dxa"/>
          </w:tcPr>
          <w:p w14:paraId="74D49F80" w14:textId="77777777" w:rsidR="00AA2478" w:rsidRPr="00D330BB" w:rsidRDefault="00AA2478" w:rsidP="00AA2478">
            <w:pPr>
              <w:rPr>
                <w:rFonts w:cs="Times New Roman"/>
                <w:sz w:val="16"/>
                <w:szCs w:val="16"/>
              </w:rPr>
            </w:pPr>
          </w:p>
        </w:tc>
      </w:tr>
      <w:tr w:rsidR="00AA2478" w:rsidRPr="00A5484E" w14:paraId="4A1BD72B" w14:textId="77777777" w:rsidTr="00AA2478">
        <w:tc>
          <w:tcPr>
            <w:tcW w:w="993" w:type="dxa"/>
          </w:tcPr>
          <w:p w14:paraId="109068B2"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F0D2512" w14:textId="77777777" w:rsidR="00AA2478" w:rsidRPr="00680F51" w:rsidRDefault="00AA2478" w:rsidP="00AA2478">
            <w:pPr>
              <w:rPr>
                <w:rFonts w:cs="Times New Roman"/>
                <w:sz w:val="24"/>
                <w:szCs w:val="24"/>
              </w:rPr>
            </w:pPr>
          </w:p>
        </w:tc>
        <w:tc>
          <w:tcPr>
            <w:tcW w:w="951" w:type="dxa"/>
          </w:tcPr>
          <w:p w14:paraId="0653E40E" w14:textId="77777777" w:rsidR="00AA2478"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5B60AF9F" w14:textId="77777777" w:rsidR="00AA2478" w:rsidRPr="00680F51" w:rsidRDefault="00AA2478" w:rsidP="00AA2478">
            <w:pPr>
              <w:jc w:val="center"/>
              <w:rPr>
                <w:rFonts w:cs="Times New Roman"/>
                <w:sz w:val="24"/>
                <w:szCs w:val="24"/>
                <w:lang w:val="tt-RU"/>
              </w:rPr>
            </w:pPr>
          </w:p>
        </w:tc>
        <w:tc>
          <w:tcPr>
            <w:tcW w:w="1134" w:type="dxa"/>
          </w:tcPr>
          <w:p w14:paraId="273E4BFE" w14:textId="77777777" w:rsidR="00AA2478" w:rsidRPr="00680F51" w:rsidRDefault="00AA2478" w:rsidP="00AA2478">
            <w:pPr>
              <w:rPr>
                <w:rFonts w:cs="Times New Roman"/>
                <w:sz w:val="24"/>
                <w:szCs w:val="24"/>
                <w:lang w:val="tt-RU"/>
              </w:rPr>
            </w:pPr>
          </w:p>
        </w:tc>
        <w:tc>
          <w:tcPr>
            <w:tcW w:w="3969" w:type="dxa"/>
          </w:tcPr>
          <w:p w14:paraId="1BF611F6" w14:textId="77777777" w:rsidR="00AA2478" w:rsidRPr="00D330BB" w:rsidRDefault="00AA2478" w:rsidP="00AA2478">
            <w:pPr>
              <w:rPr>
                <w:rFonts w:cs="Times New Roman"/>
                <w:sz w:val="16"/>
                <w:szCs w:val="16"/>
              </w:rPr>
            </w:pPr>
          </w:p>
        </w:tc>
      </w:tr>
      <w:tr w:rsidR="00AA2478" w:rsidRPr="00600724" w14:paraId="7CAEE38D" w14:textId="77777777" w:rsidTr="00AA2478">
        <w:trPr>
          <w:trHeight w:val="593"/>
        </w:trPr>
        <w:tc>
          <w:tcPr>
            <w:tcW w:w="993" w:type="dxa"/>
          </w:tcPr>
          <w:p w14:paraId="291A6D6E"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75E4E282" w14:textId="77777777" w:rsidR="00AA2478" w:rsidRPr="00680F51" w:rsidRDefault="00AA2478" w:rsidP="00AA2478">
            <w:pPr>
              <w:rPr>
                <w:rFonts w:cs="Times New Roman"/>
                <w:sz w:val="24"/>
                <w:szCs w:val="24"/>
                <w:lang w:val="tt-RU"/>
              </w:rPr>
            </w:pPr>
            <w:r w:rsidRPr="00680F51">
              <w:rPr>
                <w:rFonts w:cs="Times New Roman"/>
                <w:sz w:val="24"/>
                <w:szCs w:val="24"/>
                <w:lang w:val="tt-RU"/>
              </w:rPr>
              <w:t xml:space="preserve"> Состав предложения. </w:t>
            </w:r>
            <w:r w:rsidRPr="00680F51">
              <w:rPr>
                <w:rFonts w:eastAsia="Calibri" w:cs="Times New Roman"/>
                <w:sz w:val="24"/>
                <w:szCs w:val="24"/>
              </w:rPr>
              <w:t xml:space="preserve">Главные члены предложения/ </w:t>
            </w:r>
            <w:r w:rsidRPr="00680F51">
              <w:rPr>
                <w:rFonts w:cs="Times New Roman"/>
                <w:sz w:val="24"/>
                <w:szCs w:val="24"/>
                <w:lang w:val="tt-RU"/>
              </w:rPr>
              <w:t xml:space="preserve">Җөмлә төзелеше. Җөмләнең </w:t>
            </w:r>
            <w:proofErr w:type="gramStart"/>
            <w:r w:rsidRPr="00680F51">
              <w:rPr>
                <w:rFonts w:cs="Times New Roman"/>
                <w:sz w:val="24"/>
                <w:szCs w:val="24"/>
                <w:lang w:val="tt-RU"/>
              </w:rPr>
              <w:t>баш</w:t>
            </w:r>
            <w:proofErr w:type="gramEnd"/>
            <w:r w:rsidRPr="00680F51">
              <w:rPr>
                <w:rFonts w:cs="Times New Roman"/>
                <w:sz w:val="24"/>
                <w:szCs w:val="24"/>
                <w:lang w:val="tt-RU"/>
              </w:rPr>
              <w:t xml:space="preserve"> кисәкләре</w:t>
            </w:r>
          </w:p>
          <w:p w14:paraId="68D2955A" w14:textId="77777777" w:rsidR="00AA2478" w:rsidRPr="00680F51" w:rsidRDefault="00AA2478" w:rsidP="00AA2478">
            <w:pPr>
              <w:jc w:val="center"/>
              <w:rPr>
                <w:rFonts w:cs="Times New Roman"/>
                <w:sz w:val="24"/>
                <w:szCs w:val="24"/>
                <w:lang w:val="tt-RU"/>
              </w:rPr>
            </w:pPr>
          </w:p>
        </w:tc>
        <w:tc>
          <w:tcPr>
            <w:tcW w:w="951" w:type="dxa"/>
            <w:vMerge w:val="restart"/>
          </w:tcPr>
          <w:p w14:paraId="71B88EE9" w14:textId="77777777" w:rsidR="00AA2478" w:rsidRPr="00680F51" w:rsidRDefault="00AA2478" w:rsidP="00AA2478">
            <w:pPr>
              <w:jc w:val="center"/>
              <w:rPr>
                <w:rFonts w:cs="Times New Roman"/>
                <w:color w:val="FF0000"/>
                <w:sz w:val="24"/>
                <w:szCs w:val="24"/>
                <w:lang w:val="tt-RU"/>
              </w:rPr>
            </w:pPr>
            <w:r w:rsidRPr="00680F51">
              <w:rPr>
                <w:rFonts w:cs="Times New Roman"/>
                <w:sz w:val="24"/>
                <w:szCs w:val="24"/>
                <w:lang w:val="tt-RU"/>
              </w:rPr>
              <w:t>4</w:t>
            </w:r>
          </w:p>
          <w:p w14:paraId="504F6C17" w14:textId="77777777" w:rsidR="00AA2478" w:rsidRPr="00680F51" w:rsidRDefault="00AA2478" w:rsidP="00AA2478">
            <w:pPr>
              <w:jc w:val="center"/>
              <w:rPr>
                <w:rFonts w:cs="Times New Roman"/>
                <w:sz w:val="24"/>
                <w:szCs w:val="24"/>
                <w:lang w:val="tt-RU"/>
              </w:rPr>
            </w:pPr>
          </w:p>
        </w:tc>
        <w:tc>
          <w:tcPr>
            <w:tcW w:w="1175" w:type="dxa"/>
          </w:tcPr>
          <w:p w14:paraId="11F29A7B" w14:textId="77777777" w:rsidR="00AA2478" w:rsidRPr="00680F51" w:rsidRDefault="00AA2478" w:rsidP="00AA2478">
            <w:pPr>
              <w:jc w:val="center"/>
              <w:rPr>
                <w:rFonts w:cs="Times New Roman"/>
                <w:sz w:val="24"/>
                <w:szCs w:val="24"/>
                <w:lang w:val="tt-RU"/>
              </w:rPr>
            </w:pPr>
          </w:p>
        </w:tc>
        <w:tc>
          <w:tcPr>
            <w:tcW w:w="1134" w:type="dxa"/>
          </w:tcPr>
          <w:p w14:paraId="231D1848" w14:textId="77777777" w:rsidR="00AA2478" w:rsidRPr="00680F51" w:rsidRDefault="00AA2478" w:rsidP="00AA2478">
            <w:pPr>
              <w:rPr>
                <w:rFonts w:cs="Times New Roman"/>
                <w:sz w:val="24"/>
                <w:szCs w:val="24"/>
                <w:lang w:val="tt-RU"/>
              </w:rPr>
            </w:pPr>
          </w:p>
        </w:tc>
        <w:tc>
          <w:tcPr>
            <w:tcW w:w="3969" w:type="dxa"/>
          </w:tcPr>
          <w:p w14:paraId="2E395374" w14:textId="77777777" w:rsidR="00AA2478" w:rsidRDefault="00863D41" w:rsidP="00AA2478">
            <w:pPr>
              <w:rPr>
                <w:rFonts w:cs="Times New Roman"/>
                <w:sz w:val="16"/>
                <w:szCs w:val="16"/>
                <w:lang w:val="tt-RU"/>
              </w:rPr>
            </w:pPr>
            <w:hyperlink r:id="rId46" w:history="1">
              <w:r w:rsidR="00AA2478" w:rsidRPr="00C12EE6">
                <w:rPr>
                  <w:rStyle w:val="af2"/>
                  <w:rFonts w:cs="Times New Roman"/>
                  <w:sz w:val="16"/>
                  <w:szCs w:val="16"/>
                  <w:lang w:val="tt-RU"/>
                </w:rPr>
                <w:t>https://mon.tatarstan.ru/razrabotki-urokov-po-rodnomu-tatarskomu-yaziku-i.htm</w:t>
              </w:r>
            </w:hyperlink>
          </w:p>
          <w:p w14:paraId="6843660D" w14:textId="77777777" w:rsidR="00AA2478" w:rsidRPr="00D330BB" w:rsidRDefault="00AA2478" w:rsidP="00AA2478">
            <w:pPr>
              <w:rPr>
                <w:rFonts w:cs="Times New Roman"/>
                <w:sz w:val="16"/>
                <w:szCs w:val="16"/>
                <w:lang w:val="tt-RU"/>
              </w:rPr>
            </w:pPr>
          </w:p>
        </w:tc>
      </w:tr>
      <w:tr w:rsidR="00AA2478" w:rsidRPr="00600724" w14:paraId="21E01FCE" w14:textId="77777777" w:rsidTr="00AA2478">
        <w:trPr>
          <w:trHeight w:val="263"/>
        </w:trPr>
        <w:tc>
          <w:tcPr>
            <w:tcW w:w="993" w:type="dxa"/>
          </w:tcPr>
          <w:p w14:paraId="5C5C8877"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64EC1AF7" w14:textId="77777777" w:rsidR="00AA2478" w:rsidRPr="00680F51" w:rsidRDefault="00AA2478" w:rsidP="00AA2478">
            <w:pPr>
              <w:rPr>
                <w:rFonts w:cs="Times New Roman"/>
                <w:sz w:val="24"/>
                <w:szCs w:val="24"/>
                <w:lang w:val="tt-RU"/>
              </w:rPr>
            </w:pPr>
          </w:p>
        </w:tc>
        <w:tc>
          <w:tcPr>
            <w:tcW w:w="951" w:type="dxa"/>
            <w:vMerge/>
          </w:tcPr>
          <w:p w14:paraId="50D3587C" w14:textId="77777777" w:rsidR="00AA2478" w:rsidRPr="00680F51" w:rsidRDefault="00AA2478" w:rsidP="00AA2478">
            <w:pPr>
              <w:jc w:val="center"/>
              <w:rPr>
                <w:rFonts w:cs="Times New Roman"/>
                <w:sz w:val="24"/>
                <w:szCs w:val="24"/>
                <w:lang w:val="tt-RU"/>
              </w:rPr>
            </w:pPr>
          </w:p>
        </w:tc>
        <w:tc>
          <w:tcPr>
            <w:tcW w:w="1175" w:type="dxa"/>
          </w:tcPr>
          <w:p w14:paraId="56F67652" w14:textId="77777777" w:rsidR="00AA2478" w:rsidRPr="00680F51" w:rsidRDefault="00AA2478" w:rsidP="00AA2478">
            <w:pPr>
              <w:jc w:val="center"/>
              <w:rPr>
                <w:rFonts w:cs="Times New Roman"/>
                <w:sz w:val="24"/>
                <w:szCs w:val="24"/>
                <w:lang w:val="tt-RU"/>
              </w:rPr>
            </w:pPr>
          </w:p>
        </w:tc>
        <w:tc>
          <w:tcPr>
            <w:tcW w:w="1134" w:type="dxa"/>
          </w:tcPr>
          <w:p w14:paraId="4826097F" w14:textId="77777777" w:rsidR="00AA2478" w:rsidRPr="00680F51" w:rsidRDefault="00AA2478" w:rsidP="00AA2478">
            <w:pPr>
              <w:rPr>
                <w:rFonts w:cs="Times New Roman"/>
                <w:sz w:val="24"/>
                <w:szCs w:val="24"/>
                <w:lang w:val="tt-RU"/>
              </w:rPr>
            </w:pPr>
          </w:p>
        </w:tc>
        <w:tc>
          <w:tcPr>
            <w:tcW w:w="3969" w:type="dxa"/>
          </w:tcPr>
          <w:p w14:paraId="76472194" w14:textId="77777777" w:rsidR="00AA2478" w:rsidRPr="00D330BB" w:rsidRDefault="00AA2478" w:rsidP="00AA2478">
            <w:pPr>
              <w:rPr>
                <w:rFonts w:cs="Times New Roman"/>
                <w:sz w:val="16"/>
                <w:szCs w:val="16"/>
                <w:lang w:val="tt-RU"/>
              </w:rPr>
            </w:pPr>
          </w:p>
        </w:tc>
      </w:tr>
      <w:tr w:rsidR="00AA2478" w:rsidRPr="00600724" w14:paraId="48A016AA" w14:textId="77777777" w:rsidTr="00AA2478">
        <w:trPr>
          <w:trHeight w:val="409"/>
        </w:trPr>
        <w:tc>
          <w:tcPr>
            <w:tcW w:w="993" w:type="dxa"/>
          </w:tcPr>
          <w:p w14:paraId="2E30F13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26A17FA1" w14:textId="77777777" w:rsidR="00AA2478" w:rsidRPr="00680F51" w:rsidRDefault="00AA2478" w:rsidP="00AA2478">
            <w:pPr>
              <w:rPr>
                <w:rFonts w:cs="Times New Roman"/>
                <w:sz w:val="24"/>
                <w:szCs w:val="24"/>
                <w:lang w:val="tt-RU"/>
              </w:rPr>
            </w:pPr>
          </w:p>
        </w:tc>
        <w:tc>
          <w:tcPr>
            <w:tcW w:w="951" w:type="dxa"/>
            <w:vMerge/>
          </w:tcPr>
          <w:p w14:paraId="1CA9F804" w14:textId="77777777" w:rsidR="00AA2478" w:rsidRPr="00680F51" w:rsidRDefault="00AA2478" w:rsidP="00AA2478">
            <w:pPr>
              <w:jc w:val="center"/>
              <w:rPr>
                <w:rFonts w:cs="Times New Roman"/>
                <w:sz w:val="24"/>
                <w:szCs w:val="24"/>
                <w:lang w:val="tt-RU"/>
              </w:rPr>
            </w:pPr>
          </w:p>
        </w:tc>
        <w:tc>
          <w:tcPr>
            <w:tcW w:w="1175" w:type="dxa"/>
          </w:tcPr>
          <w:p w14:paraId="3F9C7198" w14:textId="77777777" w:rsidR="00AA2478" w:rsidRPr="00680F51" w:rsidRDefault="00AA2478" w:rsidP="00AA2478">
            <w:pPr>
              <w:jc w:val="center"/>
              <w:rPr>
                <w:rFonts w:cs="Times New Roman"/>
                <w:sz w:val="24"/>
                <w:szCs w:val="24"/>
                <w:lang w:val="tt-RU"/>
              </w:rPr>
            </w:pPr>
          </w:p>
        </w:tc>
        <w:tc>
          <w:tcPr>
            <w:tcW w:w="1134" w:type="dxa"/>
          </w:tcPr>
          <w:p w14:paraId="6FBE9A46" w14:textId="77777777" w:rsidR="00AA2478" w:rsidRPr="00680F51" w:rsidRDefault="00AA2478" w:rsidP="00AA2478">
            <w:pPr>
              <w:rPr>
                <w:rFonts w:cs="Times New Roman"/>
                <w:sz w:val="24"/>
                <w:szCs w:val="24"/>
                <w:lang w:val="tt-RU"/>
              </w:rPr>
            </w:pPr>
          </w:p>
        </w:tc>
        <w:tc>
          <w:tcPr>
            <w:tcW w:w="3969" w:type="dxa"/>
          </w:tcPr>
          <w:p w14:paraId="7E316942" w14:textId="77777777" w:rsidR="00AA2478" w:rsidRPr="00D330BB" w:rsidRDefault="00AA2478" w:rsidP="00AA2478">
            <w:pPr>
              <w:rPr>
                <w:rFonts w:cs="Times New Roman"/>
                <w:sz w:val="16"/>
                <w:szCs w:val="16"/>
                <w:lang w:val="tt-RU"/>
              </w:rPr>
            </w:pPr>
          </w:p>
        </w:tc>
      </w:tr>
      <w:tr w:rsidR="00AA2478" w:rsidRPr="00600724" w14:paraId="690076A4" w14:textId="77777777" w:rsidTr="00AA2478">
        <w:trPr>
          <w:trHeight w:val="409"/>
        </w:trPr>
        <w:tc>
          <w:tcPr>
            <w:tcW w:w="993" w:type="dxa"/>
          </w:tcPr>
          <w:p w14:paraId="4092642E"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4B1A0C2E" w14:textId="77777777" w:rsidR="00AA2478" w:rsidRPr="00680F51" w:rsidRDefault="00AA2478" w:rsidP="00AA2478">
            <w:pPr>
              <w:rPr>
                <w:rFonts w:cs="Times New Roman"/>
                <w:sz w:val="24"/>
                <w:szCs w:val="24"/>
                <w:lang w:val="tt-RU"/>
              </w:rPr>
            </w:pPr>
          </w:p>
        </w:tc>
        <w:tc>
          <w:tcPr>
            <w:tcW w:w="951" w:type="dxa"/>
            <w:vMerge/>
          </w:tcPr>
          <w:p w14:paraId="415227E3" w14:textId="77777777" w:rsidR="00AA2478" w:rsidRPr="00680F51" w:rsidRDefault="00AA2478" w:rsidP="00AA2478">
            <w:pPr>
              <w:jc w:val="center"/>
              <w:rPr>
                <w:rFonts w:cs="Times New Roman"/>
                <w:sz w:val="24"/>
                <w:szCs w:val="24"/>
                <w:lang w:val="tt-RU"/>
              </w:rPr>
            </w:pPr>
          </w:p>
        </w:tc>
        <w:tc>
          <w:tcPr>
            <w:tcW w:w="1175" w:type="dxa"/>
          </w:tcPr>
          <w:p w14:paraId="07D10DE1" w14:textId="77777777" w:rsidR="00AA2478" w:rsidRPr="00680F51" w:rsidRDefault="00AA2478" w:rsidP="00AA2478">
            <w:pPr>
              <w:jc w:val="center"/>
              <w:rPr>
                <w:rFonts w:cs="Times New Roman"/>
                <w:sz w:val="24"/>
                <w:szCs w:val="24"/>
                <w:lang w:val="tt-RU"/>
              </w:rPr>
            </w:pPr>
          </w:p>
        </w:tc>
        <w:tc>
          <w:tcPr>
            <w:tcW w:w="1134" w:type="dxa"/>
          </w:tcPr>
          <w:p w14:paraId="7A0E1F1E" w14:textId="77777777" w:rsidR="00AA2478" w:rsidRPr="00680F51" w:rsidRDefault="00AA2478" w:rsidP="00AA2478">
            <w:pPr>
              <w:rPr>
                <w:rFonts w:cs="Times New Roman"/>
                <w:sz w:val="24"/>
                <w:szCs w:val="24"/>
                <w:lang w:val="tt-RU"/>
              </w:rPr>
            </w:pPr>
          </w:p>
        </w:tc>
        <w:tc>
          <w:tcPr>
            <w:tcW w:w="3969" w:type="dxa"/>
          </w:tcPr>
          <w:p w14:paraId="0ACCAC73" w14:textId="77777777" w:rsidR="00AA2478" w:rsidRPr="00D330BB" w:rsidRDefault="00AA2478" w:rsidP="00AA2478">
            <w:pPr>
              <w:rPr>
                <w:rFonts w:cs="Times New Roman"/>
                <w:sz w:val="16"/>
                <w:szCs w:val="16"/>
                <w:lang w:val="tt-RU"/>
              </w:rPr>
            </w:pPr>
          </w:p>
        </w:tc>
      </w:tr>
      <w:tr w:rsidR="00AA2478" w:rsidRPr="00600724" w14:paraId="32E0B50D" w14:textId="77777777" w:rsidTr="00AA2478">
        <w:trPr>
          <w:trHeight w:val="409"/>
        </w:trPr>
        <w:tc>
          <w:tcPr>
            <w:tcW w:w="993" w:type="dxa"/>
          </w:tcPr>
          <w:p w14:paraId="51D45AA0"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5AA59F4A" w14:textId="77777777" w:rsidR="00AA2478" w:rsidRPr="00680F51" w:rsidRDefault="00AA2478" w:rsidP="00AA2478">
            <w:pPr>
              <w:rPr>
                <w:rFonts w:cs="Times New Roman"/>
                <w:sz w:val="24"/>
                <w:szCs w:val="24"/>
                <w:lang w:val="tt-RU"/>
              </w:rPr>
            </w:pPr>
          </w:p>
        </w:tc>
        <w:tc>
          <w:tcPr>
            <w:tcW w:w="951" w:type="dxa"/>
          </w:tcPr>
          <w:p w14:paraId="1EDCBAB1" w14:textId="77777777" w:rsidR="00AA2478" w:rsidRPr="00680F51" w:rsidRDefault="00AA2478" w:rsidP="00AA2478">
            <w:pPr>
              <w:jc w:val="center"/>
              <w:rPr>
                <w:rFonts w:cs="Times New Roman"/>
                <w:sz w:val="24"/>
                <w:szCs w:val="24"/>
                <w:lang w:val="tt-RU"/>
              </w:rPr>
            </w:pPr>
          </w:p>
        </w:tc>
        <w:tc>
          <w:tcPr>
            <w:tcW w:w="1175" w:type="dxa"/>
          </w:tcPr>
          <w:p w14:paraId="14F2E5DB" w14:textId="77777777" w:rsidR="00AA2478" w:rsidRPr="00680F51" w:rsidRDefault="00AA2478" w:rsidP="00AA2478">
            <w:pPr>
              <w:jc w:val="center"/>
              <w:rPr>
                <w:rFonts w:cs="Times New Roman"/>
                <w:sz w:val="24"/>
                <w:szCs w:val="24"/>
                <w:lang w:val="tt-RU"/>
              </w:rPr>
            </w:pPr>
          </w:p>
        </w:tc>
        <w:tc>
          <w:tcPr>
            <w:tcW w:w="1134" w:type="dxa"/>
          </w:tcPr>
          <w:p w14:paraId="4568B5F6" w14:textId="77777777" w:rsidR="00AA2478" w:rsidRPr="00680F51" w:rsidRDefault="00AA2478" w:rsidP="00AA2478">
            <w:pPr>
              <w:rPr>
                <w:rFonts w:cs="Times New Roman"/>
                <w:sz w:val="24"/>
                <w:szCs w:val="24"/>
                <w:lang w:val="tt-RU"/>
              </w:rPr>
            </w:pPr>
          </w:p>
        </w:tc>
        <w:tc>
          <w:tcPr>
            <w:tcW w:w="3969" w:type="dxa"/>
          </w:tcPr>
          <w:p w14:paraId="5D196912" w14:textId="77777777" w:rsidR="00AA2478" w:rsidRPr="00D330BB" w:rsidRDefault="00AA2478" w:rsidP="00AA2478">
            <w:pPr>
              <w:rPr>
                <w:rFonts w:cs="Times New Roman"/>
                <w:sz w:val="16"/>
                <w:szCs w:val="16"/>
                <w:lang w:val="tt-RU"/>
              </w:rPr>
            </w:pPr>
          </w:p>
        </w:tc>
      </w:tr>
      <w:tr w:rsidR="00AA2478" w:rsidRPr="00A5484E" w14:paraId="404E6DC4" w14:textId="77777777" w:rsidTr="00AA2478">
        <w:tc>
          <w:tcPr>
            <w:tcW w:w="993" w:type="dxa"/>
          </w:tcPr>
          <w:p w14:paraId="718E8192"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030DB3AE" w14:textId="77777777" w:rsidR="00AA2478" w:rsidRPr="00680F51" w:rsidRDefault="00AA2478" w:rsidP="00AA2478">
            <w:pPr>
              <w:rPr>
                <w:rFonts w:cs="Times New Roman"/>
                <w:sz w:val="24"/>
                <w:szCs w:val="24"/>
                <w:lang w:val="tt-RU"/>
              </w:rPr>
            </w:pPr>
            <w:r w:rsidRPr="00680F51">
              <w:rPr>
                <w:rFonts w:cs="Times New Roman"/>
                <w:sz w:val="24"/>
                <w:szCs w:val="24"/>
                <w:lang w:val="tt-RU"/>
              </w:rPr>
              <w:t>Изложение</w:t>
            </w:r>
          </w:p>
        </w:tc>
        <w:tc>
          <w:tcPr>
            <w:tcW w:w="951" w:type="dxa"/>
          </w:tcPr>
          <w:p w14:paraId="3FB2D495"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4A921EB7" w14:textId="77777777" w:rsidR="00AA2478" w:rsidRPr="00680F51" w:rsidRDefault="00AA2478" w:rsidP="00AA2478">
            <w:pPr>
              <w:jc w:val="center"/>
              <w:rPr>
                <w:rFonts w:cs="Times New Roman"/>
                <w:sz w:val="24"/>
                <w:szCs w:val="24"/>
                <w:lang w:val="tt-RU"/>
              </w:rPr>
            </w:pPr>
          </w:p>
        </w:tc>
        <w:tc>
          <w:tcPr>
            <w:tcW w:w="1134" w:type="dxa"/>
          </w:tcPr>
          <w:p w14:paraId="62B12101" w14:textId="77777777" w:rsidR="00AA2478" w:rsidRPr="00680F51" w:rsidRDefault="00AA2478" w:rsidP="00AA2478">
            <w:pPr>
              <w:jc w:val="center"/>
              <w:rPr>
                <w:rFonts w:cs="Times New Roman"/>
                <w:sz w:val="24"/>
                <w:szCs w:val="24"/>
                <w:lang w:val="tt-RU"/>
              </w:rPr>
            </w:pPr>
          </w:p>
        </w:tc>
        <w:tc>
          <w:tcPr>
            <w:tcW w:w="3969" w:type="dxa"/>
          </w:tcPr>
          <w:p w14:paraId="404C0AFD" w14:textId="77777777" w:rsidR="00AA2478" w:rsidRPr="00D330BB" w:rsidRDefault="00AA2478" w:rsidP="00AA2478">
            <w:pPr>
              <w:jc w:val="center"/>
              <w:rPr>
                <w:rFonts w:cs="Times New Roman"/>
                <w:sz w:val="16"/>
                <w:szCs w:val="16"/>
                <w:lang w:val="tt-RU"/>
              </w:rPr>
            </w:pPr>
          </w:p>
        </w:tc>
      </w:tr>
      <w:tr w:rsidR="00AA2478" w:rsidRPr="00A5484E" w14:paraId="549E5D21" w14:textId="77777777" w:rsidTr="00AA2478">
        <w:tc>
          <w:tcPr>
            <w:tcW w:w="993" w:type="dxa"/>
          </w:tcPr>
          <w:p w14:paraId="1BD5DA96"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762F72EC" w14:textId="77777777" w:rsidR="00AA2478" w:rsidRPr="00680F51" w:rsidRDefault="00AA2478" w:rsidP="00AA2478">
            <w:pPr>
              <w:rPr>
                <w:rFonts w:cs="Times New Roman"/>
                <w:sz w:val="24"/>
                <w:szCs w:val="24"/>
                <w:lang w:val="tt-RU"/>
              </w:rPr>
            </w:pPr>
          </w:p>
        </w:tc>
        <w:tc>
          <w:tcPr>
            <w:tcW w:w="951" w:type="dxa"/>
          </w:tcPr>
          <w:p w14:paraId="1558BE0D"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087FA502" w14:textId="77777777" w:rsidR="00AA2478" w:rsidRPr="00680F51" w:rsidRDefault="00AA2478" w:rsidP="00AA2478">
            <w:pPr>
              <w:jc w:val="center"/>
              <w:rPr>
                <w:rFonts w:cs="Times New Roman"/>
                <w:sz w:val="24"/>
                <w:szCs w:val="24"/>
                <w:lang w:val="tt-RU"/>
              </w:rPr>
            </w:pPr>
          </w:p>
        </w:tc>
        <w:tc>
          <w:tcPr>
            <w:tcW w:w="1134" w:type="dxa"/>
          </w:tcPr>
          <w:p w14:paraId="23E9FE9E" w14:textId="77777777" w:rsidR="00AA2478" w:rsidRPr="00680F51" w:rsidRDefault="00AA2478" w:rsidP="00AA2478">
            <w:pPr>
              <w:jc w:val="center"/>
              <w:rPr>
                <w:rFonts w:cs="Times New Roman"/>
                <w:sz w:val="24"/>
                <w:szCs w:val="24"/>
                <w:lang w:val="tt-RU"/>
              </w:rPr>
            </w:pPr>
          </w:p>
        </w:tc>
        <w:tc>
          <w:tcPr>
            <w:tcW w:w="3969" w:type="dxa"/>
          </w:tcPr>
          <w:p w14:paraId="62D9B269" w14:textId="77777777" w:rsidR="00AA2478" w:rsidRPr="00D330BB" w:rsidRDefault="00AA2478" w:rsidP="00AA2478">
            <w:pPr>
              <w:jc w:val="center"/>
              <w:rPr>
                <w:rFonts w:cs="Times New Roman"/>
                <w:sz w:val="16"/>
                <w:szCs w:val="16"/>
                <w:lang w:val="tt-RU"/>
              </w:rPr>
            </w:pPr>
          </w:p>
        </w:tc>
      </w:tr>
      <w:tr w:rsidR="00AA2478" w:rsidRPr="00AA3722" w14:paraId="097BF42B" w14:textId="77777777" w:rsidTr="00AA2478">
        <w:tc>
          <w:tcPr>
            <w:tcW w:w="993" w:type="dxa"/>
          </w:tcPr>
          <w:p w14:paraId="5A67A5E9"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5554BD33" w14:textId="77777777" w:rsidR="00AA2478" w:rsidRPr="00680F51" w:rsidRDefault="00AA2478" w:rsidP="00AA2478">
            <w:pPr>
              <w:rPr>
                <w:rFonts w:cs="Times New Roman"/>
                <w:sz w:val="24"/>
                <w:szCs w:val="24"/>
                <w:lang w:val="tt-RU"/>
              </w:rPr>
            </w:pPr>
            <w:r w:rsidRPr="00680F51">
              <w:rPr>
                <w:rFonts w:cs="Times New Roman"/>
                <w:sz w:val="24"/>
                <w:szCs w:val="24"/>
                <w:lang w:val="tt-RU"/>
              </w:rPr>
              <w:t xml:space="preserve">Повторение/Кабатлау . </w:t>
            </w:r>
          </w:p>
        </w:tc>
        <w:tc>
          <w:tcPr>
            <w:tcW w:w="951" w:type="dxa"/>
          </w:tcPr>
          <w:p w14:paraId="2EEB3A66" w14:textId="77777777" w:rsidR="00AA2478" w:rsidRPr="00680F51" w:rsidRDefault="00AA2478" w:rsidP="00AA2478">
            <w:pPr>
              <w:jc w:val="center"/>
              <w:rPr>
                <w:rFonts w:cs="Times New Roman"/>
                <w:sz w:val="24"/>
                <w:szCs w:val="24"/>
                <w:lang w:val="tt-RU"/>
              </w:rPr>
            </w:pPr>
            <w:r w:rsidRPr="00680F51">
              <w:rPr>
                <w:rFonts w:cs="Times New Roman"/>
                <w:sz w:val="24"/>
                <w:szCs w:val="24"/>
                <w:lang w:val="tt-RU"/>
              </w:rPr>
              <w:t>1</w:t>
            </w:r>
          </w:p>
        </w:tc>
        <w:tc>
          <w:tcPr>
            <w:tcW w:w="1175" w:type="dxa"/>
          </w:tcPr>
          <w:p w14:paraId="112C31FA" w14:textId="77777777" w:rsidR="00AA2478" w:rsidRPr="00680F51" w:rsidRDefault="00AA2478" w:rsidP="00AA2478">
            <w:pPr>
              <w:jc w:val="center"/>
              <w:rPr>
                <w:rFonts w:cs="Times New Roman"/>
                <w:sz w:val="24"/>
                <w:szCs w:val="24"/>
                <w:lang w:val="tt-RU"/>
              </w:rPr>
            </w:pPr>
          </w:p>
        </w:tc>
        <w:tc>
          <w:tcPr>
            <w:tcW w:w="1134" w:type="dxa"/>
          </w:tcPr>
          <w:p w14:paraId="6785EBE8" w14:textId="77777777" w:rsidR="00AA2478" w:rsidRPr="00680F51" w:rsidRDefault="00AA2478" w:rsidP="00AA2478">
            <w:pPr>
              <w:rPr>
                <w:rFonts w:cs="Times New Roman"/>
                <w:sz w:val="24"/>
                <w:szCs w:val="24"/>
                <w:lang w:val="tt-RU"/>
              </w:rPr>
            </w:pPr>
          </w:p>
        </w:tc>
        <w:tc>
          <w:tcPr>
            <w:tcW w:w="3969" w:type="dxa"/>
          </w:tcPr>
          <w:p w14:paraId="17B803F1" w14:textId="77777777" w:rsidR="00AA2478" w:rsidRPr="00D330BB" w:rsidRDefault="00AA2478" w:rsidP="00AA2478">
            <w:pPr>
              <w:rPr>
                <w:rFonts w:cs="Times New Roman"/>
                <w:sz w:val="16"/>
                <w:szCs w:val="16"/>
                <w:lang w:val="tt-RU"/>
              </w:rPr>
            </w:pPr>
          </w:p>
        </w:tc>
      </w:tr>
      <w:tr w:rsidR="00AA2478" w:rsidRPr="00AA3722" w14:paraId="634D77AC" w14:textId="77777777" w:rsidTr="00AA2478">
        <w:tc>
          <w:tcPr>
            <w:tcW w:w="993" w:type="dxa"/>
          </w:tcPr>
          <w:p w14:paraId="7352D143"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4B32E7A8" w14:textId="77777777" w:rsidR="00AA2478" w:rsidRPr="00680F51" w:rsidRDefault="00AA2478" w:rsidP="00AA2478">
            <w:pPr>
              <w:rPr>
                <w:rFonts w:cs="Times New Roman"/>
                <w:sz w:val="24"/>
                <w:szCs w:val="24"/>
                <w:lang w:val="tt-RU"/>
              </w:rPr>
            </w:pPr>
          </w:p>
        </w:tc>
        <w:tc>
          <w:tcPr>
            <w:tcW w:w="951" w:type="dxa"/>
          </w:tcPr>
          <w:p w14:paraId="7AEDFCA8"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1702B710" w14:textId="77777777" w:rsidR="00AA2478" w:rsidRPr="00680F51" w:rsidRDefault="00AA2478" w:rsidP="00AA2478">
            <w:pPr>
              <w:jc w:val="center"/>
              <w:rPr>
                <w:rFonts w:cs="Times New Roman"/>
                <w:sz w:val="24"/>
                <w:szCs w:val="24"/>
                <w:lang w:val="tt-RU"/>
              </w:rPr>
            </w:pPr>
          </w:p>
        </w:tc>
        <w:tc>
          <w:tcPr>
            <w:tcW w:w="1134" w:type="dxa"/>
          </w:tcPr>
          <w:p w14:paraId="5E35A85E" w14:textId="77777777" w:rsidR="00AA2478" w:rsidRPr="00680F51" w:rsidRDefault="00AA2478" w:rsidP="00AA2478">
            <w:pPr>
              <w:rPr>
                <w:rFonts w:cs="Times New Roman"/>
                <w:sz w:val="24"/>
                <w:szCs w:val="24"/>
                <w:lang w:val="tt-RU"/>
              </w:rPr>
            </w:pPr>
          </w:p>
        </w:tc>
        <w:tc>
          <w:tcPr>
            <w:tcW w:w="3969" w:type="dxa"/>
          </w:tcPr>
          <w:p w14:paraId="4B8909E5" w14:textId="77777777" w:rsidR="00AA2478" w:rsidRPr="00D330BB" w:rsidRDefault="00AA2478" w:rsidP="00AA2478">
            <w:pPr>
              <w:rPr>
                <w:rFonts w:cs="Times New Roman"/>
                <w:sz w:val="16"/>
                <w:szCs w:val="16"/>
                <w:lang w:val="tt-RU"/>
              </w:rPr>
            </w:pPr>
          </w:p>
        </w:tc>
      </w:tr>
      <w:tr w:rsidR="00AA2478" w:rsidRPr="00AA3722" w14:paraId="191BBC39" w14:textId="77777777" w:rsidTr="00AA2478">
        <w:tc>
          <w:tcPr>
            <w:tcW w:w="993" w:type="dxa"/>
          </w:tcPr>
          <w:p w14:paraId="2DF4E763"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val="restart"/>
          </w:tcPr>
          <w:p w14:paraId="275D9C01" w14:textId="77777777" w:rsidR="00AA2478" w:rsidRPr="00680F51" w:rsidRDefault="00AA2478" w:rsidP="00AA2478">
            <w:pPr>
              <w:rPr>
                <w:rFonts w:cs="Times New Roman"/>
                <w:sz w:val="24"/>
                <w:szCs w:val="24"/>
                <w:lang w:val="tt-RU"/>
              </w:rPr>
            </w:pPr>
            <w:r w:rsidRPr="00680F51">
              <w:rPr>
                <w:rFonts w:cs="Times New Roman"/>
                <w:sz w:val="24"/>
                <w:szCs w:val="24"/>
                <w:lang w:val="tt-RU"/>
              </w:rPr>
              <w:t>Гомуми кабатлау.  Тыңлаган, укыган текстны аңлау</w:t>
            </w:r>
          </w:p>
        </w:tc>
        <w:tc>
          <w:tcPr>
            <w:tcW w:w="951" w:type="dxa"/>
          </w:tcPr>
          <w:p w14:paraId="4D36A070" w14:textId="77777777" w:rsidR="00AA2478" w:rsidRPr="00680F51"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43B5CCDE" w14:textId="77777777" w:rsidR="00AA2478" w:rsidRPr="00680F51" w:rsidRDefault="00AA2478" w:rsidP="00AA2478">
            <w:pPr>
              <w:jc w:val="center"/>
              <w:rPr>
                <w:rFonts w:cs="Times New Roman"/>
                <w:sz w:val="24"/>
                <w:szCs w:val="24"/>
                <w:lang w:val="tt-RU"/>
              </w:rPr>
            </w:pPr>
          </w:p>
        </w:tc>
        <w:tc>
          <w:tcPr>
            <w:tcW w:w="1134" w:type="dxa"/>
          </w:tcPr>
          <w:p w14:paraId="308134DE" w14:textId="77777777" w:rsidR="00AA2478" w:rsidRPr="00680F51" w:rsidRDefault="00AA2478" w:rsidP="00AA2478">
            <w:pPr>
              <w:rPr>
                <w:rFonts w:cs="Times New Roman"/>
                <w:sz w:val="24"/>
                <w:szCs w:val="24"/>
                <w:lang w:val="tt-RU"/>
              </w:rPr>
            </w:pPr>
          </w:p>
        </w:tc>
        <w:tc>
          <w:tcPr>
            <w:tcW w:w="3969" w:type="dxa"/>
          </w:tcPr>
          <w:p w14:paraId="67D608C8" w14:textId="77777777" w:rsidR="00AA2478" w:rsidRPr="00D330BB" w:rsidRDefault="00AA2478" w:rsidP="00AA2478">
            <w:pPr>
              <w:rPr>
                <w:rFonts w:cs="Times New Roman"/>
                <w:sz w:val="16"/>
                <w:szCs w:val="16"/>
                <w:lang w:val="tt-RU"/>
              </w:rPr>
            </w:pPr>
          </w:p>
        </w:tc>
      </w:tr>
      <w:tr w:rsidR="00AA2478" w:rsidRPr="00AA3722" w14:paraId="293907FD" w14:textId="77777777" w:rsidTr="00AA2478">
        <w:tc>
          <w:tcPr>
            <w:tcW w:w="993" w:type="dxa"/>
          </w:tcPr>
          <w:p w14:paraId="581088D5" w14:textId="77777777" w:rsidR="00AA2478" w:rsidRPr="00AF2F1D" w:rsidRDefault="00AA2478" w:rsidP="00AA2478">
            <w:pPr>
              <w:pStyle w:val="ac"/>
              <w:numPr>
                <w:ilvl w:val="0"/>
                <w:numId w:val="19"/>
              </w:numPr>
              <w:jc w:val="center"/>
              <w:rPr>
                <w:rFonts w:cs="Times New Roman"/>
                <w:sz w:val="24"/>
                <w:szCs w:val="24"/>
                <w:lang w:val="tt-RU"/>
              </w:rPr>
            </w:pPr>
          </w:p>
        </w:tc>
        <w:tc>
          <w:tcPr>
            <w:tcW w:w="7797" w:type="dxa"/>
            <w:vMerge/>
          </w:tcPr>
          <w:p w14:paraId="0D5E4114" w14:textId="77777777" w:rsidR="00AA2478" w:rsidRPr="00680F51" w:rsidRDefault="00AA2478" w:rsidP="00AA2478">
            <w:pPr>
              <w:rPr>
                <w:rFonts w:cs="Times New Roman"/>
                <w:sz w:val="24"/>
                <w:szCs w:val="24"/>
                <w:lang w:val="tt-RU"/>
              </w:rPr>
            </w:pPr>
          </w:p>
        </w:tc>
        <w:tc>
          <w:tcPr>
            <w:tcW w:w="951" w:type="dxa"/>
          </w:tcPr>
          <w:p w14:paraId="73F34CBE" w14:textId="77777777" w:rsidR="00AA2478" w:rsidRDefault="00AA2478" w:rsidP="00AA2478">
            <w:pPr>
              <w:jc w:val="center"/>
              <w:rPr>
                <w:rFonts w:cs="Times New Roman"/>
                <w:sz w:val="24"/>
                <w:szCs w:val="24"/>
                <w:lang w:val="tt-RU"/>
              </w:rPr>
            </w:pPr>
            <w:r>
              <w:rPr>
                <w:rFonts w:cs="Times New Roman"/>
                <w:sz w:val="24"/>
                <w:szCs w:val="24"/>
                <w:lang w:val="tt-RU"/>
              </w:rPr>
              <w:t>1</w:t>
            </w:r>
          </w:p>
        </w:tc>
        <w:tc>
          <w:tcPr>
            <w:tcW w:w="1175" w:type="dxa"/>
          </w:tcPr>
          <w:p w14:paraId="57D402DE" w14:textId="77777777" w:rsidR="00AA2478" w:rsidRPr="00680F51" w:rsidRDefault="00AA2478" w:rsidP="00AA2478">
            <w:pPr>
              <w:jc w:val="center"/>
              <w:rPr>
                <w:rFonts w:cs="Times New Roman"/>
                <w:sz w:val="24"/>
                <w:szCs w:val="24"/>
                <w:lang w:val="tt-RU"/>
              </w:rPr>
            </w:pPr>
          </w:p>
        </w:tc>
        <w:tc>
          <w:tcPr>
            <w:tcW w:w="1134" w:type="dxa"/>
          </w:tcPr>
          <w:p w14:paraId="7B7EE393" w14:textId="77777777" w:rsidR="00AA2478" w:rsidRPr="00680F51" w:rsidRDefault="00AA2478" w:rsidP="00AA2478">
            <w:pPr>
              <w:rPr>
                <w:rFonts w:cs="Times New Roman"/>
                <w:sz w:val="24"/>
                <w:szCs w:val="24"/>
                <w:lang w:val="tt-RU"/>
              </w:rPr>
            </w:pPr>
          </w:p>
        </w:tc>
        <w:tc>
          <w:tcPr>
            <w:tcW w:w="3969" w:type="dxa"/>
          </w:tcPr>
          <w:p w14:paraId="4DED71F1" w14:textId="77777777" w:rsidR="00AA2478" w:rsidRPr="00D330BB" w:rsidRDefault="00AA2478" w:rsidP="00AA2478">
            <w:pPr>
              <w:rPr>
                <w:rFonts w:cs="Times New Roman"/>
                <w:sz w:val="16"/>
                <w:szCs w:val="16"/>
                <w:lang w:val="tt-RU"/>
              </w:rPr>
            </w:pPr>
          </w:p>
        </w:tc>
      </w:tr>
      <w:tr w:rsidR="00AA2478" w:rsidRPr="00AA3722" w14:paraId="1CE8D1EC" w14:textId="77777777" w:rsidTr="00AA2478">
        <w:tc>
          <w:tcPr>
            <w:tcW w:w="993" w:type="dxa"/>
          </w:tcPr>
          <w:p w14:paraId="0BF43BCC" w14:textId="77777777" w:rsidR="00AA2478" w:rsidRPr="00AF2F1D" w:rsidRDefault="00AA2478" w:rsidP="00AA2478">
            <w:pPr>
              <w:ind w:left="385"/>
              <w:jc w:val="center"/>
              <w:rPr>
                <w:rFonts w:cs="Times New Roman"/>
                <w:sz w:val="24"/>
                <w:szCs w:val="24"/>
                <w:lang w:val="tt-RU"/>
              </w:rPr>
            </w:pPr>
          </w:p>
        </w:tc>
        <w:tc>
          <w:tcPr>
            <w:tcW w:w="7797" w:type="dxa"/>
          </w:tcPr>
          <w:p w14:paraId="33A6AE24" w14:textId="77777777" w:rsidR="00AA2478" w:rsidRPr="00680F51" w:rsidRDefault="00AA2478" w:rsidP="00AA2478">
            <w:pPr>
              <w:rPr>
                <w:rFonts w:cs="Times New Roman"/>
                <w:b/>
                <w:bCs/>
                <w:sz w:val="24"/>
                <w:szCs w:val="24"/>
                <w:lang w:val="tt-RU"/>
              </w:rPr>
            </w:pPr>
            <w:r w:rsidRPr="00680F51">
              <w:rPr>
                <w:rFonts w:cs="Times New Roman"/>
                <w:b/>
                <w:bCs/>
                <w:sz w:val="24"/>
                <w:szCs w:val="24"/>
                <w:lang w:val="tt-RU"/>
              </w:rPr>
              <w:t>Барлыгы</w:t>
            </w:r>
          </w:p>
        </w:tc>
        <w:tc>
          <w:tcPr>
            <w:tcW w:w="951" w:type="dxa"/>
          </w:tcPr>
          <w:p w14:paraId="1C737B4A" w14:textId="1274E71E" w:rsidR="00AA2478" w:rsidRPr="00680F51" w:rsidRDefault="00AA2478" w:rsidP="00AA2478">
            <w:pPr>
              <w:jc w:val="center"/>
              <w:rPr>
                <w:rFonts w:cs="Times New Roman"/>
                <w:sz w:val="24"/>
                <w:szCs w:val="24"/>
                <w:lang w:val="tt-RU"/>
              </w:rPr>
            </w:pPr>
            <w:r>
              <w:rPr>
                <w:rFonts w:cs="Times New Roman"/>
                <w:b/>
                <w:sz w:val="24"/>
                <w:szCs w:val="24"/>
                <w:lang w:val="tt-RU"/>
              </w:rPr>
              <w:t>100</w:t>
            </w:r>
          </w:p>
        </w:tc>
        <w:tc>
          <w:tcPr>
            <w:tcW w:w="1175" w:type="dxa"/>
          </w:tcPr>
          <w:p w14:paraId="154D820E" w14:textId="77777777" w:rsidR="00AA2478" w:rsidRPr="00680F51" w:rsidRDefault="00AA2478" w:rsidP="00AA2478">
            <w:pPr>
              <w:jc w:val="center"/>
              <w:rPr>
                <w:rFonts w:cs="Times New Roman"/>
                <w:b/>
                <w:sz w:val="24"/>
                <w:szCs w:val="24"/>
                <w:lang w:val="tt-RU"/>
              </w:rPr>
            </w:pPr>
            <w:r>
              <w:rPr>
                <w:rFonts w:cs="Times New Roman"/>
                <w:b/>
                <w:sz w:val="24"/>
                <w:szCs w:val="24"/>
                <w:lang w:val="tt-RU"/>
              </w:rPr>
              <w:t>2</w:t>
            </w:r>
          </w:p>
        </w:tc>
        <w:tc>
          <w:tcPr>
            <w:tcW w:w="1134" w:type="dxa"/>
          </w:tcPr>
          <w:p w14:paraId="59830117" w14:textId="77777777" w:rsidR="00AA2478" w:rsidRPr="00680F51" w:rsidRDefault="00AA2478" w:rsidP="00AA2478">
            <w:pPr>
              <w:rPr>
                <w:rFonts w:cs="Times New Roman"/>
                <w:sz w:val="24"/>
                <w:szCs w:val="24"/>
                <w:lang w:val="tt-RU"/>
              </w:rPr>
            </w:pPr>
          </w:p>
        </w:tc>
        <w:tc>
          <w:tcPr>
            <w:tcW w:w="3969" w:type="dxa"/>
          </w:tcPr>
          <w:p w14:paraId="11CDBD6E" w14:textId="77777777" w:rsidR="00AA2478" w:rsidRPr="00D330BB" w:rsidRDefault="00AA2478" w:rsidP="00AA2478">
            <w:pPr>
              <w:rPr>
                <w:rFonts w:cs="Times New Roman"/>
                <w:sz w:val="16"/>
                <w:szCs w:val="16"/>
                <w:lang w:val="tt-RU"/>
              </w:rPr>
            </w:pPr>
          </w:p>
        </w:tc>
      </w:tr>
    </w:tbl>
    <w:p w14:paraId="2AC9FD9D" w14:textId="77777777" w:rsidR="00AA2478" w:rsidRDefault="00AA2478" w:rsidP="00AA2478">
      <w:pPr>
        <w:spacing w:after="0" w:line="240" w:lineRule="auto"/>
        <w:jc w:val="center"/>
        <w:rPr>
          <w:rFonts w:cs="Times New Roman"/>
          <w:b/>
          <w:sz w:val="24"/>
          <w:szCs w:val="24"/>
          <w:lang w:val="tt-RU"/>
        </w:rPr>
      </w:pPr>
    </w:p>
    <w:p w14:paraId="15CF4336" w14:textId="77777777" w:rsidR="00AA2478" w:rsidRDefault="00AA2478" w:rsidP="00AA2478">
      <w:pPr>
        <w:spacing w:after="0" w:line="240" w:lineRule="auto"/>
        <w:jc w:val="center"/>
        <w:rPr>
          <w:rFonts w:cs="Times New Roman"/>
          <w:b/>
          <w:sz w:val="24"/>
          <w:szCs w:val="24"/>
          <w:lang w:val="tt-RU"/>
        </w:rPr>
      </w:pPr>
    </w:p>
    <w:p w14:paraId="4B523892" w14:textId="77777777" w:rsidR="00AA2478" w:rsidRDefault="00AA2478" w:rsidP="00AA2478">
      <w:pPr>
        <w:spacing w:after="0" w:line="240" w:lineRule="auto"/>
        <w:jc w:val="center"/>
        <w:rPr>
          <w:rFonts w:cs="Times New Roman"/>
          <w:b/>
          <w:sz w:val="24"/>
          <w:szCs w:val="24"/>
          <w:lang w:val="tt-RU"/>
        </w:rPr>
      </w:pPr>
    </w:p>
    <w:p w14:paraId="2C511D98" w14:textId="77777777" w:rsidR="00AA2478" w:rsidRPr="00A1775A" w:rsidRDefault="00AA2478" w:rsidP="00AA2478">
      <w:pPr>
        <w:spacing w:after="0" w:line="240" w:lineRule="auto"/>
        <w:jc w:val="center"/>
        <w:rPr>
          <w:rFonts w:cs="Times New Roman"/>
          <w:b/>
          <w:sz w:val="24"/>
          <w:szCs w:val="24"/>
          <w:lang w:val="tt-RU"/>
        </w:rPr>
      </w:pPr>
      <w:r w:rsidRPr="00925DBC">
        <w:rPr>
          <w:rFonts w:cs="Times New Roman"/>
          <w:b/>
          <w:sz w:val="24"/>
          <w:szCs w:val="24"/>
          <w:lang w:val="tt-RU"/>
        </w:rPr>
        <w:t>4 класс</w:t>
      </w:r>
    </w:p>
    <w:tbl>
      <w:tblPr>
        <w:tblStyle w:val="af1"/>
        <w:tblW w:w="16170" w:type="dxa"/>
        <w:tblInd w:w="-431" w:type="dxa"/>
        <w:tblLayout w:type="fixed"/>
        <w:tblLook w:val="04A0" w:firstRow="1" w:lastRow="0" w:firstColumn="1" w:lastColumn="0" w:noHBand="0" w:noVBand="1"/>
      </w:tblPr>
      <w:tblGrid>
        <w:gridCol w:w="965"/>
        <w:gridCol w:w="8118"/>
        <w:gridCol w:w="992"/>
        <w:gridCol w:w="992"/>
        <w:gridCol w:w="1134"/>
        <w:gridCol w:w="3969"/>
      </w:tblGrid>
      <w:tr w:rsidR="00AA2478" w:rsidRPr="00E34343" w14:paraId="55550B13" w14:textId="77777777" w:rsidTr="00AA2478">
        <w:trPr>
          <w:trHeight w:val="551"/>
        </w:trPr>
        <w:tc>
          <w:tcPr>
            <w:tcW w:w="965" w:type="dxa"/>
            <w:vMerge w:val="restart"/>
          </w:tcPr>
          <w:p w14:paraId="3EE920EB" w14:textId="77777777" w:rsidR="00AA2478" w:rsidRPr="00512024" w:rsidRDefault="00AA2478" w:rsidP="00AA2478">
            <w:pPr>
              <w:pStyle w:val="ac"/>
              <w:ind w:left="0"/>
              <w:rPr>
                <w:rFonts w:cs="Times New Roman"/>
                <w:b/>
                <w:sz w:val="24"/>
                <w:szCs w:val="24"/>
                <w:lang w:val="tt-RU"/>
              </w:rPr>
            </w:pPr>
            <w:r w:rsidRPr="00512024">
              <w:rPr>
                <w:rFonts w:cs="Times New Roman"/>
                <w:b/>
                <w:sz w:val="24"/>
                <w:szCs w:val="24"/>
                <w:lang w:val="tt-RU"/>
              </w:rPr>
              <w:t>№</w:t>
            </w:r>
          </w:p>
        </w:tc>
        <w:tc>
          <w:tcPr>
            <w:tcW w:w="8118" w:type="dxa"/>
            <w:vMerge w:val="restart"/>
          </w:tcPr>
          <w:p w14:paraId="10A0A2E7" w14:textId="77777777" w:rsidR="00AA2478" w:rsidRPr="00512024" w:rsidRDefault="00AA2478" w:rsidP="00AA2478">
            <w:pPr>
              <w:jc w:val="center"/>
              <w:rPr>
                <w:rFonts w:cs="Times New Roman"/>
                <w:b/>
                <w:sz w:val="24"/>
                <w:szCs w:val="24"/>
                <w:lang w:val="tt-RU"/>
              </w:rPr>
            </w:pPr>
            <w:r w:rsidRPr="00512024">
              <w:rPr>
                <w:rFonts w:cs="Times New Roman"/>
                <w:b/>
                <w:sz w:val="24"/>
                <w:szCs w:val="24"/>
                <w:lang w:val="tt-RU"/>
              </w:rPr>
              <w:t>Тема</w:t>
            </w:r>
          </w:p>
        </w:tc>
        <w:tc>
          <w:tcPr>
            <w:tcW w:w="3118" w:type="dxa"/>
            <w:gridSpan w:val="3"/>
          </w:tcPr>
          <w:p w14:paraId="7D962EFD" w14:textId="77777777" w:rsidR="00AA2478" w:rsidRPr="00512024" w:rsidRDefault="00AA2478" w:rsidP="00AA2478">
            <w:pPr>
              <w:jc w:val="left"/>
              <w:rPr>
                <w:rFonts w:cs="Times New Roman"/>
                <w:sz w:val="24"/>
                <w:szCs w:val="24"/>
                <w:lang w:val="tt-RU"/>
              </w:rPr>
            </w:pPr>
            <w:r w:rsidRPr="00512024">
              <w:rPr>
                <w:rFonts w:cs="Times New Roman"/>
                <w:b/>
                <w:sz w:val="24"/>
                <w:szCs w:val="24"/>
                <w:lang w:val="tt-RU"/>
              </w:rPr>
              <w:t>Кол-во часов/Сәгать саны</w:t>
            </w:r>
          </w:p>
        </w:tc>
        <w:tc>
          <w:tcPr>
            <w:tcW w:w="3969" w:type="dxa"/>
            <w:vMerge w:val="restart"/>
          </w:tcPr>
          <w:p w14:paraId="05958D29" w14:textId="77777777" w:rsidR="00AA2478" w:rsidRPr="00145A4E" w:rsidRDefault="00AA2478" w:rsidP="00AA2478">
            <w:pPr>
              <w:jc w:val="center"/>
              <w:rPr>
                <w:rFonts w:cs="Times New Roman"/>
                <w:b/>
                <w:sz w:val="24"/>
                <w:szCs w:val="24"/>
                <w:lang w:val="tt-RU"/>
              </w:rPr>
            </w:pPr>
            <w:r w:rsidRPr="00145A4E">
              <w:rPr>
                <w:rFonts w:cs="Times New Roman"/>
                <w:b/>
                <w:sz w:val="24"/>
                <w:szCs w:val="24"/>
                <w:lang w:val="tt-RU"/>
              </w:rPr>
              <w:t>ЦОР</w:t>
            </w:r>
          </w:p>
        </w:tc>
      </w:tr>
      <w:tr w:rsidR="00AA2478" w:rsidRPr="00E34343" w14:paraId="5FA22DA9" w14:textId="77777777" w:rsidTr="00AA2478">
        <w:trPr>
          <w:trHeight w:val="551"/>
        </w:trPr>
        <w:tc>
          <w:tcPr>
            <w:tcW w:w="965" w:type="dxa"/>
            <w:vMerge/>
          </w:tcPr>
          <w:p w14:paraId="3A96C60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453894A6" w14:textId="77777777" w:rsidR="00AA2478" w:rsidRPr="00512024" w:rsidRDefault="00AA2478" w:rsidP="00AA2478">
            <w:pPr>
              <w:jc w:val="left"/>
              <w:rPr>
                <w:rFonts w:cs="Times New Roman"/>
                <w:sz w:val="24"/>
                <w:szCs w:val="24"/>
                <w:lang w:val="tt-RU"/>
              </w:rPr>
            </w:pPr>
          </w:p>
        </w:tc>
        <w:tc>
          <w:tcPr>
            <w:tcW w:w="992" w:type="dxa"/>
          </w:tcPr>
          <w:p w14:paraId="26AB796D"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всего</w:t>
            </w:r>
          </w:p>
        </w:tc>
        <w:tc>
          <w:tcPr>
            <w:tcW w:w="992" w:type="dxa"/>
          </w:tcPr>
          <w:p w14:paraId="1B5E0B43"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контр</w:t>
            </w:r>
          </w:p>
        </w:tc>
        <w:tc>
          <w:tcPr>
            <w:tcW w:w="1134" w:type="dxa"/>
          </w:tcPr>
          <w:p w14:paraId="01E2D9D1"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Практич.</w:t>
            </w:r>
          </w:p>
        </w:tc>
        <w:tc>
          <w:tcPr>
            <w:tcW w:w="3969" w:type="dxa"/>
            <w:vMerge/>
          </w:tcPr>
          <w:p w14:paraId="76CADD8C" w14:textId="77777777" w:rsidR="00AA2478" w:rsidRPr="00145A4E" w:rsidRDefault="00AA2478" w:rsidP="00AA2478">
            <w:pPr>
              <w:jc w:val="center"/>
              <w:rPr>
                <w:rFonts w:cs="Times New Roman"/>
                <w:b/>
                <w:sz w:val="16"/>
                <w:szCs w:val="16"/>
                <w:lang w:val="tt-RU"/>
              </w:rPr>
            </w:pPr>
          </w:p>
        </w:tc>
      </w:tr>
      <w:tr w:rsidR="00AA2478" w:rsidRPr="00600724" w14:paraId="013D3F12" w14:textId="77777777" w:rsidTr="00AA2478">
        <w:trPr>
          <w:trHeight w:val="551"/>
        </w:trPr>
        <w:tc>
          <w:tcPr>
            <w:tcW w:w="965" w:type="dxa"/>
          </w:tcPr>
          <w:p w14:paraId="6BBE893A"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07A3784D"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Повторение изученного в 1-3 классах/1–3 нче сыйныфларда өйрәнгәннәрне кабатлау</w:t>
            </w:r>
          </w:p>
        </w:tc>
        <w:tc>
          <w:tcPr>
            <w:tcW w:w="992" w:type="dxa"/>
            <w:vMerge w:val="restart"/>
          </w:tcPr>
          <w:p w14:paraId="254AC9C3"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3</w:t>
            </w:r>
          </w:p>
        </w:tc>
        <w:tc>
          <w:tcPr>
            <w:tcW w:w="992" w:type="dxa"/>
          </w:tcPr>
          <w:p w14:paraId="412B02A0" w14:textId="77777777" w:rsidR="00AA2478" w:rsidRPr="00512024" w:rsidRDefault="00AA2478" w:rsidP="00AA2478">
            <w:pPr>
              <w:jc w:val="left"/>
              <w:rPr>
                <w:rFonts w:cs="Times New Roman"/>
                <w:sz w:val="24"/>
                <w:szCs w:val="24"/>
                <w:lang w:val="tt-RU"/>
              </w:rPr>
            </w:pPr>
          </w:p>
        </w:tc>
        <w:tc>
          <w:tcPr>
            <w:tcW w:w="1134" w:type="dxa"/>
          </w:tcPr>
          <w:p w14:paraId="2A10843A" w14:textId="77777777" w:rsidR="00AA2478" w:rsidRPr="00512024" w:rsidRDefault="00AA2478" w:rsidP="00AA2478">
            <w:pPr>
              <w:jc w:val="left"/>
              <w:rPr>
                <w:rFonts w:cs="Times New Roman"/>
                <w:sz w:val="24"/>
                <w:szCs w:val="24"/>
                <w:lang w:val="tt-RU"/>
              </w:rPr>
            </w:pPr>
          </w:p>
        </w:tc>
        <w:tc>
          <w:tcPr>
            <w:tcW w:w="3969" w:type="dxa"/>
          </w:tcPr>
          <w:p w14:paraId="56AD5F37" w14:textId="77777777" w:rsidR="00AA2478" w:rsidRPr="00145A4E" w:rsidRDefault="00863D41" w:rsidP="00AA2478">
            <w:pPr>
              <w:jc w:val="center"/>
              <w:rPr>
                <w:rFonts w:cs="Times New Roman"/>
                <w:b/>
                <w:sz w:val="16"/>
                <w:szCs w:val="16"/>
                <w:lang w:val="tt-RU"/>
              </w:rPr>
            </w:pPr>
            <w:hyperlink r:id="rId47" w:history="1">
              <w:r w:rsidR="00AA2478" w:rsidRPr="00145A4E">
                <w:rPr>
                  <w:rStyle w:val="af2"/>
                  <w:rFonts w:cs="Times New Roman"/>
                  <w:b/>
                  <w:sz w:val="16"/>
                  <w:szCs w:val="16"/>
                  <w:lang w:val="tt-RU"/>
                </w:rPr>
                <w:t>https://mon.tatarstan.ru/razrabotki-urokov-po-rodnomu-tatarskomu-yaziku-i.htm</w:t>
              </w:r>
            </w:hyperlink>
          </w:p>
          <w:p w14:paraId="542A9905" w14:textId="77777777" w:rsidR="00AA2478" w:rsidRPr="00145A4E" w:rsidRDefault="00AA2478" w:rsidP="00AA2478">
            <w:pPr>
              <w:jc w:val="center"/>
              <w:rPr>
                <w:rFonts w:cs="Times New Roman"/>
                <w:b/>
                <w:sz w:val="16"/>
                <w:szCs w:val="16"/>
                <w:lang w:val="tt-RU"/>
              </w:rPr>
            </w:pPr>
          </w:p>
        </w:tc>
      </w:tr>
      <w:tr w:rsidR="00AA2478" w:rsidRPr="00600724" w14:paraId="02DB1298" w14:textId="77777777" w:rsidTr="00AA2478">
        <w:trPr>
          <w:trHeight w:val="551"/>
        </w:trPr>
        <w:tc>
          <w:tcPr>
            <w:tcW w:w="965" w:type="dxa"/>
          </w:tcPr>
          <w:p w14:paraId="25A93862"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67E4CCD6" w14:textId="77777777" w:rsidR="00AA2478" w:rsidRPr="00512024" w:rsidRDefault="00AA2478" w:rsidP="00AA2478">
            <w:pPr>
              <w:jc w:val="left"/>
              <w:rPr>
                <w:rFonts w:cs="Times New Roman"/>
                <w:sz w:val="24"/>
                <w:szCs w:val="24"/>
                <w:lang w:val="tt-RU"/>
              </w:rPr>
            </w:pPr>
          </w:p>
        </w:tc>
        <w:tc>
          <w:tcPr>
            <w:tcW w:w="992" w:type="dxa"/>
            <w:vMerge/>
          </w:tcPr>
          <w:p w14:paraId="4F930CCA" w14:textId="77777777" w:rsidR="00AA2478" w:rsidRPr="00512024" w:rsidRDefault="00AA2478" w:rsidP="00AA2478">
            <w:pPr>
              <w:jc w:val="center"/>
              <w:rPr>
                <w:rFonts w:cs="Times New Roman"/>
                <w:sz w:val="24"/>
                <w:szCs w:val="24"/>
                <w:lang w:val="tt-RU"/>
              </w:rPr>
            </w:pPr>
          </w:p>
        </w:tc>
        <w:tc>
          <w:tcPr>
            <w:tcW w:w="992" w:type="dxa"/>
          </w:tcPr>
          <w:p w14:paraId="575E77D9" w14:textId="77777777" w:rsidR="00AA2478" w:rsidRPr="00512024" w:rsidRDefault="00AA2478" w:rsidP="00AA2478">
            <w:pPr>
              <w:jc w:val="left"/>
              <w:rPr>
                <w:rFonts w:cs="Times New Roman"/>
                <w:sz w:val="24"/>
                <w:szCs w:val="24"/>
                <w:lang w:val="tt-RU"/>
              </w:rPr>
            </w:pPr>
          </w:p>
        </w:tc>
        <w:tc>
          <w:tcPr>
            <w:tcW w:w="1134" w:type="dxa"/>
          </w:tcPr>
          <w:p w14:paraId="5E28B132" w14:textId="77777777" w:rsidR="00AA2478" w:rsidRPr="00512024" w:rsidRDefault="00AA2478" w:rsidP="00AA2478">
            <w:pPr>
              <w:jc w:val="left"/>
              <w:rPr>
                <w:rFonts w:cs="Times New Roman"/>
                <w:sz w:val="24"/>
                <w:szCs w:val="24"/>
                <w:lang w:val="tt-RU"/>
              </w:rPr>
            </w:pPr>
          </w:p>
        </w:tc>
        <w:tc>
          <w:tcPr>
            <w:tcW w:w="3969" w:type="dxa"/>
          </w:tcPr>
          <w:p w14:paraId="5A22C48C" w14:textId="77777777" w:rsidR="00AA2478" w:rsidRPr="00145A4E" w:rsidRDefault="00AA2478" w:rsidP="00AA2478">
            <w:pPr>
              <w:jc w:val="center"/>
              <w:rPr>
                <w:rFonts w:cs="Times New Roman"/>
                <w:b/>
                <w:sz w:val="16"/>
                <w:szCs w:val="16"/>
                <w:lang w:val="tt-RU"/>
              </w:rPr>
            </w:pPr>
          </w:p>
        </w:tc>
      </w:tr>
      <w:tr w:rsidR="00AA2478" w:rsidRPr="00600724" w14:paraId="590E9138" w14:textId="77777777" w:rsidTr="00AA2478">
        <w:trPr>
          <w:trHeight w:val="551"/>
        </w:trPr>
        <w:tc>
          <w:tcPr>
            <w:tcW w:w="965" w:type="dxa"/>
          </w:tcPr>
          <w:p w14:paraId="2964FBA1"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21621FD" w14:textId="77777777" w:rsidR="00AA2478" w:rsidRPr="00512024" w:rsidRDefault="00AA2478" w:rsidP="00AA2478">
            <w:pPr>
              <w:jc w:val="left"/>
              <w:rPr>
                <w:rFonts w:cs="Times New Roman"/>
                <w:sz w:val="24"/>
                <w:szCs w:val="24"/>
                <w:lang w:val="tt-RU"/>
              </w:rPr>
            </w:pPr>
          </w:p>
        </w:tc>
        <w:tc>
          <w:tcPr>
            <w:tcW w:w="992" w:type="dxa"/>
            <w:vMerge/>
          </w:tcPr>
          <w:p w14:paraId="4622B0DD" w14:textId="77777777" w:rsidR="00AA2478" w:rsidRPr="00512024" w:rsidRDefault="00AA2478" w:rsidP="00AA2478">
            <w:pPr>
              <w:jc w:val="center"/>
              <w:rPr>
                <w:rFonts w:cs="Times New Roman"/>
                <w:sz w:val="24"/>
                <w:szCs w:val="24"/>
                <w:lang w:val="tt-RU"/>
              </w:rPr>
            </w:pPr>
          </w:p>
        </w:tc>
        <w:tc>
          <w:tcPr>
            <w:tcW w:w="992" w:type="dxa"/>
          </w:tcPr>
          <w:p w14:paraId="3BE7F2D7" w14:textId="77777777" w:rsidR="00AA2478" w:rsidRPr="00512024" w:rsidRDefault="00AA2478" w:rsidP="00AA2478">
            <w:pPr>
              <w:jc w:val="left"/>
              <w:rPr>
                <w:rFonts w:cs="Times New Roman"/>
                <w:sz w:val="24"/>
                <w:szCs w:val="24"/>
                <w:lang w:val="tt-RU"/>
              </w:rPr>
            </w:pPr>
          </w:p>
        </w:tc>
        <w:tc>
          <w:tcPr>
            <w:tcW w:w="1134" w:type="dxa"/>
          </w:tcPr>
          <w:p w14:paraId="4C5BF2CE" w14:textId="77777777" w:rsidR="00AA2478" w:rsidRPr="00512024" w:rsidRDefault="00AA2478" w:rsidP="00AA2478">
            <w:pPr>
              <w:jc w:val="left"/>
              <w:rPr>
                <w:rFonts w:cs="Times New Roman"/>
                <w:sz w:val="24"/>
                <w:szCs w:val="24"/>
                <w:lang w:val="tt-RU"/>
              </w:rPr>
            </w:pPr>
          </w:p>
        </w:tc>
        <w:tc>
          <w:tcPr>
            <w:tcW w:w="3969" w:type="dxa"/>
          </w:tcPr>
          <w:p w14:paraId="7E7E945C" w14:textId="77777777" w:rsidR="00AA2478" w:rsidRPr="00145A4E" w:rsidRDefault="00AA2478" w:rsidP="00AA2478">
            <w:pPr>
              <w:jc w:val="center"/>
              <w:rPr>
                <w:rFonts w:cs="Times New Roman"/>
                <w:b/>
                <w:sz w:val="16"/>
                <w:szCs w:val="16"/>
                <w:lang w:val="tt-RU"/>
              </w:rPr>
            </w:pPr>
          </w:p>
        </w:tc>
      </w:tr>
      <w:tr w:rsidR="00AA2478" w:rsidRPr="00925DBC" w14:paraId="2727A846" w14:textId="77777777" w:rsidTr="00AA2478">
        <w:trPr>
          <w:trHeight w:val="417"/>
        </w:trPr>
        <w:tc>
          <w:tcPr>
            <w:tcW w:w="965" w:type="dxa"/>
          </w:tcPr>
          <w:p w14:paraId="1EE5FEAB"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78679A1E" w14:textId="77777777" w:rsidR="00AA2478" w:rsidRPr="00512024" w:rsidRDefault="00AA2478" w:rsidP="00AA2478">
            <w:pPr>
              <w:jc w:val="left"/>
              <w:rPr>
                <w:rFonts w:cs="Times New Roman"/>
                <w:sz w:val="24"/>
                <w:szCs w:val="24"/>
                <w:lang w:val="tt-RU"/>
              </w:rPr>
            </w:pPr>
            <w:r w:rsidRPr="00512024">
              <w:rPr>
                <w:rFonts w:eastAsia="Calibri" w:cs="Times New Roman"/>
                <w:sz w:val="24"/>
                <w:szCs w:val="24"/>
              </w:rPr>
              <w:t>Специфичные звуки татарского языка. /</w:t>
            </w:r>
            <w:r w:rsidRPr="00512024">
              <w:rPr>
                <w:rFonts w:cs="Times New Roman"/>
                <w:sz w:val="24"/>
                <w:szCs w:val="24"/>
                <w:lang w:val="tt-RU"/>
              </w:rPr>
              <w:t>Татар теленең үзенчәлекле авазлары</w:t>
            </w:r>
          </w:p>
        </w:tc>
        <w:tc>
          <w:tcPr>
            <w:tcW w:w="992" w:type="dxa"/>
            <w:vMerge w:val="restart"/>
          </w:tcPr>
          <w:p w14:paraId="39907359"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4</w:t>
            </w:r>
          </w:p>
        </w:tc>
        <w:tc>
          <w:tcPr>
            <w:tcW w:w="992" w:type="dxa"/>
          </w:tcPr>
          <w:p w14:paraId="75A6004F" w14:textId="77777777" w:rsidR="00AA2478" w:rsidRPr="00512024" w:rsidRDefault="00AA2478" w:rsidP="00AA2478">
            <w:pPr>
              <w:jc w:val="left"/>
              <w:rPr>
                <w:rFonts w:cs="Times New Roman"/>
                <w:sz w:val="24"/>
                <w:szCs w:val="24"/>
                <w:lang w:val="tt-RU"/>
              </w:rPr>
            </w:pPr>
          </w:p>
        </w:tc>
        <w:tc>
          <w:tcPr>
            <w:tcW w:w="1134" w:type="dxa"/>
          </w:tcPr>
          <w:p w14:paraId="7C66D4E0" w14:textId="77777777" w:rsidR="00AA2478" w:rsidRPr="00512024" w:rsidRDefault="00AA2478" w:rsidP="00AA2478">
            <w:pPr>
              <w:jc w:val="left"/>
              <w:rPr>
                <w:rFonts w:cs="Times New Roman"/>
                <w:sz w:val="24"/>
                <w:szCs w:val="24"/>
                <w:lang w:val="tt-RU"/>
              </w:rPr>
            </w:pPr>
          </w:p>
        </w:tc>
        <w:tc>
          <w:tcPr>
            <w:tcW w:w="3969" w:type="dxa"/>
          </w:tcPr>
          <w:p w14:paraId="10019116" w14:textId="77777777" w:rsidR="00AA2478" w:rsidRPr="00145A4E" w:rsidRDefault="00AA2478" w:rsidP="00AA2478">
            <w:pPr>
              <w:jc w:val="center"/>
              <w:rPr>
                <w:rFonts w:cs="Times New Roman"/>
                <w:b/>
                <w:sz w:val="16"/>
                <w:szCs w:val="16"/>
                <w:lang w:val="tt-RU"/>
              </w:rPr>
            </w:pPr>
          </w:p>
        </w:tc>
      </w:tr>
      <w:tr w:rsidR="00AA2478" w:rsidRPr="00925DBC" w14:paraId="56FC878E" w14:textId="77777777" w:rsidTr="00AA2478">
        <w:trPr>
          <w:trHeight w:val="417"/>
        </w:trPr>
        <w:tc>
          <w:tcPr>
            <w:tcW w:w="965" w:type="dxa"/>
          </w:tcPr>
          <w:p w14:paraId="376F5082"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44706537" w14:textId="77777777" w:rsidR="00AA2478" w:rsidRPr="00512024" w:rsidRDefault="00AA2478" w:rsidP="00AA2478">
            <w:pPr>
              <w:jc w:val="left"/>
              <w:rPr>
                <w:rFonts w:eastAsia="Calibri" w:cs="Times New Roman"/>
                <w:sz w:val="24"/>
                <w:szCs w:val="24"/>
              </w:rPr>
            </w:pPr>
          </w:p>
        </w:tc>
        <w:tc>
          <w:tcPr>
            <w:tcW w:w="992" w:type="dxa"/>
            <w:vMerge/>
          </w:tcPr>
          <w:p w14:paraId="26E7CE97" w14:textId="77777777" w:rsidR="00AA2478" w:rsidRPr="00512024" w:rsidRDefault="00AA2478" w:rsidP="00AA2478">
            <w:pPr>
              <w:jc w:val="center"/>
              <w:rPr>
                <w:rFonts w:cs="Times New Roman"/>
                <w:sz w:val="24"/>
                <w:szCs w:val="24"/>
                <w:lang w:val="tt-RU"/>
              </w:rPr>
            </w:pPr>
          </w:p>
        </w:tc>
        <w:tc>
          <w:tcPr>
            <w:tcW w:w="992" w:type="dxa"/>
          </w:tcPr>
          <w:p w14:paraId="25ED4801" w14:textId="77777777" w:rsidR="00AA2478" w:rsidRPr="00512024" w:rsidRDefault="00AA2478" w:rsidP="00AA2478">
            <w:pPr>
              <w:jc w:val="left"/>
              <w:rPr>
                <w:rFonts w:cs="Times New Roman"/>
                <w:sz w:val="24"/>
                <w:szCs w:val="24"/>
                <w:lang w:val="tt-RU"/>
              </w:rPr>
            </w:pPr>
          </w:p>
        </w:tc>
        <w:tc>
          <w:tcPr>
            <w:tcW w:w="1134" w:type="dxa"/>
          </w:tcPr>
          <w:p w14:paraId="1AF01D57" w14:textId="77777777" w:rsidR="00AA2478" w:rsidRPr="00512024" w:rsidRDefault="00AA2478" w:rsidP="00AA2478">
            <w:pPr>
              <w:jc w:val="left"/>
              <w:rPr>
                <w:rFonts w:cs="Times New Roman"/>
                <w:sz w:val="24"/>
                <w:szCs w:val="24"/>
                <w:lang w:val="tt-RU"/>
              </w:rPr>
            </w:pPr>
          </w:p>
        </w:tc>
        <w:tc>
          <w:tcPr>
            <w:tcW w:w="3969" w:type="dxa"/>
          </w:tcPr>
          <w:p w14:paraId="08A25752" w14:textId="77777777" w:rsidR="00AA2478" w:rsidRPr="00145A4E" w:rsidRDefault="00AA2478" w:rsidP="00AA2478">
            <w:pPr>
              <w:jc w:val="center"/>
              <w:rPr>
                <w:rFonts w:cs="Times New Roman"/>
                <w:b/>
                <w:sz w:val="16"/>
                <w:szCs w:val="16"/>
                <w:lang w:val="tt-RU"/>
              </w:rPr>
            </w:pPr>
          </w:p>
        </w:tc>
      </w:tr>
      <w:tr w:rsidR="00AA2478" w:rsidRPr="00925DBC" w14:paraId="164A5556" w14:textId="77777777" w:rsidTr="00AA2478">
        <w:trPr>
          <w:trHeight w:val="417"/>
        </w:trPr>
        <w:tc>
          <w:tcPr>
            <w:tcW w:w="965" w:type="dxa"/>
          </w:tcPr>
          <w:p w14:paraId="30E93737"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7DF810A5" w14:textId="77777777" w:rsidR="00AA2478" w:rsidRPr="00512024" w:rsidRDefault="00AA2478" w:rsidP="00AA2478">
            <w:pPr>
              <w:jc w:val="left"/>
              <w:rPr>
                <w:rFonts w:eastAsia="Calibri" w:cs="Times New Roman"/>
                <w:sz w:val="24"/>
                <w:szCs w:val="24"/>
              </w:rPr>
            </w:pPr>
          </w:p>
        </w:tc>
        <w:tc>
          <w:tcPr>
            <w:tcW w:w="992" w:type="dxa"/>
            <w:vMerge/>
          </w:tcPr>
          <w:p w14:paraId="30A377B6" w14:textId="77777777" w:rsidR="00AA2478" w:rsidRPr="00512024" w:rsidRDefault="00AA2478" w:rsidP="00AA2478">
            <w:pPr>
              <w:jc w:val="center"/>
              <w:rPr>
                <w:rFonts w:cs="Times New Roman"/>
                <w:sz w:val="24"/>
                <w:szCs w:val="24"/>
                <w:lang w:val="tt-RU"/>
              </w:rPr>
            </w:pPr>
          </w:p>
        </w:tc>
        <w:tc>
          <w:tcPr>
            <w:tcW w:w="992" w:type="dxa"/>
          </w:tcPr>
          <w:p w14:paraId="0A345F02" w14:textId="77777777" w:rsidR="00AA2478" w:rsidRPr="00512024" w:rsidRDefault="00AA2478" w:rsidP="00AA2478">
            <w:pPr>
              <w:jc w:val="left"/>
              <w:rPr>
                <w:rFonts w:cs="Times New Roman"/>
                <w:sz w:val="24"/>
                <w:szCs w:val="24"/>
                <w:lang w:val="tt-RU"/>
              </w:rPr>
            </w:pPr>
          </w:p>
        </w:tc>
        <w:tc>
          <w:tcPr>
            <w:tcW w:w="1134" w:type="dxa"/>
          </w:tcPr>
          <w:p w14:paraId="162D73B2" w14:textId="77777777" w:rsidR="00AA2478" w:rsidRPr="00512024" w:rsidRDefault="00AA2478" w:rsidP="00AA2478">
            <w:pPr>
              <w:jc w:val="left"/>
              <w:rPr>
                <w:rFonts w:cs="Times New Roman"/>
                <w:sz w:val="24"/>
                <w:szCs w:val="24"/>
                <w:lang w:val="tt-RU"/>
              </w:rPr>
            </w:pPr>
          </w:p>
        </w:tc>
        <w:tc>
          <w:tcPr>
            <w:tcW w:w="3969" w:type="dxa"/>
          </w:tcPr>
          <w:p w14:paraId="68BC2E55" w14:textId="77777777" w:rsidR="00AA2478" w:rsidRPr="00145A4E" w:rsidRDefault="00AA2478" w:rsidP="00AA2478">
            <w:pPr>
              <w:jc w:val="center"/>
              <w:rPr>
                <w:rFonts w:cs="Times New Roman"/>
                <w:b/>
                <w:sz w:val="16"/>
                <w:szCs w:val="16"/>
                <w:lang w:val="tt-RU"/>
              </w:rPr>
            </w:pPr>
          </w:p>
        </w:tc>
      </w:tr>
      <w:tr w:rsidR="00AA2478" w:rsidRPr="00925DBC" w14:paraId="27BFEEA9" w14:textId="77777777" w:rsidTr="00AA2478">
        <w:trPr>
          <w:trHeight w:val="417"/>
        </w:trPr>
        <w:tc>
          <w:tcPr>
            <w:tcW w:w="965" w:type="dxa"/>
          </w:tcPr>
          <w:p w14:paraId="3CB891A5"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0FB832C6" w14:textId="77777777" w:rsidR="00AA2478" w:rsidRPr="00512024" w:rsidRDefault="00AA2478" w:rsidP="00AA2478">
            <w:pPr>
              <w:jc w:val="left"/>
              <w:rPr>
                <w:rFonts w:eastAsia="Calibri" w:cs="Times New Roman"/>
                <w:sz w:val="24"/>
                <w:szCs w:val="24"/>
              </w:rPr>
            </w:pPr>
          </w:p>
        </w:tc>
        <w:tc>
          <w:tcPr>
            <w:tcW w:w="992" w:type="dxa"/>
            <w:vMerge/>
          </w:tcPr>
          <w:p w14:paraId="28808284" w14:textId="77777777" w:rsidR="00AA2478" w:rsidRPr="00512024" w:rsidRDefault="00AA2478" w:rsidP="00AA2478">
            <w:pPr>
              <w:jc w:val="center"/>
              <w:rPr>
                <w:rFonts w:cs="Times New Roman"/>
                <w:sz w:val="24"/>
                <w:szCs w:val="24"/>
                <w:lang w:val="tt-RU"/>
              </w:rPr>
            </w:pPr>
          </w:p>
        </w:tc>
        <w:tc>
          <w:tcPr>
            <w:tcW w:w="992" w:type="dxa"/>
          </w:tcPr>
          <w:p w14:paraId="651BB859" w14:textId="77777777" w:rsidR="00AA2478" w:rsidRPr="00512024" w:rsidRDefault="00AA2478" w:rsidP="00AA2478">
            <w:pPr>
              <w:jc w:val="left"/>
              <w:rPr>
                <w:rFonts w:cs="Times New Roman"/>
                <w:sz w:val="24"/>
                <w:szCs w:val="24"/>
                <w:lang w:val="tt-RU"/>
              </w:rPr>
            </w:pPr>
          </w:p>
        </w:tc>
        <w:tc>
          <w:tcPr>
            <w:tcW w:w="1134" w:type="dxa"/>
          </w:tcPr>
          <w:p w14:paraId="737C2996" w14:textId="77777777" w:rsidR="00AA2478" w:rsidRPr="00512024" w:rsidRDefault="00AA2478" w:rsidP="00AA2478">
            <w:pPr>
              <w:jc w:val="left"/>
              <w:rPr>
                <w:rFonts w:cs="Times New Roman"/>
                <w:sz w:val="24"/>
                <w:szCs w:val="24"/>
                <w:lang w:val="tt-RU"/>
              </w:rPr>
            </w:pPr>
          </w:p>
        </w:tc>
        <w:tc>
          <w:tcPr>
            <w:tcW w:w="3969" w:type="dxa"/>
          </w:tcPr>
          <w:p w14:paraId="7D5457F9" w14:textId="77777777" w:rsidR="00AA2478" w:rsidRPr="00145A4E" w:rsidRDefault="00AA2478" w:rsidP="00AA2478">
            <w:pPr>
              <w:jc w:val="center"/>
              <w:rPr>
                <w:rFonts w:cs="Times New Roman"/>
                <w:b/>
                <w:sz w:val="16"/>
                <w:szCs w:val="16"/>
                <w:lang w:val="tt-RU"/>
              </w:rPr>
            </w:pPr>
          </w:p>
        </w:tc>
      </w:tr>
      <w:tr w:rsidR="00AA2478" w:rsidRPr="00925DBC" w14:paraId="492F9070" w14:textId="77777777" w:rsidTr="00AA2478">
        <w:tc>
          <w:tcPr>
            <w:tcW w:w="965" w:type="dxa"/>
          </w:tcPr>
          <w:p w14:paraId="09337EF9"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179AC511" w14:textId="77777777" w:rsidR="00AA2478" w:rsidRPr="00CB6317" w:rsidRDefault="00AA2478" w:rsidP="00AA2478">
            <w:pPr>
              <w:rPr>
                <w:rFonts w:cs="Times New Roman"/>
                <w:sz w:val="24"/>
                <w:szCs w:val="24"/>
              </w:rPr>
            </w:pPr>
            <w:r w:rsidRPr="00CB6317">
              <w:rPr>
                <w:rFonts w:cs="Times New Roman"/>
                <w:sz w:val="24"/>
                <w:szCs w:val="24"/>
              </w:rPr>
              <w:t>Язуда е хәрефе белән белдерелә торган авазлар</w:t>
            </w:r>
          </w:p>
          <w:p w14:paraId="2786CFE7" w14:textId="77777777" w:rsidR="00AA2478" w:rsidRPr="00512024" w:rsidRDefault="00AA2478" w:rsidP="00AA2478">
            <w:pPr>
              <w:jc w:val="left"/>
              <w:rPr>
                <w:rFonts w:cs="Times New Roman"/>
                <w:sz w:val="24"/>
                <w:szCs w:val="24"/>
                <w:lang w:val="tt-RU"/>
              </w:rPr>
            </w:pPr>
            <w:r>
              <w:rPr>
                <w:rFonts w:cs="Times New Roman"/>
                <w:sz w:val="24"/>
                <w:szCs w:val="24"/>
              </w:rPr>
              <w:t xml:space="preserve">    </w:t>
            </w:r>
          </w:p>
        </w:tc>
        <w:tc>
          <w:tcPr>
            <w:tcW w:w="992" w:type="dxa"/>
          </w:tcPr>
          <w:p w14:paraId="79E2A9A1"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07928818" w14:textId="77777777" w:rsidR="00AA2478" w:rsidRPr="00512024" w:rsidRDefault="00AA2478" w:rsidP="00AA2478">
            <w:pPr>
              <w:jc w:val="left"/>
              <w:rPr>
                <w:rFonts w:cs="Times New Roman"/>
                <w:sz w:val="24"/>
                <w:szCs w:val="24"/>
                <w:lang w:val="tt-RU"/>
              </w:rPr>
            </w:pPr>
          </w:p>
        </w:tc>
        <w:tc>
          <w:tcPr>
            <w:tcW w:w="1134" w:type="dxa"/>
          </w:tcPr>
          <w:p w14:paraId="1B7BA4E9" w14:textId="77777777" w:rsidR="00AA2478" w:rsidRPr="00512024" w:rsidRDefault="00AA2478" w:rsidP="00AA2478">
            <w:pPr>
              <w:jc w:val="left"/>
              <w:rPr>
                <w:rFonts w:cs="Times New Roman"/>
                <w:sz w:val="24"/>
                <w:szCs w:val="24"/>
                <w:lang w:val="tt-RU"/>
              </w:rPr>
            </w:pPr>
          </w:p>
        </w:tc>
        <w:tc>
          <w:tcPr>
            <w:tcW w:w="3969" w:type="dxa"/>
          </w:tcPr>
          <w:p w14:paraId="71724E37" w14:textId="77777777" w:rsidR="00AA2478" w:rsidRPr="00145A4E" w:rsidRDefault="00AA2478" w:rsidP="00AA2478">
            <w:pPr>
              <w:jc w:val="center"/>
              <w:rPr>
                <w:rFonts w:cs="Times New Roman"/>
                <w:b/>
                <w:sz w:val="16"/>
                <w:szCs w:val="16"/>
                <w:lang w:val="tt-RU"/>
              </w:rPr>
            </w:pPr>
          </w:p>
        </w:tc>
      </w:tr>
      <w:tr w:rsidR="00AA2478" w:rsidRPr="00925DBC" w14:paraId="7A16D042" w14:textId="77777777" w:rsidTr="00AA2478">
        <w:tc>
          <w:tcPr>
            <w:tcW w:w="965" w:type="dxa"/>
          </w:tcPr>
          <w:p w14:paraId="40C4E74A"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5CE9CA1D" w14:textId="77777777" w:rsidR="00AA2478" w:rsidRPr="00512024" w:rsidRDefault="00AA2478" w:rsidP="00AA2478">
            <w:pPr>
              <w:jc w:val="left"/>
              <w:rPr>
                <w:rFonts w:cs="Times New Roman"/>
                <w:sz w:val="24"/>
                <w:szCs w:val="24"/>
              </w:rPr>
            </w:pPr>
            <w:r w:rsidRPr="00CB6317">
              <w:rPr>
                <w:rFonts w:cs="Times New Roman"/>
                <w:sz w:val="24"/>
                <w:szCs w:val="24"/>
              </w:rPr>
              <w:t>Кереш контроль эш.</w:t>
            </w:r>
            <w:r>
              <w:rPr>
                <w:rFonts w:cs="Times New Roman"/>
                <w:sz w:val="24"/>
                <w:szCs w:val="24"/>
              </w:rPr>
              <w:t xml:space="preserve"> Входная контрольная работа. </w:t>
            </w:r>
            <w:r w:rsidRPr="00CB6317">
              <w:rPr>
                <w:rFonts w:cs="Times New Roman"/>
                <w:sz w:val="24"/>
                <w:szCs w:val="24"/>
              </w:rPr>
              <w:t>Диктант.</w:t>
            </w:r>
          </w:p>
        </w:tc>
        <w:tc>
          <w:tcPr>
            <w:tcW w:w="992" w:type="dxa"/>
          </w:tcPr>
          <w:p w14:paraId="0FFB9846" w14:textId="77777777" w:rsidR="00AA2478" w:rsidRPr="00512024" w:rsidRDefault="00AA2478" w:rsidP="00AA2478">
            <w:pPr>
              <w:jc w:val="center"/>
              <w:rPr>
                <w:rFonts w:cs="Times New Roman"/>
                <w:sz w:val="24"/>
                <w:szCs w:val="24"/>
                <w:lang w:val="tt-RU"/>
              </w:rPr>
            </w:pPr>
          </w:p>
        </w:tc>
        <w:tc>
          <w:tcPr>
            <w:tcW w:w="992" w:type="dxa"/>
          </w:tcPr>
          <w:p w14:paraId="420D71D2" w14:textId="77777777" w:rsidR="00AA2478" w:rsidRPr="00512024" w:rsidRDefault="00AA2478" w:rsidP="00AA2478">
            <w:pPr>
              <w:jc w:val="left"/>
              <w:rPr>
                <w:rFonts w:cs="Times New Roman"/>
                <w:sz w:val="24"/>
                <w:szCs w:val="24"/>
                <w:lang w:val="tt-RU"/>
              </w:rPr>
            </w:pPr>
          </w:p>
        </w:tc>
        <w:tc>
          <w:tcPr>
            <w:tcW w:w="1134" w:type="dxa"/>
          </w:tcPr>
          <w:p w14:paraId="18D46E91" w14:textId="77777777" w:rsidR="00AA2478" w:rsidRPr="00512024" w:rsidRDefault="00AA2478" w:rsidP="00AA2478">
            <w:pPr>
              <w:jc w:val="left"/>
              <w:rPr>
                <w:rFonts w:cs="Times New Roman"/>
                <w:sz w:val="24"/>
                <w:szCs w:val="24"/>
                <w:lang w:val="tt-RU"/>
              </w:rPr>
            </w:pPr>
          </w:p>
        </w:tc>
        <w:tc>
          <w:tcPr>
            <w:tcW w:w="3969" w:type="dxa"/>
          </w:tcPr>
          <w:p w14:paraId="28A26C05" w14:textId="77777777" w:rsidR="00AA2478" w:rsidRPr="00145A4E" w:rsidRDefault="00AA2478" w:rsidP="00AA2478">
            <w:pPr>
              <w:jc w:val="center"/>
              <w:rPr>
                <w:rFonts w:cs="Times New Roman"/>
                <w:b/>
                <w:sz w:val="16"/>
                <w:szCs w:val="16"/>
                <w:lang w:val="tt-RU"/>
              </w:rPr>
            </w:pPr>
          </w:p>
        </w:tc>
      </w:tr>
      <w:tr w:rsidR="00AA2478" w:rsidRPr="00600724" w14:paraId="18180726" w14:textId="77777777" w:rsidTr="00AA2478">
        <w:trPr>
          <w:trHeight w:val="422"/>
        </w:trPr>
        <w:tc>
          <w:tcPr>
            <w:tcW w:w="965" w:type="dxa"/>
          </w:tcPr>
          <w:p w14:paraId="58406903"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3A098DCE" w14:textId="77777777" w:rsidR="00AA2478" w:rsidRPr="00512024" w:rsidRDefault="00AA2478" w:rsidP="00AA2478">
            <w:pPr>
              <w:jc w:val="left"/>
              <w:rPr>
                <w:rFonts w:cs="Times New Roman"/>
                <w:sz w:val="24"/>
                <w:szCs w:val="24"/>
                <w:lang w:val="tt-RU"/>
              </w:rPr>
            </w:pPr>
            <w:r w:rsidRPr="00512024">
              <w:rPr>
                <w:rFonts w:eastAsia="Calibri" w:cs="Times New Roman"/>
                <w:sz w:val="24"/>
                <w:szCs w:val="24"/>
              </w:rPr>
              <w:t>Закон сингармонизма в татарском языке. /</w:t>
            </w:r>
            <w:r w:rsidRPr="00512024">
              <w:rPr>
                <w:rFonts w:cs="Times New Roman"/>
                <w:sz w:val="24"/>
                <w:szCs w:val="24"/>
                <w:lang w:val="tt-RU"/>
              </w:rPr>
              <w:t xml:space="preserve">Сингармонизм законы </w:t>
            </w:r>
          </w:p>
          <w:p w14:paraId="1B91D907" w14:textId="77777777" w:rsidR="00AA2478" w:rsidRPr="00512024" w:rsidRDefault="00AA2478" w:rsidP="00AA2478">
            <w:pPr>
              <w:jc w:val="left"/>
              <w:rPr>
                <w:rFonts w:cs="Times New Roman"/>
                <w:sz w:val="24"/>
                <w:szCs w:val="24"/>
                <w:lang w:val="tt-RU"/>
              </w:rPr>
            </w:pPr>
          </w:p>
          <w:p w14:paraId="453F9611" w14:textId="77777777" w:rsidR="00AA2478" w:rsidRPr="00512024" w:rsidRDefault="00AA2478" w:rsidP="00AA2478">
            <w:pPr>
              <w:jc w:val="left"/>
              <w:rPr>
                <w:rFonts w:cs="Times New Roman"/>
                <w:sz w:val="24"/>
                <w:szCs w:val="24"/>
                <w:lang w:val="tt-RU"/>
              </w:rPr>
            </w:pPr>
          </w:p>
        </w:tc>
        <w:tc>
          <w:tcPr>
            <w:tcW w:w="992" w:type="dxa"/>
          </w:tcPr>
          <w:p w14:paraId="336CF0AE"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p w14:paraId="755A0944" w14:textId="77777777" w:rsidR="00AA2478" w:rsidRPr="00512024" w:rsidRDefault="00AA2478" w:rsidP="00AA2478">
            <w:pPr>
              <w:jc w:val="center"/>
              <w:rPr>
                <w:rFonts w:cs="Times New Roman"/>
                <w:sz w:val="24"/>
                <w:szCs w:val="24"/>
                <w:lang w:val="tt-RU"/>
              </w:rPr>
            </w:pPr>
          </w:p>
        </w:tc>
        <w:tc>
          <w:tcPr>
            <w:tcW w:w="992" w:type="dxa"/>
          </w:tcPr>
          <w:p w14:paraId="1A226F8A" w14:textId="77777777" w:rsidR="00AA2478" w:rsidRPr="00512024" w:rsidRDefault="00AA2478" w:rsidP="00AA2478">
            <w:pPr>
              <w:jc w:val="left"/>
              <w:rPr>
                <w:rFonts w:cs="Times New Roman"/>
                <w:sz w:val="24"/>
                <w:szCs w:val="24"/>
                <w:lang w:val="tt-RU"/>
              </w:rPr>
            </w:pPr>
          </w:p>
        </w:tc>
        <w:tc>
          <w:tcPr>
            <w:tcW w:w="1134" w:type="dxa"/>
          </w:tcPr>
          <w:p w14:paraId="361DC219" w14:textId="77777777" w:rsidR="00AA2478" w:rsidRPr="00512024" w:rsidRDefault="00AA2478" w:rsidP="00AA2478">
            <w:pPr>
              <w:jc w:val="left"/>
              <w:rPr>
                <w:rFonts w:cs="Times New Roman"/>
                <w:sz w:val="24"/>
                <w:szCs w:val="24"/>
                <w:lang w:val="tt-RU"/>
              </w:rPr>
            </w:pPr>
          </w:p>
        </w:tc>
        <w:tc>
          <w:tcPr>
            <w:tcW w:w="3969" w:type="dxa"/>
          </w:tcPr>
          <w:p w14:paraId="2EABFF11" w14:textId="77777777" w:rsidR="00AA2478" w:rsidRPr="00145A4E" w:rsidRDefault="00863D41" w:rsidP="00AA2478">
            <w:pPr>
              <w:jc w:val="center"/>
              <w:rPr>
                <w:rFonts w:cs="Times New Roman"/>
                <w:b/>
                <w:sz w:val="16"/>
                <w:szCs w:val="16"/>
                <w:lang w:val="tt-RU"/>
              </w:rPr>
            </w:pPr>
            <w:hyperlink r:id="rId48" w:history="1">
              <w:r w:rsidR="00AA2478" w:rsidRPr="00145A4E">
                <w:rPr>
                  <w:rStyle w:val="af2"/>
                  <w:rFonts w:cs="Times New Roman"/>
                  <w:b/>
                  <w:sz w:val="16"/>
                  <w:szCs w:val="16"/>
                  <w:lang w:val="tt-RU"/>
                </w:rPr>
                <w:t>https://mon.tatarstan.ru/razrabotki-urokov-po-rodnomu-tatarskomu-yaziku-i.htm</w:t>
              </w:r>
            </w:hyperlink>
          </w:p>
          <w:p w14:paraId="1764FBAE" w14:textId="77777777" w:rsidR="00AA2478" w:rsidRPr="00145A4E" w:rsidRDefault="00AA2478" w:rsidP="00AA2478">
            <w:pPr>
              <w:jc w:val="center"/>
              <w:rPr>
                <w:rFonts w:cs="Times New Roman"/>
                <w:b/>
                <w:sz w:val="16"/>
                <w:szCs w:val="16"/>
                <w:lang w:val="tt-RU"/>
              </w:rPr>
            </w:pPr>
          </w:p>
        </w:tc>
      </w:tr>
      <w:tr w:rsidR="00AA2478" w:rsidRPr="00600724" w14:paraId="1F3EB6AB" w14:textId="77777777" w:rsidTr="00AA2478">
        <w:trPr>
          <w:trHeight w:val="422"/>
        </w:trPr>
        <w:tc>
          <w:tcPr>
            <w:tcW w:w="965" w:type="dxa"/>
          </w:tcPr>
          <w:p w14:paraId="6CD6F479"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D6DC497" w14:textId="77777777" w:rsidR="00AA2478" w:rsidRPr="00CB6317" w:rsidRDefault="00AA2478" w:rsidP="00AA2478">
            <w:pPr>
              <w:jc w:val="left"/>
              <w:rPr>
                <w:rFonts w:eastAsia="Calibri" w:cs="Times New Roman"/>
                <w:sz w:val="24"/>
                <w:szCs w:val="24"/>
                <w:lang w:val="tt-RU"/>
              </w:rPr>
            </w:pPr>
            <w:r w:rsidRPr="00CB6317">
              <w:rPr>
                <w:rFonts w:eastAsia="Calibri" w:cs="Times New Roman"/>
                <w:sz w:val="24"/>
                <w:szCs w:val="24"/>
                <w:lang w:val="tt-RU"/>
              </w:rPr>
              <w:t>Сингармонизмның төрләре. Рәт гармониясе, ирен гармониясе</w:t>
            </w:r>
          </w:p>
        </w:tc>
        <w:tc>
          <w:tcPr>
            <w:tcW w:w="992" w:type="dxa"/>
          </w:tcPr>
          <w:p w14:paraId="471B876F" w14:textId="77777777" w:rsidR="00AA2478" w:rsidRPr="00512024" w:rsidRDefault="00AA2478" w:rsidP="00AA2478">
            <w:pPr>
              <w:jc w:val="center"/>
              <w:rPr>
                <w:rFonts w:cs="Times New Roman"/>
                <w:sz w:val="24"/>
                <w:szCs w:val="24"/>
                <w:lang w:val="tt-RU"/>
              </w:rPr>
            </w:pPr>
          </w:p>
        </w:tc>
        <w:tc>
          <w:tcPr>
            <w:tcW w:w="992" w:type="dxa"/>
          </w:tcPr>
          <w:p w14:paraId="0627781B" w14:textId="77777777" w:rsidR="00AA2478" w:rsidRPr="00512024" w:rsidRDefault="00AA2478" w:rsidP="00AA2478">
            <w:pPr>
              <w:jc w:val="left"/>
              <w:rPr>
                <w:rFonts w:cs="Times New Roman"/>
                <w:sz w:val="24"/>
                <w:szCs w:val="24"/>
                <w:lang w:val="tt-RU"/>
              </w:rPr>
            </w:pPr>
          </w:p>
        </w:tc>
        <w:tc>
          <w:tcPr>
            <w:tcW w:w="1134" w:type="dxa"/>
          </w:tcPr>
          <w:p w14:paraId="333761ED" w14:textId="77777777" w:rsidR="00AA2478" w:rsidRPr="00512024" w:rsidRDefault="00AA2478" w:rsidP="00AA2478">
            <w:pPr>
              <w:jc w:val="left"/>
              <w:rPr>
                <w:rFonts w:cs="Times New Roman"/>
                <w:sz w:val="24"/>
                <w:szCs w:val="24"/>
                <w:lang w:val="tt-RU"/>
              </w:rPr>
            </w:pPr>
          </w:p>
        </w:tc>
        <w:tc>
          <w:tcPr>
            <w:tcW w:w="3969" w:type="dxa"/>
          </w:tcPr>
          <w:p w14:paraId="6EB48AD3" w14:textId="77777777" w:rsidR="00AA2478" w:rsidRPr="00CB6317" w:rsidRDefault="00AA2478" w:rsidP="00AA2478">
            <w:pPr>
              <w:jc w:val="center"/>
              <w:rPr>
                <w:lang w:val="tt-RU"/>
              </w:rPr>
            </w:pPr>
          </w:p>
        </w:tc>
      </w:tr>
      <w:tr w:rsidR="00AA2478" w:rsidRPr="00925DBC" w14:paraId="62DD56DA" w14:textId="77777777" w:rsidTr="00AA2478">
        <w:tc>
          <w:tcPr>
            <w:tcW w:w="965" w:type="dxa"/>
          </w:tcPr>
          <w:p w14:paraId="43F274E5"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477B4690"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Сочинение</w:t>
            </w:r>
          </w:p>
        </w:tc>
        <w:tc>
          <w:tcPr>
            <w:tcW w:w="992" w:type="dxa"/>
          </w:tcPr>
          <w:p w14:paraId="5F4EE631"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70E1C482" w14:textId="77777777" w:rsidR="00AA2478" w:rsidRPr="00512024" w:rsidRDefault="00AA2478" w:rsidP="00AA2478">
            <w:pPr>
              <w:jc w:val="left"/>
              <w:rPr>
                <w:rFonts w:cs="Times New Roman"/>
                <w:sz w:val="24"/>
                <w:szCs w:val="24"/>
                <w:lang w:val="tt-RU"/>
              </w:rPr>
            </w:pPr>
          </w:p>
        </w:tc>
        <w:tc>
          <w:tcPr>
            <w:tcW w:w="1134" w:type="dxa"/>
          </w:tcPr>
          <w:p w14:paraId="203C9FD9" w14:textId="77777777" w:rsidR="00AA2478" w:rsidRPr="00512024" w:rsidRDefault="00AA2478" w:rsidP="00AA2478">
            <w:pPr>
              <w:jc w:val="left"/>
              <w:rPr>
                <w:rFonts w:cs="Times New Roman"/>
                <w:sz w:val="24"/>
                <w:szCs w:val="24"/>
                <w:lang w:val="tt-RU"/>
              </w:rPr>
            </w:pPr>
          </w:p>
        </w:tc>
        <w:tc>
          <w:tcPr>
            <w:tcW w:w="3969" w:type="dxa"/>
          </w:tcPr>
          <w:p w14:paraId="50CCFB9B" w14:textId="77777777" w:rsidR="00AA2478" w:rsidRPr="00145A4E" w:rsidRDefault="00AA2478" w:rsidP="00AA2478">
            <w:pPr>
              <w:jc w:val="center"/>
              <w:rPr>
                <w:rFonts w:cs="Times New Roman"/>
                <w:b/>
                <w:sz w:val="16"/>
                <w:szCs w:val="16"/>
                <w:lang w:val="tt-RU"/>
              </w:rPr>
            </w:pPr>
          </w:p>
        </w:tc>
      </w:tr>
      <w:tr w:rsidR="00AA2478" w:rsidRPr="00D43601" w14:paraId="07366081" w14:textId="77777777" w:rsidTr="00AA2478">
        <w:tc>
          <w:tcPr>
            <w:tcW w:w="965" w:type="dxa"/>
          </w:tcPr>
          <w:p w14:paraId="6059D876"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71D21CF4"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Работа с аудиотекстом/  Аудиотекст белән эшләү</w:t>
            </w:r>
          </w:p>
        </w:tc>
        <w:tc>
          <w:tcPr>
            <w:tcW w:w="992" w:type="dxa"/>
          </w:tcPr>
          <w:p w14:paraId="24ADA0AC"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33F9ACD8" w14:textId="77777777" w:rsidR="00AA2478" w:rsidRPr="00512024" w:rsidRDefault="00AA2478" w:rsidP="00AA2478">
            <w:pPr>
              <w:jc w:val="left"/>
              <w:rPr>
                <w:rFonts w:cs="Times New Roman"/>
                <w:sz w:val="24"/>
                <w:szCs w:val="24"/>
                <w:lang w:val="tt-RU"/>
              </w:rPr>
            </w:pPr>
          </w:p>
        </w:tc>
        <w:tc>
          <w:tcPr>
            <w:tcW w:w="1134" w:type="dxa"/>
          </w:tcPr>
          <w:p w14:paraId="0C68A374" w14:textId="77777777" w:rsidR="00AA2478" w:rsidRPr="00512024" w:rsidRDefault="00AA2478" w:rsidP="00AA2478">
            <w:pPr>
              <w:jc w:val="left"/>
              <w:rPr>
                <w:rFonts w:cs="Times New Roman"/>
                <w:sz w:val="24"/>
                <w:szCs w:val="24"/>
                <w:lang w:val="tt-RU"/>
              </w:rPr>
            </w:pPr>
          </w:p>
        </w:tc>
        <w:tc>
          <w:tcPr>
            <w:tcW w:w="3969" w:type="dxa"/>
          </w:tcPr>
          <w:p w14:paraId="25534979" w14:textId="77777777" w:rsidR="00AA2478" w:rsidRPr="00145A4E" w:rsidRDefault="00AA2478" w:rsidP="00AA2478">
            <w:pPr>
              <w:jc w:val="center"/>
              <w:rPr>
                <w:rFonts w:cs="Times New Roman"/>
                <w:b/>
                <w:sz w:val="16"/>
                <w:szCs w:val="16"/>
                <w:lang w:val="tt-RU"/>
              </w:rPr>
            </w:pPr>
          </w:p>
        </w:tc>
      </w:tr>
      <w:tr w:rsidR="00AA2478" w:rsidRPr="00600724" w14:paraId="3EEDF754" w14:textId="77777777" w:rsidTr="00AA2478">
        <w:trPr>
          <w:trHeight w:val="790"/>
        </w:trPr>
        <w:tc>
          <w:tcPr>
            <w:tcW w:w="965" w:type="dxa"/>
          </w:tcPr>
          <w:p w14:paraId="4C20FB85"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285E022C" w14:textId="77777777" w:rsidR="00AA2478" w:rsidRPr="00512024" w:rsidRDefault="00AA2478" w:rsidP="00AA2478">
            <w:pPr>
              <w:spacing w:line="360" w:lineRule="auto"/>
              <w:jc w:val="left"/>
              <w:rPr>
                <w:rFonts w:cs="Times New Roman"/>
                <w:sz w:val="24"/>
                <w:szCs w:val="24"/>
                <w:lang w:val="tt-RU"/>
              </w:rPr>
            </w:pPr>
            <w:r w:rsidRPr="00512024">
              <w:rPr>
                <w:rFonts w:eastAsia="Calibri" w:cs="Times New Roman"/>
                <w:sz w:val="24"/>
                <w:szCs w:val="24"/>
              </w:rPr>
              <w:t>Ударение и вид ударений. Случаи, когда ударение не сохраняется в собственных и заимствованных словах татарского языка./</w:t>
            </w:r>
            <w:r w:rsidRPr="00512024">
              <w:rPr>
                <w:rFonts w:cs="Times New Roman"/>
                <w:sz w:val="24"/>
                <w:szCs w:val="24"/>
                <w:lang w:val="tt-RU"/>
              </w:rPr>
              <w:t>Басым һәм аның төрләре.  Басым сүзнең соңгы иҗегенә төшми торган очраклар</w:t>
            </w:r>
          </w:p>
        </w:tc>
        <w:tc>
          <w:tcPr>
            <w:tcW w:w="992" w:type="dxa"/>
            <w:vMerge w:val="restart"/>
          </w:tcPr>
          <w:p w14:paraId="39861831"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p w14:paraId="685AF135" w14:textId="77777777" w:rsidR="00AA2478" w:rsidRPr="00512024" w:rsidRDefault="00AA2478" w:rsidP="00AA2478">
            <w:pPr>
              <w:jc w:val="center"/>
              <w:rPr>
                <w:rFonts w:cs="Times New Roman"/>
                <w:sz w:val="24"/>
                <w:szCs w:val="24"/>
                <w:lang w:val="tt-RU"/>
              </w:rPr>
            </w:pPr>
          </w:p>
          <w:p w14:paraId="03E45D31" w14:textId="77777777" w:rsidR="00AA2478" w:rsidRPr="00512024" w:rsidRDefault="00AA2478" w:rsidP="00AA2478">
            <w:pPr>
              <w:jc w:val="center"/>
              <w:rPr>
                <w:rFonts w:cs="Times New Roman"/>
                <w:sz w:val="24"/>
                <w:szCs w:val="24"/>
                <w:lang w:val="tt-RU"/>
              </w:rPr>
            </w:pPr>
          </w:p>
        </w:tc>
        <w:tc>
          <w:tcPr>
            <w:tcW w:w="992" w:type="dxa"/>
          </w:tcPr>
          <w:p w14:paraId="6AD7D998" w14:textId="77777777" w:rsidR="00AA2478" w:rsidRPr="00512024" w:rsidRDefault="00AA2478" w:rsidP="00AA2478">
            <w:pPr>
              <w:jc w:val="left"/>
              <w:rPr>
                <w:rFonts w:cs="Times New Roman"/>
                <w:sz w:val="24"/>
                <w:szCs w:val="24"/>
                <w:lang w:val="tt-RU"/>
              </w:rPr>
            </w:pPr>
          </w:p>
        </w:tc>
        <w:tc>
          <w:tcPr>
            <w:tcW w:w="1134" w:type="dxa"/>
          </w:tcPr>
          <w:p w14:paraId="75C39048" w14:textId="77777777" w:rsidR="00AA2478" w:rsidRPr="00512024" w:rsidRDefault="00AA2478" w:rsidP="00AA2478">
            <w:pPr>
              <w:jc w:val="left"/>
              <w:rPr>
                <w:rFonts w:cs="Times New Roman"/>
                <w:sz w:val="24"/>
                <w:szCs w:val="24"/>
                <w:lang w:val="tt-RU"/>
              </w:rPr>
            </w:pPr>
          </w:p>
        </w:tc>
        <w:tc>
          <w:tcPr>
            <w:tcW w:w="3969" w:type="dxa"/>
          </w:tcPr>
          <w:p w14:paraId="6A8301EE" w14:textId="77777777" w:rsidR="00AA2478" w:rsidRPr="00145A4E" w:rsidRDefault="00AA2478" w:rsidP="00AA2478">
            <w:pPr>
              <w:jc w:val="center"/>
              <w:rPr>
                <w:rFonts w:cs="Times New Roman"/>
                <w:b/>
                <w:sz w:val="16"/>
                <w:szCs w:val="16"/>
                <w:lang w:val="tt-RU"/>
              </w:rPr>
            </w:pPr>
            <w:r w:rsidRPr="00145A4E">
              <w:rPr>
                <w:rFonts w:cs="Times New Roman"/>
                <w:b/>
                <w:sz w:val="16"/>
                <w:szCs w:val="16"/>
                <w:lang w:val="tt-RU"/>
              </w:rPr>
              <w:t>http://antat.tatar/ru/iyli/publishing/book/2019/метод_4кл-новый.pdf</w:t>
            </w:r>
          </w:p>
        </w:tc>
      </w:tr>
      <w:tr w:rsidR="00AA2478" w:rsidRPr="00600724" w14:paraId="1D32CF55" w14:textId="77777777" w:rsidTr="00AA2478">
        <w:trPr>
          <w:trHeight w:val="790"/>
        </w:trPr>
        <w:tc>
          <w:tcPr>
            <w:tcW w:w="965" w:type="dxa"/>
          </w:tcPr>
          <w:p w14:paraId="4A36329F"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1C40E730" w14:textId="77777777" w:rsidR="00AA2478" w:rsidRPr="00512024" w:rsidRDefault="00AA2478" w:rsidP="00AA2478">
            <w:pPr>
              <w:spacing w:line="360" w:lineRule="auto"/>
              <w:jc w:val="left"/>
              <w:rPr>
                <w:rFonts w:eastAsia="Calibri" w:cs="Times New Roman"/>
                <w:sz w:val="24"/>
                <w:szCs w:val="24"/>
                <w:lang w:val="tt-RU"/>
              </w:rPr>
            </w:pPr>
          </w:p>
        </w:tc>
        <w:tc>
          <w:tcPr>
            <w:tcW w:w="992" w:type="dxa"/>
            <w:vMerge/>
          </w:tcPr>
          <w:p w14:paraId="00F1E5B9" w14:textId="77777777" w:rsidR="00AA2478" w:rsidRPr="00512024" w:rsidRDefault="00AA2478" w:rsidP="00AA2478">
            <w:pPr>
              <w:jc w:val="center"/>
              <w:rPr>
                <w:rFonts w:cs="Times New Roman"/>
                <w:sz w:val="24"/>
                <w:szCs w:val="24"/>
                <w:lang w:val="tt-RU"/>
              </w:rPr>
            </w:pPr>
          </w:p>
        </w:tc>
        <w:tc>
          <w:tcPr>
            <w:tcW w:w="992" w:type="dxa"/>
          </w:tcPr>
          <w:p w14:paraId="5B06900B" w14:textId="77777777" w:rsidR="00AA2478" w:rsidRPr="00512024" w:rsidRDefault="00AA2478" w:rsidP="00AA2478">
            <w:pPr>
              <w:jc w:val="left"/>
              <w:rPr>
                <w:rFonts w:cs="Times New Roman"/>
                <w:sz w:val="24"/>
                <w:szCs w:val="24"/>
                <w:lang w:val="tt-RU"/>
              </w:rPr>
            </w:pPr>
          </w:p>
        </w:tc>
        <w:tc>
          <w:tcPr>
            <w:tcW w:w="1134" w:type="dxa"/>
          </w:tcPr>
          <w:p w14:paraId="25D0EBC9" w14:textId="77777777" w:rsidR="00AA2478" w:rsidRPr="00512024" w:rsidRDefault="00AA2478" w:rsidP="00AA2478">
            <w:pPr>
              <w:jc w:val="left"/>
              <w:rPr>
                <w:rFonts w:cs="Times New Roman"/>
                <w:sz w:val="24"/>
                <w:szCs w:val="24"/>
                <w:lang w:val="tt-RU"/>
              </w:rPr>
            </w:pPr>
          </w:p>
        </w:tc>
        <w:tc>
          <w:tcPr>
            <w:tcW w:w="3969" w:type="dxa"/>
          </w:tcPr>
          <w:p w14:paraId="5AF251A3" w14:textId="77777777" w:rsidR="00AA2478" w:rsidRPr="00145A4E" w:rsidRDefault="00AA2478" w:rsidP="00AA2478">
            <w:pPr>
              <w:jc w:val="center"/>
              <w:rPr>
                <w:rFonts w:cs="Times New Roman"/>
                <w:b/>
                <w:sz w:val="16"/>
                <w:szCs w:val="16"/>
                <w:lang w:val="tt-RU"/>
              </w:rPr>
            </w:pPr>
          </w:p>
        </w:tc>
      </w:tr>
      <w:tr w:rsidR="00AA2478" w:rsidRPr="00925DBC" w14:paraId="01CEA6B8" w14:textId="77777777" w:rsidTr="00AA2478">
        <w:trPr>
          <w:trHeight w:val="599"/>
        </w:trPr>
        <w:tc>
          <w:tcPr>
            <w:tcW w:w="965" w:type="dxa"/>
          </w:tcPr>
          <w:p w14:paraId="41489FAF"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1A22D212" w14:textId="77777777" w:rsidR="00AA2478" w:rsidRPr="00CB6317" w:rsidRDefault="00AA2478" w:rsidP="00AA2478">
            <w:pPr>
              <w:jc w:val="left"/>
              <w:rPr>
                <w:rFonts w:cs="Times New Roman"/>
                <w:sz w:val="24"/>
                <w:szCs w:val="24"/>
                <w:lang w:val="tt-RU"/>
              </w:rPr>
            </w:pPr>
          </w:p>
          <w:p w14:paraId="44E1B9AE" w14:textId="77777777" w:rsidR="00AA2478" w:rsidRPr="00512024" w:rsidRDefault="00AA2478" w:rsidP="00AA2478">
            <w:pPr>
              <w:jc w:val="left"/>
              <w:rPr>
                <w:rFonts w:cs="Times New Roman"/>
                <w:sz w:val="24"/>
                <w:szCs w:val="24"/>
                <w:lang w:val="tt-RU"/>
              </w:rPr>
            </w:pPr>
            <w:r w:rsidRPr="00CB6317">
              <w:rPr>
                <w:rFonts w:cs="Times New Roman"/>
                <w:sz w:val="24"/>
                <w:szCs w:val="24"/>
                <w:lang w:val="tt-RU"/>
              </w:rPr>
              <w:t>Логик басым</w:t>
            </w:r>
          </w:p>
        </w:tc>
        <w:tc>
          <w:tcPr>
            <w:tcW w:w="992" w:type="dxa"/>
          </w:tcPr>
          <w:p w14:paraId="229D2A72" w14:textId="77777777" w:rsidR="00AA2478" w:rsidRPr="00512024" w:rsidRDefault="00AA2478" w:rsidP="00AA2478">
            <w:pPr>
              <w:jc w:val="center"/>
              <w:rPr>
                <w:rFonts w:cs="Times New Roman"/>
                <w:sz w:val="24"/>
                <w:szCs w:val="24"/>
                <w:lang w:val="tt-RU"/>
              </w:rPr>
            </w:pPr>
          </w:p>
        </w:tc>
        <w:tc>
          <w:tcPr>
            <w:tcW w:w="992" w:type="dxa"/>
          </w:tcPr>
          <w:p w14:paraId="02720FEA" w14:textId="77777777" w:rsidR="00AA2478" w:rsidRPr="00512024" w:rsidRDefault="00AA2478" w:rsidP="00AA2478">
            <w:pPr>
              <w:jc w:val="left"/>
              <w:rPr>
                <w:rFonts w:cs="Times New Roman"/>
                <w:sz w:val="24"/>
                <w:szCs w:val="24"/>
                <w:lang w:val="tt-RU"/>
              </w:rPr>
            </w:pPr>
          </w:p>
        </w:tc>
        <w:tc>
          <w:tcPr>
            <w:tcW w:w="1134" w:type="dxa"/>
          </w:tcPr>
          <w:p w14:paraId="6CD935D5" w14:textId="77777777" w:rsidR="00AA2478" w:rsidRPr="00512024" w:rsidRDefault="00AA2478" w:rsidP="00AA2478">
            <w:pPr>
              <w:jc w:val="left"/>
              <w:rPr>
                <w:rFonts w:cs="Times New Roman"/>
                <w:sz w:val="24"/>
                <w:szCs w:val="24"/>
                <w:lang w:val="tt-RU"/>
              </w:rPr>
            </w:pPr>
          </w:p>
        </w:tc>
        <w:tc>
          <w:tcPr>
            <w:tcW w:w="3969" w:type="dxa"/>
          </w:tcPr>
          <w:p w14:paraId="63F32490" w14:textId="77777777" w:rsidR="00AA2478" w:rsidRPr="00145A4E" w:rsidRDefault="00AA2478" w:rsidP="00AA2478">
            <w:pPr>
              <w:jc w:val="center"/>
              <w:rPr>
                <w:rFonts w:cs="Times New Roman"/>
                <w:b/>
                <w:sz w:val="16"/>
                <w:szCs w:val="16"/>
                <w:lang w:val="tt-RU"/>
              </w:rPr>
            </w:pPr>
          </w:p>
        </w:tc>
      </w:tr>
      <w:tr w:rsidR="00AA2478" w:rsidRPr="00925DBC" w14:paraId="06084124" w14:textId="77777777" w:rsidTr="00AA2478">
        <w:trPr>
          <w:trHeight w:val="599"/>
        </w:trPr>
        <w:tc>
          <w:tcPr>
            <w:tcW w:w="965" w:type="dxa"/>
          </w:tcPr>
          <w:p w14:paraId="6FDEA4BA"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4B626324"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Транскрипция</w:t>
            </w:r>
          </w:p>
          <w:p w14:paraId="18823851" w14:textId="77777777" w:rsidR="00AA2478" w:rsidRPr="00512024" w:rsidRDefault="00AA2478" w:rsidP="00AA2478">
            <w:pPr>
              <w:jc w:val="left"/>
              <w:rPr>
                <w:rFonts w:cs="Times New Roman"/>
                <w:sz w:val="24"/>
                <w:szCs w:val="24"/>
                <w:lang w:val="tt-RU"/>
              </w:rPr>
            </w:pPr>
          </w:p>
        </w:tc>
        <w:tc>
          <w:tcPr>
            <w:tcW w:w="992" w:type="dxa"/>
          </w:tcPr>
          <w:p w14:paraId="56B745E7"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p w14:paraId="50019DE3" w14:textId="77777777" w:rsidR="00AA2478" w:rsidRPr="00512024" w:rsidRDefault="00AA2478" w:rsidP="00AA2478">
            <w:pPr>
              <w:jc w:val="center"/>
              <w:rPr>
                <w:rFonts w:cs="Times New Roman"/>
                <w:sz w:val="24"/>
                <w:szCs w:val="24"/>
                <w:lang w:val="tt-RU"/>
              </w:rPr>
            </w:pPr>
          </w:p>
        </w:tc>
        <w:tc>
          <w:tcPr>
            <w:tcW w:w="992" w:type="dxa"/>
          </w:tcPr>
          <w:p w14:paraId="6912E7AD" w14:textId="77777777" w:rsidR="00AA2478" w:rsidRPr="00512024" w:rsidRDefault="00AA2478" w:rsidP="00AA2478">
            <w:pPr>
              <w:jc w:val="left"/>
              <w:rPr>
                <w:rFonts w:cs="Times New Roman"/>
                <w:sz w:val="24"/>
                <w:szCs w:val="24"/>
                <w:lang w:val="tt-RU"/>
              </w:rPr>
            </w:pPr>
          </w:p>
        </w:tc>
        <w:tc>
          <w:tcPr>
            <w:tcW w:w="1134" w:type="dxa"/>
          </w:tcPr>
          <w:p w14:paraId="154ECC5D" w14:textId="77777777" w:rsidR="00AA2478" w:rsidRPr="00512024" w:rsidRDefault="00AA2478" w:rsidP="00AA2478">
            <w:pPr>
              <w:jc w:val="left"/>
              <w:rPr>
                <w:rFonts w:cs="Times New Roman"/>
                <w:sz w:val="24"/>
                <w:szCs w:val="24"/>
                <w:lang w:val="tt-RU"/>
              </w:rPr>
            </w:pPr>
          </w:p>
        </w:tc>
        <w:tc>
          <w:tcPr>
            <w:tcW w:w="3969" w:type="dxa"/>
          </w:tcPr>
          <w:p w14:paraId="0B02D093" w14:textId="77777777" w:rsidR="00AA2478" w:rsidRPr="00145A4E" w:rsidRDefault="00AA2478" w:rsidP="00AA2478">
            <w:pPr>
              <w:jc w:val="center"/>
              <w:rPr>
                <w:rFonts w:cs="Times New Roman"/>
                <w:b/>
                <w:sz w:val="16"/>
                <w:szCs w:val="16"/>
                <w:lang w:val="tt-RU"/>
              </w:rPr>
            </w:pPr>
          </w:p>
        </w:tc>
      </w:tr>
      <w:tr w:rsidR="00AA2478" w:rsidRPr="00925DBC" w14:paraId="49DC9144" w14:textId="77777777" w:rsidTr="00AA2478">
        <w:trPr>
          <w:trHeight w:val="599"/>
        </w:trPr>
        <w:tc>
          <w:tcPr>
            <w:tcW w:w="965" w:type="dxa"/>
          </w:tcPr>
          <w:p w14:paraId="05B7BC3A"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74BCAEBF" w14:textId="77777777" w:rsidR="00AA2478" w:rsidRPr="00512024" w:rsidRDefault="00AA2478" w:rsidP="00AA2478">
            <w:pPr>
              <w:jc w:val="left"/>
              <w:rPr>
                <w:rFonts w:cs="Times New Roman"/>
                <w:sz w:val="24"/>
                <w:szCs w:val="24"/>
                <w:lang w:val="tt-RU"/>
              </w:rPr>
            </w:pPr>
            <w:r w:rsidRPr="00CB6317">
              <w:rPr>
                <w:rFonts w:cs="Times New Roman"/>
                <w:sz w:val="24"/>
                <w:szCs w:val="24"/>
                <w:lang w:val="tt-RU"/>
              </w:rPr>
              <w:t>Сүзгә фонетик анализ ясау</w:t>
            </w:r>
          </w:p>
        </w:tc>
        <w:tc>
          <w:tcPr>
            <w:tcW w:w="992" w:type="dxa"/>
          </w:tcPr>
          <w:p w14:paraId="0588BFA4" w14:textId="77777777" w:rsidR="00AA2478" w:rsidRPr="00512024" w:rsidRDefault="00AA2478" w:rsidP="00AA2478">
            <w:pPr>
              <w:jc w:val="center"/>
              <w:rPr>
                <w:rFonts w:cs="Times New Roman"/>
                <w:sz w:val="24"/>
                <w:szCs w:val="24"/>
                <w:lang w:val="tt-RU"/>
              </w:rPr>
            </w:pPr>
          </w:p>
        </w:tc>
        <w:tc>
          <w:tcPr>
            <w:tcW w:w="992" w:type="dxa"/>
          </w:tcPr>
          <w:p w14:paraId="6A2C9991" w14:textId="77777777" w:rsidR="00AA2478" w:rsidRPr="00512024" w:rsidRDefault="00AA2478" w:rsidP="00AA2478">
            <w:pPr>
              <w:jc w:val="left"/>
              <w:rPr>
                <w:rFonts w:cs="Times New Roman"/>
                <w:sz w:val="24"/>
                <w:szCs w:val="24"/>
                <w:lang w:val="tt-RU"/>
              </w:rPr>
            </w:pPr>
          </w:p>
        </w:tc>
        <w:tc>
          <w:tcPr>
            <w:tcW w:w="1134" w:type="dxa"/>
          </w:tcPr>
          <w:p w14:paraId="4C0C4936" w14:textId="77777777" w:rsidR="00AA2478" w:rsidRPr="00512024" w:rsidRDefault="00AA2478" w:rsidP="00AA2478">
            <w:pPr>
              <w:jc w:val="left"/>
              <w:rPr>
                <w:rFonts w:cs="Times New Roman"/>
                <w:sz w:val="24"/>
                <w:szCs w:val="24"/>
                <w:lang w:val="tt-RU"/>
              </w:rPr>
            </w:pPr>
          </w:p>
        </w:tc>
        <w:tc>
          <w:tcPr>
            <w:tcW w:w="3969" w:type="dxa"/>
          </w:tcPr>
          <w:p w14:paraId="0E6167EC" w14:textId="77777777" w:rsidR="00AA2478" w:rsidRPr="00145A4E" w:rsidRDefault="00AA2478" w:rsidP="00AA2478">
            <w:pPr>
              <w:jc w:val="center"/>
              <w:rPr>
                <w:rFonts w:cs="Times New Roman"/>
                <w:b/>
                <w:sz w:val="16"/>
                <w:szCs w:val="16"/>
                <w:lang w:val="tt-RU"/>
              </w:rPr>
            </w:pPr>
          </w:p>
        </w:tc>
      </w:tr>
      <w:tr w:rsidR="00AA2478" w:rsidRPr="00925DBC" w14:paraId="188FD73B" w14:textId="77777777" w:rsidTr="00AA2478">
        <w:tc>
          <w:tcPr>
            <w:tcW w:w="965" w:type="dxa"/>
          </w:tcPr>
          <w:p w14:paraId="2DBDB0F3"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613A2C8C"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Повторение/ Кабатлау</w:t>
            </w:r>
          </w:p>
        </w:tc>
        <w:tc>
          <w:tcPr>
            <w:tcW w:w="992" w:type="dxa"/>
          </w:tcPr>
          <w:p w14:paraId="0FCBE1A3"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r w:rsidRPr="00512024">
              <w:rPr>
                <w:rFonts w:cs="Times New Roman"/>
                <w:sz w:val="24"/>
                <w:szCs w:val="24"/>
                <w:lang w:val="en-US"/>
              </w:rPr>
              <w:t xml:space="preserve"> </w:t>
            </w:r>
          </w:p>
        </w:tc>
        <w:tc>
          <w:tcPr>
            <w:tcW w:w="992" w:type="dxa"/>
          </w:tcPr>
          <w:p w14:paraId="1B9BD779" w14:textId="77777777" w:rsidR="00AA2478" w:rsidRPr="00512024" w:rsidRDefault="00AA2478" w:rsidP="00AA2478">
            <w:pPr>
              <w:jc w:val="left"/>
              <w:rPr>
                <w:rFonts w:cs="Times New Roman"/>
                <w:sz w:val="24"/>
                <w:szCs w:val="24"/>
                <w:lang w:val="tt-RU"/>
              </w:rPr>
            </w:pPr>
          </w:p>
        </w:tc>
        <w:tc>
          <w:tcPr>
            <w:tcW w:w="1134" w:type="dxa"/>
          </w:tcPr>
          <w:p w14:paraId="44A60BB5" w14:textId="77777777" w:rsidR="00AA2478" w:rsidRPr="00512024" w:rsidRDefault="00AA2478" w:rsidP="00AA2478">
            <w:pPr>
              <w:jc w:val="left"/>
              <w:rPr>
                <w:rFonts w:cs="Times New Roman"/>
                <w:sz w:val="24"/>
                <w:szCs w:val="24"/>
                <w:lang w:val="tt-RU"/>
              </w:rPr>
            </w:pPr>
          </w:p>
        </w:tc>
        <w:tc>
          <w:tcPr>
            <w:tcW w:w="3969" w:type="dxa"/>
          </w:tcPr>
          <w:p w14:paraId="311BF4EC" w14:textId="77777777" w:rsidR="00AA2478" w:rsidRPr="00145A4E" w:rsidRDefault="00AA2478" w:rsidP="00AA2478">
            <w:pPr>
              <w:jc w:val="center"/>
              <w:rPr>
                <w:rFonts w:cs="Times New Roman"/>
                <w:b/>
                <w:sz w:val="16"/>
                <w:szCs w:val="16"/>
                <w:lang w:val="tt-RU"/>
              </w:rPr>
            </w:pPr>
          </w:p>
        </w:tc>
      </w:tr>
      <w:tr w:rsidR="00AA2478" w:rsidRPr="00925DBC" w14:paraId="15725FED" w14:textId="77777777" w:rsidTr="00AA2478">
        <w:tc>
          <w:tcPr>
            <w:tcW w:w="965" w:type="dxa"/>
          </w:tcPr>
          <w:p w14:paraId="6140AF93"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99C7CA3"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Сдоварный диктант/ Сүзлек диктанты</w:t>
            </w:r>
          </w:p>
        </w:tc>
        <w:tc>
          <w:tcPr>
            <w:tcW w:w="992" w:type="dxa"/>
          </w:tcPr>
          <w:p w14:paraId="536631B6"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128DEB50" w14:textId="77777777" w:rsidR="00AA2478" w:rsidRPr="00512024" w:rsidRDefault="00AA2478" w:rsidP="00AA2478">
            <w:pPr>
              <w:jc w:val="left"/>
              <w:rPr>
                <w:rFonts w:cs="Times New Roman"/>
                <w:sz w:val="24"/>
                <w:szCs w:val="24"/>
                <w:lang w:val="tt-RU"/>
              </w:rPr>
            </w:pPr>
          </w:p>
        </w:tc>
        <w:tc>
          <w:tcPr>
            <w:tcW w:w="1134" w:type="dxa"/>
          </w:tcPr>
          <w:p w14:paraId="69890785" w14:textId="77777777" w:rsidR="00AA2478" w:rsidRPr="00512024" w:rsidRDefault="00AA2478" w:rsidP="00AA2478">
            <w:pPr>
              <w:jc w:val="left"/>
              <w:rPr>
                <w:rFonts w:cs="Times New Roman"/>
                <w:sz w:val="24"/>
                <w:szCs w:val="24"/>
                <w:lang w:val="tt-RU"/>
              </w:rPr>
            </w:pPr>
          </w:p>
        </w:tc>
        <w:tc>
          <w:tcPr>
            <w:tcW w:w="3969" w:type="dxa"/>
          </w:tcPr>
          <w:p w14:paraId="48F260A4" w14:textId="77777777" w:rsidR="00AA2478" w:rsidRPr="00145A4E" w:rsidRDefault="00AA2478" w:rsidP="00AA2478">
            <w:pPr>
              <w:jc w:val="center"/>
              <w:rPr>
                <w:rFonts w:cs="Times New Roman"/>
                <w:b/>
                <w:sz w:val="16"/>
                <w:szCs w:val="16"/>
                <w:lang w:val="tt-RU"/>
              </w:rPr>
            </w:pPr>
          </w:p>
        </w:tc>
      </w:tr>
      <w:tr w:rsidR="00AA2478" w:rsidRPr="00600724" w14:paraId="487BBD16" w14:textId="77777777" w:rsidTr="00AA2478">
        <w:trPr>
          <w:trHeight w:val="770"/>
        </w:trPr>
        <w:tc>
          <w:tcPr>
            <w:tcW w:w="965" w:type="dxa"/>
          </w:tcPr>
          <w:p w14:paraId="5FD6D399"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4F807FE1" w14:textId="77777777" w:rsidR="00AA2478" w:rsidRPr="00512024" w:rsidRDefault="00AA2478" w:rsidP="00AA2478">
            <w:pPr>
              <w:jc w:val="left"/>
              <w:rPr>
                <w:rFonts w:cs="Times New Roman"/>
                <w:sz w:val="24"/>
                <w:szCs w:val="24"/>
                <w:lang w:val="tt-RU"/>
              </w:rPr>
            </w:pPr>
            <w:r w:rsidRPr="00512024">
              <w:rPr>
                <w:rFonts w:eastAsia="Calibri" w:cs="Times New Roman"/>
                <w:sz w:val="24"/>
                <w:szCs w:val="24"/>
              </w:rPr>
              <w:t xml:space="preserve">Исконные слова в татарском языке. Заимствования в татарском языке и правописание./ </w:t>
            </w:r>
            <w:r w:rsidRPr="00512024">
              <w:rPr>
                <w:rFonts w:cs="Times New Roman"/>
                <w:sz w:val="24"/>
                <w:szCs w:val="24"/>
                <w:lang w:val="tt-RU"/>
              </w:rPr>
              <w:t>Алынма сүзләр һәм аларның язылышы. Татар теленең үз сүзләре</w:t>
            </w:r>
          </w:p>
        </w:tc>
        <w:tc>
          <w:tcPr>
            <w:tcW w:w="992" w:type="dxa"/>
            <w:vMerge w:val="restart"/>
          </w:tcPr>
          <w:p w14:paraId="0FB6B8C7"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3</w:t>
            </w:r>
          </w:p>
          <w:p w14:paraId="6FDB5C31" w14:textId="77777777" w:rsidR="00AA2478" w:rsidRPr="00512024" w:rsidRDefault="00AA2478" w:rsidP="00AA2478">
            <w:pPr>
              <w:jc w:val="center"/>
              <w:rPr>
                <w:rFonts w:cs="Times New Roman"/>
                <w:sz w:val="24"/>
                <w:szCs w:val="24"/>
                <w:lang w:val="tt-RU"/>
              </w:rPr>
            </w:pPr>
          </w:p>
          <w:p w14:paraId="4D6CC2F4" w14:textId="77777777" w:rsidR="00AA2478" w:rsidRPr="00512024" w:rsidRDefault="00AA2478" w:rsidP="00AA2478">
            <w:pPr>
              <w:jc w:val="center"/>
              <w:rPr>
                <w:rFonts w:cs="Times New Roman"/>
                <w:sz w:val="24"/>
                <w:szCs w:val="24"/>
                <w:lang w:val="tt-RU"/>
              </w:rPr>
            </w:pPr>
          </w:p>
          <w:p w14:paraId="607FEDEB" w14:textId="77777777" w:rsidR="00AA2478" w:rsidRPr="00512024" w:rsidRDefault="00AA2478" w:rsidP="00AA2478">
            <w:pPr>
              <w:jc w:val="center"/>
              <w:rPr>
                <w:rFonts w:cs="Times New Roman"/>
                <w:sz w:val="24"/>
                <w:szCs w:val="24"/>
                <w:lang w:val="tt-RU"/>
              </w:rPr>
            </w:pPr>
          </w:p>
        </w:tc>
        <w:tc>
          <w:tcPr>
            <w:tcW w:w="992" w:type="dxa"/>
          </w:tcPr>
          <w:p w14:paraId="26D74410" w14:textId="77777777" w:rsidR="00AA2478" w:rsidRPr="00512024" w:rsidRDefault="00AA2478" w:rsidP="00AA2478">
            <w:pPr>
              <w:jc w:val="left"/>
              <w:rPr>
                <w:rFonts w:cs="Times New Roman"/>
                <w:sz w:val="24"/>
                <w:szCs w:val="24"/>
                <w:lang w:val="tt-RU"/>
              </w:rPr>
            </w:pPr>
          </w:p>
        </w:tc>
        <w:tc>
          <w:tcPr>
            <w:tcW w:w="1134" w:type="dxa"/>
          </w:tcPr>
          <w:p w14:paraId="2B5ADEAC" w14:textId="77777777" w:rsidR="00AA2478" w:rsidRPr="00512024" w:rsidRDefault="00AA2478" w:rsidP="00AA2478">
            <w:pPr>
              <w:jc w:val="left"/>
              <w:rPr>
                <w:rFonts w:cs="Times New Roman"/>
                <w:sz w:val="24"/>
                <w:szCs w:val="24"/>
                <w:lang w:val="tt-RU"/>
              </w:rPr>
            </w:pPr>
          </w:p>
        </w:tc>
        <w:tc>
          <w:tcPr>
            <w:tcW w:w="3969" w:type="dxa"/>
          </w:tcPr>
          <w:p w14:paraId="581D438D" w14:textId="77777777" w:rsidR="00AA2478" w:rsidRPr="00145A4E" w:rsidRDefault="00863D41" w:rsidP="00AA2478">
            <w:pPr>
              <w:jc w:val="center"/>
              <w:rPr>
                <w:rFonts w:cs="Times New Roman"/>
                <w:b/>
                <w:sz w:val="16"/>
                <w:szCs w:val="16"/>
                <w:lang w:val="tt-RU"/>
              </w:rPr>
            </w:pPr>
            <w:hyperlink r:id="rId49" w:history="1">
              <w:r w:rsidR="00AA2478" w:rsidRPr="00145A4E">
                <w:rPr>
                  <w:rStyle w:val="af2"/>
                  <w:rFonts w:cs="Times New Roman"/>
                  <w:b/>
                  <w:sz w:val="16"/>
                  <w:szCs w:val="16"/>
                  <w:lang w:val="tt-RU"/>
                </w:rPr>
                <w:t>https://mon.tatarstan.ru/razrabotki-urokov-po-rodnomu-tatarskomu-yaziku-i.htm</w:t>
              </w:r>
            </w:hyperlink>
          </w:p>
          <w:p w14:paraId="75B5549B" w14:textId="77777777" w:rsidR="00AA2478" w:rsidRPr="00145A4E" w:rsidRDefault="00AA2478" w:rsidP="00AA2478">
            <w:pPr>
              <w:jc w:val="center"/>
              <w:rPr>
                <w:rFonts w:cs="Times New Roman"/>
                <w:b/>
                <w:sz w:val="16"/>
                <w:szCs w:val="16"/>
                <w:lang w:val="tt-RU"/>
              </w:rPr>
            </w:pPr>
          </w:p>
        </w:tc>
      </w:tr>
      <w:tr w:rsidR="00AA2478" w:rsidRPr="00600724" w14:paraId="263A457C" w14:textId="77777777" w:rsidTr="00AA2478">
        <w:trPr>
          <w:trHeight w:val="426"/>
        </w:trPr>
        <w:tc>
          <w:tcPr>
            <w:tcW w:w="965" w:type="dxa"/>
          </w:tcPr>
          <w:p w14:paraId="4E11DBB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1E26FCCF" w14:textId="77777777" w:rsidR="00AA2478" w:rsidRPr="00512024" w:rsidRDefault="00AA2478" w:rsidP="00AA2478">
            <w:pPr>
              <w:jc w:val="left"/>
              <w:rPr>
                <w:rFonts w:eastAsia="Calibri" w:cs="Times New Roman"/>
                <w:sz w:val="24"/>
                <w:szCs w:val="24"/>
                <w:lang w:val="tt-RU"/>
              </w:rPr>
            </w:pPr>
          </w:p>
        </w:tc>
        <w:tc>
          <w:tcPr>
            <w:tcW w:w="992" w:type="dxa"/>
            <w:vMerge/>
          </w:tcPr>
          <w:p w14:paraId="58BD584E" w14:textId="77777777" w:rsidR="00AA2478" w:rsidRPr="00512024" w:rsidRDefault="00AA2478" w:rsidP="00AA2478">
            <w:pPr>
              <w:jc w:val="center"/>
              <w:rPr>
                <w:rFonts w:cs="Times New Roman"/>
                <w:sz w:val="24"/>
                <w:szCs w:val="24"/>
                <w:lang w:val="tt-RU"/>
              </w:rPr>
            </w:pPr>
          </w:p>
        </w:tc>
        <w:tc>
          <w:tcPr>
            <w:tcW w:w="992" w:type="dxa"/>
          </w:tcPr>
          <w:p w14:paraId="72F190A2" w14:textId="77777777" w:rsidR="00AA2478" w:rsidRPr="00512024" w:rsidRDefault="00AA2478" w:rsidP="00AA2478">
            <w:pPr>
              <w:jc w:val="left"/>
              <w:rPr>
                <w:rFonts w:cs="Times New Roman"/>
                <w:sz w:val="24"/>
                <w:szCs w:val="24"/>
                <w:lang w:val="tt-RU"/>
              </w:rPr>
            </w:pPr>
          </w:p>
        </w:tc>
        <w:tc>
          <w:tcPr>
            <w:tcW w:w="1134" w:type="dxa"/>
          </w:tcPr>
          <w:p w14:paraId="3846910F" w14:textId="77777777" w:rsidR="00AA2478" w:rsidRPr="00512024" w:rsidRDefault="00AA2478" w:rsidP="00AA2478">
            <w:pPr>
              <w:jc w:val="left"/>
              <w:rPr>
                <w:rFonts w:cs="Times New Roman"/>
                <w:sz w:val="24"/>
                <w:szCs w:val="24"/>
                <w:lang w:val="tt-RU"/>
              </w:rPr>
            </w:pPr>
          </w:p>
        </w:tc>
        <w:tc>
          <w:tcPr>
            <w:tcW w:w="3969" w:type="dxa"/>
          </w:tcPr>
          <w:p w14:paraId="0637D02F" w14:textId="77777777" w:rsidR="00AA2478" w:rsidRPr="00145A4E" w:rsidRDefault="00AA2478" w:rsidP="00AA2478">
            <w:pPr>
              <w:jc w:val="center"/>
              <w:rPr>
                <w:rFonts w:cs="Times New Roman"/>
                <w:b/>
                <w:sz w:val="16"/>
                <w:szCs w:val="16"/>
                <w:lang w:val="tt-RU"/>
              </w:rPr>
            </w:pPr>
          </w:p>
        </w:tc>
      </w:tr>
      <w:tr w:rsidR="00AA2478" w:rsidRPr="00600724" w14:paraId="389D19EE" w14:textId="77777777" w:rsidTr="00AA2478">
        <w:trPr>
          <w:trHeight w:val="418"/>
        </w:trPr>
        <w:tc>
          <w:tcPr>
            <w:tcW w:w="965" w:type="dxa"/>
          </w:tcPr>
          <w:p w14:paraId="2488788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28545D0" w14:textId="77777777" w:rsidR="00AA2478" w:rsidRPr="00512024" w:rsidRDefault="00AA2478" w:rsidP="00AA2478">
            <w:pPr>
              <w:jc w:val="left"/>
              <w:rPr>
                <w:rFonts w:eastAsia="Calibri" w:cs="Times New Roman"/>
                <w:sz w:val="24"/>
                <w:szCs w:val="24"/>
                <w:lang w:val="tt-RU"/>
              </w:rPr>
            </w:pPr>
          </w:p>
        </w:tc>
        <w:tc>
          <w:tcPr>
            <w:tcW w:w="992" w:type="dxa"/>
            <w:vMerge/>
          </w:tcPr>
          <w:p w14:paraId="6DD403D1" w14:textId="77777777" w:rsidR="00AA2478" w:rsidRPr="00512024" w:rsidRDefault="00AA2478" w:rsidP="00AA2478">
            <w:pPr>
              <w:jc w:val="center"/>
              <w:rPr>
                <w:rFonts w:cs="Times New Roman"/>
                <w:sz w:val="24"/>
                <w:szCs w:val="24"/>
                <w:lang w:val="tt-RU"/>
              </w:rPr>
            </w:pPr>
          </w:p>
        </w:tc>
        <w:tc>
          <w:tcPr>
            <w:tcW w:w="992" w:type="dxa"/>
          </w:tcPr>
          <w:p w14:paraId="79A35F29" w14:textId="77777777" w:rsidR="00AA2478" w:rsidRPr="00512024" w:rsidRDefault="00AA2478" w:rsidP="00AA2478">
            <w:pPr>
              <w:jc w:val="left"/>
              <w:rPr>
                <w:rFonts w:cs="Times New Roman"/>
                <w:sz w:val="24"/>
                <w:szCs w:val="24"/>
                <w:lang w:val="tt-RU"/>
              </w:rPr>
            </w:pPr>
          </w:p>
        </w:tc>
        <w:tc>
          <w:tcPr>
            <w:tcW w:w="1134" w:type="dxa"/>
          </w:tcPr>
          <w:p w14:paraId="0B869A04" w14:textId="77777777" w:rsidR="00AA2478" w:rsidRPr="00512024" w:rsidRDefault="00AA2478" w:rsidP="00AA2478">
            <w:pPr>
              <w:jc w:val="left"/>
              <w:rPr>
                <w:rFonts w:cs="Times New Roman"/>
                <w:sz w:val="24"/>
                <w:szCs w:val="24"/>
                <w:lang w:val="tt-RU"/>
              </w:rPr>
            </w:pPr>
          </w:p>
        </w:tc>
        <w:tc>
          <w:tcPr>
            <w:tcW w:w="3969" w:type="dxa"/>
          </w:tcPr>
          <w:p w14:paraId="45CF3124" w14:textId="77777777" w:rsidR="00AA2478" w:rsidRPr="00145A4E" w:rsidRDefault="00AA2478" w:rsidP="00AA2478">
            <w:pPr>
              <w:jc w:val="center"/>
              <w:rPr>
                <w:rFonts w:cs="Times New Roman"/>
                <w:b/>
                <w:sz w:val="16"/>
                <w:szCs w:val="16"/>
                <w:lang w:val="tt-RU"/>
              </w:rPr>
            </w:pPr>
          </w:p>
        </w:tc>
      </w:tr>
      <w:tr w:rsidR="00AA2478" w:rsidRPr="00925DBC" w14:paraId="706C6769" w14:textId="77777777" w:rsidTr="00AA2478">
        <w:tc>
          <w:tcPr>
            <w:tcW w:w="965" w:type="dxa"/>
          </w:tcPr>
          <w:p w14:paraId="7DF88FDB"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43B3C0F1" w14:textId="77777777" w:rsidR="00AA2478" w:rsidRDefault="00AA2478" w:rsidP="00AA2478">
            <w:pPr>
              <w:jc w:val="left"/>
              <w:rPr>
                <w:rFonts w:cs="Times New Roman"/>
                <w:sz w:val="24"/>
                <w:szCs w:val="24"/>
                <w:lang w:val="tt-RU"/>
              </w:rPr>
            </w:pPr>
            <w:r>
              <w:rPr>
                <w:rFonts w:cs="Times New Roman"/>
                <w:sz w:val="24"/>
                <w:szCs w:val="24"/>
                <w:lang w:val="tt-RU"/>
              </w:rPr>
              <w:t>Арабо-персецские исконные слова в татарстком языке./</w:t>
            </w:r>
          </w:p>
          <w:p w14:paraId="61FDA51B" w14:textId="77777777" w:rsidR="00AA2478" w:rsidRPr="00512024" w:rsidRDefault="00AA2478" w:rsidP="00AA2478">
            <w:pPr>
              <w:jc w:val="left"/>
              <w:rPr>
                <w:rFonts w:cs="Times New Roman"/>
                <w:sz w:val="24"/>
                <w:szCs w:val="24"/>
                <w:lang w:val="tt-RU"/>
              </w:rPr>
            </w:pPr>
            <w:r w:rsidRPr="00CB6317">
              <w:rPr>
                <w:rFonts w:cs="Times New Roman"/>
                <w:sz w:val="24"/>
                <w:szCs w:val="24"/>
                <w:lang w:val="tt-RU"/>
              </w:rPr>
              <w:t>Татар телендә гарәп-фарсы алынмалары</w:t>
            </w:r>
          </w:p>
        </w:tc>
        <w:tc>
          <w:tcPr>
            <w:tcW w:w="992" w:type="dxa"/>
          </w:tcPr>
          <w:p w14:paraId="5AB3E88E" w14:textId="77777777" w:rsidR="00AA2478" w:rsidRPr="00512024" w:rsidRDefault="00AA2478" w:rsidP="00AA2478">
            <w:pPr>
              <w:jc w:val="center"/>
              <w:rPr>
                <w:rFonts w:cs="Times New Roman"/>
                <w:sz w:val="24"/>
                <w:szCs w:val="24"/>
                <w:lang w:val="tt-RU"/>
              </w:rPr>
            </w:pPr>
          </w:p>
        </w:tc>
        <w:tc>
          <w:tcPr>
            <w:tcW w:w="992" w:type="dxa"/>
          </w:tcPr>
          <w:p w14:paraId="42ED7111" w14:textId="77777777" w:rsidR="00AA2478" w:rsidRPr="00512024" w:rsidRDefault="00AA2478" w:rsidP="00AA2478">
            <w:pPr>
              <w:jc w:val="left"/>
              <w:rPr>
                <w:rFonts w:cs="Times New Roman"/>
                <w:sz w:val="24"/>
                <w:szCs w:val="24"/>
                <w:lang w:val="tt-RU"/>
              </w:rPr>
            </w:pPr>
          </w:p>
        </w:tc>
        <w:tc>
          <w:tcPr>
            <w:tcW w:w="1134" w:type="dxa"/>
          </w:tcPr>
          <w:p w14:paraId="2A177F14" w14:textId="77777777" w:rsidR="00AA2478" w:rsidRPr="00512024" w:rsidRDefault="00AA2478" w:rsidP="00AA2478">
            <w:pPr>
              <w:jc w:val="left"/>
              <w:rPr>
                <w:rFonts w:cs="Times New Roman"/>
                <w:sz w:val="24"/>
                <w:szCs w:val="24"/>
                <w:lang w:val="tt-RU"/>
              </w:rPr>
            </w:pPr>
          </w:p>
        </w:tc>
        <w:tc>
          <w:tcPr>
            <w:tcW w:w="3969" w:type="dxa"/>
          </w:tcPr>
          <w:p w14:paraId="6272FD4D" w14:textId="77777777" w:rsidR="00AA2478" w:rsidRPr="00145A4E" w:rsidRDefault="00AA2478" w:rsidP="00AA2478">
            <w:pPr>
              <w:jc w:val="center"/>
              <w:rPr>
                <w:rFonts w:cs="Times New Roman"/>
                <w:b/>
                <w:sz w:val="16"/>
                <w:szCs w:val="16"/>
                <w:lang w:val="tt-RU"/>
              </w:rPr>
            </w:pPr>
          </w:p>
        </w:tc>
      </w:tr>
      <w:tr w:rsidR="00AA2478" w:rsidRPr="00925DBC" w14:paraId="2B2DFDA0" w14:textId="77777777" w:rsidTr="00AA2478">
        <w:tc>
          <w:tcPr>
            <w:tcW w:w="965" w:type="dxa"/>
          </w:tcPr>
          <w:p w14:paraId="09C80B54"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5A674372" w14:textId="77777777" w:rsidR="00AA2478" w:rsidRDefault="00AA2478" w:rsidP="00AA2478">
            <w:pPr>
              <w:jc w:val="left"/>
              <w:rPr>
                <w:rFonts w:cs="Times New Roman"/>
                <w:sz w:val="24"/>
                <w:szCs w:val="24"/>
                <w:lang w:val="tt-RU"/>
              </w:rPr>
            </w:pPr>
            <w:r w:rsidRPr="00CB6317">
              <w:rPr>
                <w:rFonts w:cs="Times New Roman"/>
                <w:sz w:val="24"/>
                <w:szCs w:val="24"/>
                <w:lang w:val="tt-RU"/>
              </w:rPr>
              <w:t>Арабо-персецские исконные слова в татарстком языке./</w:t>
            </w:r>
          </w:p>
          <w:p w14:paraId="46935384" w14:textId="77777777" w:rsidR="00AA2478" w:rsidRPr="00512024" w:rsidRDefault="00AA2478" w:rsidP="00AA2478">
            <w:pPr>
              <w:jc w:val="left"/>
              <w:rPr>
                <w:rFonts w:cs="Times New Roman"/>
                <w:sz w:val="24"/>
                <w:szCs w:val="24"/>
                <w:lang w:val="tt-RU"/>
              </w:rPr>
            </w:pPr>
            <w:r w:rsidRPr="00CB6317">
              <w:rPr>
                <w:rFonts w:cs="Times New Roman"/>
                <w:sz w:val="24"/>
                <w:szCs w:val="24"/>
                <w:lang w:val="tt-RU"/>
              </w:rPr>
              <w:t>Татар телендә гарәп-фарсы алынмалары</w:t>
            </w:r>
          </w:p>
        </w:tc>
        <w:tc>
          <w:tcPr>
            <w:tcW w:w="992" w:type="dxa"/>
          </w:tcPr>
          <w:p w14:paraId="1CF7C666" w14:textId="77777777" w:rsidR="00AA2478" w:rsidRPr="00512024" w:rsidRDefault="00AA2478" w:rsidP="00AA2478">
            <w:pPr>
              <w:jc w:val="center"/>
              <w:rPr>
                <w:rFonts w:cs="Times New Roman"/>
                <w:sz w:val="24"/>
                <w:szCs w:val="24"/>
                <w:lang w:val="tt-RU"/>
              </w:rPr>
            </w:pPr>
          </w:p>
        </w:tc>
        <w:tc>
          <w:tcPr>
            <w:tcW w:w="992" w:type="dxa"/>
          </w:tcPr>
          <w:p w14:paraId="6882E98E" w14:textId="77777777" w:rsidR="00AA2478" w:rsidRPr="00512024" w:rsidRDefault="00AA2478" w:rsidP="00AA2478">
            <w:pPr>
              <w:jc w:val="left"/>
              <w:rPr>
                <w:rFonts w:cs="Times New Roman"/>
                <w:sz w:val="24"/>
                <w:szCs w:val="24"/>
                <w:lang w:val="tt-RU"/>
              </w:rPr>
            </w:pPr>
          </w:p>
        </w:tc>
        <w:tc>
          <w:tcPr>
            <w:tcW w:w="1134" w:type="dxa"/>
          </w:tcPr>
          <w:p w14:paraId="0146D6C3" w14:textId="77777777" w:rsidR="00AA2478" w:rsidRPr="00512024" w:rsidRDefault="00AA2478" w:rsidP="00AA2478">
            <w:pPr>
              <w:jc w:val="left"/>
              <w:rPr>
                <w:rFonts w:cs="Times New Roman"/>
                <w:sz w:val="24"/>
                <w:szCs w:val="24"/>
                <w:lang w:val="tt-RU"/>
              </w:rPr>
            </w:pPr>
          </w:p>
        </w:tc>
        <w:tc>
          <w:tcPr>
            <w:tcW w:w="3969" w:type="dxa"/>
          </w:tcPr>
          <w:p w14:paraId="15A9B914" w14:textId="77777777" w:rsidR="00AA2478" w:rsidRPr="00145A4E" w:rsidRDefault="00AA2478" w:rsidP="00AA2478">
            <w:pPr>
              <w:jc w:val="center"/>
              <w:rPr>
                <w:rFonts w:cs="Times New Roman"/>
                <w:b/>
                <w:sz w:val="16"/>
                <w:szCs w:val="16"/>
                <w:lang w:val="tt-RU"/>
              </w:rPr>
            </w:pPr>
          </w:p>
        </w:tc>
      </w:tr>
      <w:tr w:rsidR="00AA2478" w:rsidRPr="00925DBC" w14:paraId="7E2D7C30" w14:textId="77777777" w:rsidTr="00AA2478">
        <w:tc>
          <w:tcPr>
            <w:tcW w:w="965" w:type="dxa"/>
          </w:tcPr>
          <w:p w14:paraId="1E679B70"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7C2CB48"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Повторение/Кабатлау</w:t>
            </w:r>
          </w:p>
        </w:tc>
        <w:tc>
          <w:tcPr>
            <w:tcW w:w="992" w:type="dxa"/>
          </w:tcPr>
          <w:p w14:paraId="56FD2BBC"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r w:rsidRPr="00512024">
              <w:rPr>
                <w:rFonts w:cs="Times New Roman"/>
                <w:sz w:val="24"/>
                <w:szCs w:val="24"/>
                <w:lang w:val="en-US"/>
              </w:rPr>
              <w:t xml:space="preserve"> </w:t>
            </w:r>
          </w:p>
        </w:tc>
        <w:tc>
          <w:tcPr>
            <w:tcW w:w="992" w:type="dxa"/>
          </w:tcPr>
          <w:p w14:paraId="4983B1B0" w14:textId="77777777" w:rsidR="00AA2478" w:rsidRPr="00512024" w:rsidRDefault="00AA2478" w:rsidP="00AA2478">
            <w:pPr>
              <w:jc w:val="left"/>
              <w:rPr>
                <w:rFonts w:cs="Times New Roman"/>
                <w:sz w:val="24"/>
                <w:szCs w:val="24"/>
                <w:lang w:val="tt-RU"/>
              </w:rPr>
            </w:pPr>
          </w:p>
        </w:tc>
        <w:tc>
          <w:tcPr>
            <w:tcW w:w="1134" w:type="dxa"/>
          </w:tcPr>
          <w:p w14:paraId="5C447BC3" w14:textId="77777777" w:rsidR="00AA2478" w:rsidRPr="00512024" w:rsidRDefault="00AA2478" w:rsidP="00AA2478">
            <w:pPr>
              <w:jc w:val="left"/>
              <w:rPr>
                <w:rFonts w:cs="Times New Roman"/>
                <w:sz w:val="24"/>
                <w:szCs w:val="24"/>
                <w:lang w:val="tt-RU"/>
              </w:rPr>
            </w:pPr>
          </w:p>
        </w:tc>
        <w:tc>
          <w:tcPr>
            <w:tcW w:w="3969" w:type="dxa"/>
          </w:tcPr>
          <w:p w14:paraId="4A4CC4FA" w14:textId="77777777" w:rsidR="00AA2478" w:rsidRPr="00145A4E" w:rsidRDefault="00AA2478" w:rsidP="00AA2478">
            <w:pPr>
              <w:jc w:val="center"/>
              <w:rPr>
                <w:rFonts w:cs="Times New Roman"/>
                <w:b/>
                <w:sz w:val="16"/>
                <w:szCs w:val="16"/>
                <w:lang w:val="tt-RU"/>
              </w:rPr>
            </w:pPr>
          </w:p>
        </w:tc>
      </w:tr>
      <w:tr w:rsidR="00AA2478" w:rsidRPr="00600724" w14:paraId="6433897F" w14:textId="77777777" w:rsidTr="00AA2478">
        <w:trPr>
          <w:trHeight w:val="550"/>
        </w:trPr>
        <w:tc>
          <w:tcPr>
            <w:tcW w:w="965" w:type="dxa"/>
          </w:tcPr>
          <w:p w14:paraId="320247AE"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1C84BCFF" w14:textId="77777777" w:rsidR="00AA2478" w:rsidRPr="00512024" w:rsidRDefault="00AA2478" w:rsidP="00AA2478">
            <w:pPr>
              <w:spacing w:line="360" w:lineRule="auto"/>
              <w:rPr>
                <w:rFonts w:cs="Times New Roman"/>
                <w:sz w:val="24"/>
                <w:szCs w:val="24"/>
                <w:lang w:val="tt-RU"/>
              </w:rPr>
            </w:pPr>
            <w:r w:rsidRPr="00512024">
              <w:rPr>
                <w:rFonts w:eastAsia="Calibri" w:cs="Times New Roman"/>
                <w:sz w:val="24"/>
                <w:szCs w:val="24"/>
                <w:lang w:val="tt-RU"/>
              </w:rPr>
              <w:t>Однозначные и многозначные слова.</w:t>
            </w:r>
            <w:r w:rsidRPr="00512024">
              <w:rPr>
                <w:rFonts w:eastAsia="Calibri" w:cs="Times New Roman"/>
                <w:sz w:val="24"/>
                <w:szCs w:val="24"/>
              </w:rPr>
              <w:t xml:space="preserve"> Прямое и переносное значение слова. Использование в речи синонимов, антонимов.</w:t>
            </w:r>
            <w:r w:rsidRPr="00512024">
              <w:rPr>
                <w:rFonts w:eastAsia="Calibri" w:cs="Times New Roman"/>
                <w:sz w:val="24"/>
                <w:szCs w:val="24"/>
                <w:lang w:val="tt-RU"/>
              </w:rPr>
              <w:t>/</w:t>
            </w:r>
            <w:r w:rsidRPr="00512024">
              <w:rPr>
                <w:rFonts w:cs="Times New Roman"/>
                <w:sz w:val="24"/>
                <w:szCs w:val="24"/>
                <w:lang w:val="tt-RU"/>
              </w:rPr>
              <w:t>Бер мәгънәле һәм күп мәгънәле сүзләр Туры һәм күчерелмә мәгънәле сүзләр. Сөйләмдә антонимнар, синонимнарны куллану</w:t>
            </w:r>
          </w:p>
        </w:tc>
        <w:tc>
          <w:tcPr>
            <w:tcW w:w="992" w:type="dxa"/>
            <w:vMerge w:val="restart"/>
          </w:tcPr>
          <w:p w14:paraId="2B5353DC"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3</w:t>
            </w:r>
          </w:p>
          <w:p w14:paraId="36C4F4DE" w14:textId="77777777" w:rsidR="00AA2478" w:rsidRPr="00512024" w:rsidRDefault="00AA2478" w:rsidP="00AA2478">
            <w:pPr>
              <w:jc w:val="center"/>
              <w:rPr>
                <w:rFonts w:cs="Times New Roman"/>
                <w:sz w:val="24"/>
                <w:szCs w:val="24"/>
                <w:lang w:val="tt-RU"/>
              </w:rPr>
            </w:pPr>
          </w:p>
          <w:p w14:paraId="3CF2A93D" w14:textId="77777777" w:rsidR="00AA2478" w:rsidRPr="00512024" w:rsidRDefault="00AA2478" w:rsidP="00AA2478">
            <w:pPr>
              <w:jc w:val="center"/>
              <w:rPr>
                <w:rFonts w:cs="Times New Roman"/>
                <w:sz w:val="24"/>
                <w:szCs w:val="24"/>
                <w:lang w:val="tt-RU"/>
              </w:rPr>
            </w:pPr>
          </w:p>
          <w:p w14:paraId="445352AA" w14:textId="77777777" w:rsidR="00AA2478" w:rsidRPr="00512024" w:rsidRDefault="00AA2478" w:rsidP="00AA2478">
            <w:pPr>
              <w:jc w:val="center"/>
              <w:rPr>
                <w:rFonts w:cs="Times New Roman"/>
                <w:sz w:val="24"/>
                <w:szCs w:val="24"/>
                <w:lang w:val="tt-RU"/>
              </w:rPr>
            </w:pPr>
          </w:p>
          <w:p w14:paraId="4B9724DD" w14:textId="77777777" w:rsidR="00AA2478" w:rsidRPr="00512024" w:rsidRDefault="00AA2478" w:rsidP="00AA2478">
            <w:pPr>
              <w:jc w:val="center"/>
              <w:rPr>
                <w:rFonts w:cs="Times New Roman"/>
                <w:sz w:val="24"/>
                <w:szCs w:val="24"/>
                <w:lang w:val="tt-RU"/>
              </w:rPr>
            </w:pPr>
          </w:p>
          <w:p w14:paraId="006E1BB7" w14:textId="77777777" w:rsidR="00AA2478" w:rsidRPr="00512024" w:rsidRDefault="00AA2478" w:rsidP="00AA2478">
            <w:pPr>
              <w:jc w:val="center"/>
              <w:rPr>
                <w:rFonts w:cs="Times New Roman"/>
                <w:sz w:val="24"/>
                <w:szCs w:val="24"/>
                <w:lang w:val="tt-RU"/>
              </w:rPr>
            </w:pPr>
          </w:p>
        </w:tc>
        <w:tc>
          <w:tcPr>
            <w:tcW w:w="992" w:type="dxa"/>
            <w:vMerge w:val="restart"/>
          </w:tcPr>
          <w:p w14:paraId="1B29DE66" w14:textId="77777777" w:rsidR="00AA2478" w:rsidRPr="00512024" w:rsidRDefault="00AA2478" w:rsidP="00AA2478">
            <w:pPr>
              <w:jc w:val="left"/>
              <w:rPr>
                <w:rFonts w:cs="Times New Roman"/>
                <w:sz w:val="24"/>
                <w:szCs w:val="24"/>
                <w:lang w:val="tt-RU"/>
              </w:rPr>
            </w:pPr>
          </w:p>
        </w:tc>
        <w:tc>
          <w:tcPr>
            <w:tcW w:w="1134" w:type="dxa"/>
            <w:vMerge w:val="restart"/>
          </w:tcPr>
          <w:p w14:paraId="3045BB42" w14:textId="77777777" w:rsidR="00AA2478" w:rsidRPr="00512024" w:rsidRDefault="00AA2478" w:rsidP="00AA2478">
            <w:pPr>
              <w:jc w:val="left"/>
              <w:rPr>
                <w:rFonts w:cs="Times New Roman"/>
                <w:sz w:val="24"/>
                <w:szCs w:val="24"/>
                <w:lang w:val="tt-RU"/>
              </w:rPr>
            </w:pPr>
          </w:p>
        </w:tc>
        <w:tc>
          <w:tcPr>
            <w:tcW w:w="3969" w:type="dxa"/>
            <w:vMerge w:val="restart"/>
          </w:tcPr>
          <w:p w14:paraId="7E2DADE6" w14:textId="77777777" w:rsidR="00AA2478" w:rsidRPr="00145A4E" w:rsidRDefault="00863D41" w:rsidP="00AA2478">
            <w:pPr>
              <w:jc w:val="center"/>
              <w:rPr>
                <w:rFonts w:cs="Times New Roman"/>
                <w:b/>
                <w:sz w:val="16"/>
                <w:szCs w:val="16"/>
                <w:lang w:val="tt-RU"/>
              </w:rPr>
            </w:pPr>
            <w:hyperlink r:id="rId50" w:history="1">
              <w:r w:rsidR="00AA2478" w:rsidRPr="00145A4E">
                <w:rPr>
                  <w:rStyle w:val="af2"/>
                  <w:rFonts w:cs="Times New Roman"/>
                  <w:b/>
                  <w:sz w:val="16"/>
                  <w:szCs w:val="16"/>
                  <w:lang w:val="tt-RU"/>
                </w:rPr>
                <w:t>https://mon.tatarstan.ru/razrabotki-urokov-po-rodnomu-tatarskomu-yaziku-i.htm</w:t>
              </w:r>
            </w:hyperlink>
          </w:p>
          <w:p w14:paraId="39754DB9" w14:textId="77777777" w:rsidR="00AA2478" w:rsidRPr="00145A4E" w:rsidRDefault="00AA2478" w:rsidP="00AA2478">
            <w:pPr>
              <w:jc w:val="center"/>
              <w:rPr>
                <w:rFonts w:cs="Times New Roman"/>
                <w:b/>
                <w:sz w:val="16"/>
                <w:szCs w:val="16"/>
                <w:lang w:val="tt-RU"/>
              </w:rPr>
            </w:pPr>
          </w:p>
        </w:tc>
      </w:tr>
      <w:tr w:rsidR="00AA2478" w:rsidRPr="00600724" w14:paraId="744D6700" w14:textId="77777777" w:rsidTr="00AA2478">
        <w:trPr>
          <w:trHeight w:val="550"/>
        </w:trPr>
        <w:tc>
          <w:tcPr>
            <w:tcW w:w="965" w:type="dxa"/>
          </w:tcPr>
          <w:p w14:paraId="282EBE6E"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44C4E04" w14:textId="77777777" w:rsidR="00AA2478" w:rsidRPr="00512024" w:rsidRDefault="00AA2478" w:rsidP="00AA2478">
            <w:pPr>
              <w:spacing w:line="360" w:lineRule="auto"/>
              <w:rPr>
                <w:rFonts w:eastAsia="Calibri" w:cs="Times New Roman"/>
                <w:sz w:val="24"/>
                <w:szCs w:val="24"/>
                <w:lang w:val="tt-RU"/>
              </w:rPr>
            </w:pPr>
          </w:p>
        </w:tc>
        <w:tc>
          <w:tcPr>
            <w:tcW w:w="992" w:type="dxa"/>
            <w:vMerge/>
          </w:tcPr>
          <w:p w14:paraId="1E59B0F1" w14:textId="77777777" w:rsidR="00AA2478" w:rsidRPr="00512024" w:rsidRDefault="00AA2478" w:rsidP="00AA2478">
            <w:pPr>
              <w:jc w:val="center"/>
              <w:rPr>
                <w:rFonts w:cs="Times New Roman"/>
                <w:sz w:val="24"/>
                <w:szCs w:val="24"/>
                <w:lang w:val="tt-RU"/>
              </w:rPr>
            </w:pPr>
          </w:p>
        </w:tc>
        <w:tc>
          <w:tcPr>
            <w:tcW w:w="992" w:type="dxa"/>
            <w:vMerge/>
          </w:tcPr>
          <w:p w14:paraId="71E5DDF2" w14:textId="77777777" w:rsidR="00AA2478" w:rsidRPr="00512024" w:rsidRDefault="00AA2478" w:rsidP="00AA2478">
            <w:pPr>
              <w:jc w:val="left"/>
              <w:rPr>
                <w:rFonts w:cs="Times New Roman"/>
                <w:sz w:val="24"/>
                <w:szCs w:val="24"/>
                <w:lang w:val="tt-RU"/>
              </w:rPr>
            </w:pPr>
          </w:p>
        </w:tc>
        <w:tc>
          <w:tcPr>
            <w:tcW w:w="1134" w:type="dxa"/>
            <w:vMerge/>
          </w:tcPr>
          <w:p w14:paraId="1A80894C" w14:textId="77777777" w:rsidR="00AA2478" w:rsidRPr="00512024" w:rsidRDefault="00AA2478" w:rsidP="00AA2478">
            <w:pPr>
              <w:jc w:val="left"/>
              <w:rPr>
                <w:rFonts w:cs="Times New Roman"/>
                <w:sz w:val="24"/>
                <w:szCs w:val="24"/>
                <w:lang w:val="tt-RU"/>
              </w:rPr>
            </w:pPr>
          </w:p>
        </w:tc>
        <w:tc>
          <w:tcPr>
            <w:tcW w:w="3969" w:type="dxa"/>
            <w:vMerge/>
          </w:tcPr>
          <w:p w14:paraId="501FF02A" w14:textId="77777777" w:rsidR="00AA2478" w:rsidRPr="00145A4E" w:rsidRDefault="00AA2478" w:rsidP="00AA2478">
            <w:pPr>
              <w:jc w:val="center"/>
              <w:rPr>
                <w:rFonts w:cs="Times New Roman"/>
                <w:b/>
                <w:sz w:val="16"/>
                <w:szCs w:val="16"/>
                <w:lang w:val="tt-RU"/>
              </w:rPr>
            </w:pPr>
          </w:p>
        </w:tc>
      </w:tr>
      <w:tr w:rsidR="00AA2478" w:rsidRPr="00600724" w14:paraId="2B1392FD" w14:textId="77777777" w:rsidTr="00AA2478">
        <w:trPr>
          <w:trHeight w:val="550"/>
        </w:trPr>
        <w:tc>
          <w:tcPr>
            <w:tcW w:w="965" w:type="dxa"/>
            <w:vMerge w:val="restart"/>
          </w:tcPr>
          <w:p w14:paraId="587572D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CC3AE73" w14:textId="77777777" w:rsidR="00AA2478" w:rsidRPr="00512024" w:rsidRDefault="00AA2478" w:rsidP="00AA2478">
            <w:pPr>
              <w:spacing w:line="360" w:lineRule="auto"/>
              <w:rPr>
                <w:rFonts w:eastAsia="Calibri" w:cs="Times New Roman"/>
                <w:sz w:val="24"/>
                <w:szCs w:val="24"/>
                <w:lang w:val="tt-RU"/>
              </w:rPr>
            </w:pPr>
          </w:p>
        </w:tc>
        <w:tc>
          <w:tcPr>
            <w:tcW w:w="992" w:type="dxa"/>
            <w:vMerge/>
          </w:tcPr>
          <w:p w14:paraId="6A082D6B" w14:textId="77777777" w:rsidR="00AA2478" w:rsidRPr="00512024" w:rsidRDefault="00AA2478" w:rsidP="00AA2478">
            <w:pPr>
              <w:jc w:val="center"/>
              <w:rPr>
                <w:rFonts w:cs="Times New Roman"/>
                <w:sz w:val="24"/>
                <w:szCs w:val="24"/>
                <w:lang w:val="tt-RU"/>
              </w:rPr>
            </w:pPr>
          </w:p>
        </w:tc>
        <w:tc>
          <w:tcPr>
            <w:tcW w:w="992" w:type="dxa"/>
            <w:vMerge/>
          </w:tcPr>
          <w:p w14:paraId="56C35230" w14:textId="77777777" w:rsidR="00AA2478" w:rsidRPr="00512024" w:rsidRDefault="00AA2478" w:rsidP="00AA2478">
            <w:pPr>
              <w:jc w:val="left"/>
              <w:rPr>
                <w:rFonts w:cs="Times New Roman"/>
                <w:sz w:val="24"/>
                <w:szCs w:val="24"/>
                <w:lang w:val="tt-RU"/>
              </w:rPr>
            </w:pPr>
          </w:p>
        </w:tc>
        <w:tc>
          <w:tcPr>
            <w:tcW w:w="1134" w:type="dxa"/>
            <w:vMerge/>
          </w:tcPr>
          <w:p w14:paraId="1E34DFFE" w14:textId="77777777" w:rsidR="00AA2478" w:rsidRPr="00512024" w:rsidRDefault="00AA2478" w:rsidP="00AA2478">
            <w:pPr>
              <w:jc w:val="left"/>
              <w:rPr>
                <w:rFonts w:cs="Times New Roman"/>
                <w:sz w:val="24"/>
                <w:szCs w:val="24"/>
                <w:lang w:val="tt-RU"/>
              </w:rPr>
            </w:pPr>
          </w:p>
        </w:tc>
        <w:tc>
          <w:tcPr>
            <w:tcW w:w="3969" w:type="dxa"/>
            <w:vMerge/>
          </w:tcPr>
          <w:p w14:paraId="6D81E3F8" w14:textId="77777777" w:rsidR="00AA2478" w:rsidRPr="00145A4E" w:rsidRDefault="00AA2478" w:rsidP="00AA2478">
            <w:pPr>
              <w:jc w:val="center"/>
              <w:rPr>
                <w:rFonts w:cs="Times New Roman"/>
                <w:b/>
                <w:sz w:val="16"/>
                <w:szCs w:val="16"/>
                <w:lang w:val="tt-RU"/>
              </w:rPr>
            </w:pPr>
          </w:p>
        </w:tc>
      </w:tr>
      <w:tr w:rsidR="00AA2478" w:rsidRPr="00600724" w14:paraId="42A0D854" w14:textId="77777777" w:rsidTr="00AA2478">
        <w:trPr>
          <w:trHeight w:val="519"/>
        </w:trPr>
        <w:tc>
          <w:tcPr>
            <w:tcW w:w="965" w:type="dxa"/>
            <w:vMerge/>
          </w:tcPr>
          <w:p w14:paraId="28FAAAF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337E4C6E" w14:textId="77777777" w:rsidR="00AA2478" w:rsidRPr="00512024" w:rsidRDefault="00AA2478" w:rsidP="00AA2478">
            <w:pPr>
              <w:spacing w:line="360" w:lineRule="auto"/>
              <w:rPr>
                <w:rFonts w:eastAsia="Calibri" w:cs="Times New Roman"/>
                <w:sz w:val="24"/>
                <w:szCs w:val="24"/>
                <w:lang w:val="tt-RU"/>
              </w:rPr>
            </w:pPr>
          </w:p>
        </w:tc>
        <w:tc>
          <w:tcPr>
            <w:tcW w:w="992" w:type="dxa"/>
          </w:tcPr>
          <w:p w14:paraId="0F46EB5C" w14:textId="77777777" w:rsidR="00AA2478" w:rsidRPr="00512024" w:rsidRDefault="00AA2478" w:rsidP="00AA2478">
            <w:pPr>
              <w:jc w:val="center"/>
              <w:rPr>
                <w:rFonts w:cs="Times New Roman"/>
                <w:sz w:val="24"/>
                <w:szCs w:val="24"/>
                <w:lang w:val="tt-RU"/>
              </w:rPr>
            </w:pPr>
          </w:p>
        </w:tc>
        <w:tc>
          <w:tcPr>
            <w:tcW w:w="992" w:type="dxa"/>
          </w:tcPr>
          <w:p w14:paraId="2EBFE245" w14:textId="77777777" w:rsidR="00AA2478" w:rsidRPr="00512024" w:rsidRDefault="00AA2478" w:rsidP="00AA2478">
            <w:pPr>
              <w:jc w:val="left"/>
              <w:rPr>
                <w:rFonts w:cs="Times New Roman"/>
                <w:sz w:val="24"/>
                <w:szCs w:val="24"/>
                <w:lang w:val="tt-RU"/>
              </w:rPr>
            </w:pPr>
          </w:p>
        </w:tc>
        <w:tc>
          <w:tcPr>
            <w:tcW w:w="1134" w:type="dxa"/>
          </w:tcPr>
          <w:p w14:paraId="12582D3D" w14:textId="77777777" w:rsidR="00AA2478" w:rsidRPr="00512024" w:rsidRDefault="00AA2478" w:rsidP="00AA2478">
            <w:pPr>
              <w:jc w:val="left"/>
              <w:rPr>
                <w:rFonts w:cs="Times New Roman"/>
                <w:sz w:val="24"/>
                <w:szCs w:val="24"/>
                <w:lang w:val="tt-RU"/>
              </w:rPr>
            </w:pPr>
          </w:p>
        </w:tc>
        <w:tc>
          <w:tcPr>
            <w:tcW w:w="3969" w:type="dxa"/>
          </w:tcPr>
          <w:p w14:paraId="5BCC2B2A" w14:textId="77777777" w:rsidR="00AA2478" w:rsidRPr="00145A4E" w:rsidRDefault="00AA2478" w:rsidP="00AA2478">
            <w:pPr>
              <w:jc w:val="center"/>
              <w:rPr>
                <w:rFonts w:cs="Times New Roman"/>
                <w:b/>
                <w:sz w:val="16"/>
                <w:szCs w:val="16"/>
                <w:lang w:val="tt-RU"/>
              </w:rPr>
            </w:pPr>
          </w:p>
        </w:tc>
      </w:tr>
      <w:tr w:rsidR="00AA2478" w:rsidRPr="00925DBC" w14:paraId="2C44FC1A" w14:textId="77777777" w:rsidTr="00AA2478">
        <w:tc>
          <w:tcPr>
            <w:tcW w:w="965" w:type="dxa"/>
          </w:tcPr>
          <w:p w14:paraId="2F97E1D6"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70BFA7FB" w14:textId="77777777" w:rsidR="00AA2478" w:rsidRPr="00512024" w:rsidRDefault="00AA2478" w:rsidP="00AA2478">
            <w:pPr>
              <w:spacing w:line="360" w:lineRule="auto"/>
              <w:jc w:val="left"/>
              <w:rPr>
                <w:rFonts w:eastAsia="Calibri" w:cs="Times New Roman"/>
                <w:sz w:val="24"/>
                <w:szCs w:val="24"/>
              </w:rPr>
            </w:pPr>
            <w:r>
              <w:rPr>
                <w:rFonts w:eastAsia="Calibri" w:cs="Times New Roman"/>
                <w:sz w:val="24"/>
                <w:szCs w:val="24"/>
              </w:rPr>
              <w:t>Омонимы</w:t>
            </w:r>
          </w:p>
        </w:tc>
        <w:tc>
          <w:tcPr>
            <w:tcW w:w="992" w:type="dxa"/>
          </w:tcPr>
          <w:p w14:paraId="039C2ED7" w14:textId="77777777" w:rsidR="00AA2478" w:rsidRPr="00512024" w:rsidRDefault="00AA2478" w:rsidP="00AA2478">
            <w:pPr>
              <w:jc w:val="center"/>
              <w:rPr>
                <w:rFonts w:cs="Times New Roman"/>
                <w:sz w:val="24"/>
                <w:szCs w:val="24"/>
                <w:lang w:val="tt-RU"/>
              </w:rPr>
            </w:pPr>
          </w:p>
        </w:tc>
        <w:tc>
          <w:tcPr>
            <w:tcW w:w="992" w:type="dxa"/>
          </w:tcPr>
          <w:p w14:paraId="19BD9BE4" w14:textId="77777777" w:rsidR="00AA2478" w:rsidRPr="00512024" w:rsidRDefault="00AA2478" w:rsidP="00AA2478">
            <w:pPr>
              <w:jc w:val="left"/>
              <w:rPr>
                <w:rFonts w:cs="Times New Roman"/>
                <w:sz w:val="24"/>
                <w:szCs w:val="24"/>
                <w:lang w:val="tt-RU"/>
              </w:rPr>
            </w:pPr>
          </w:p>
        </w:tc>
        <w:tc>
          <w:tcPr>
            <w:tcW w:w="1134" w:type="dxa"/>
          </w:tcPr>
          <w:p w14:paraId="1A122CA2" w14:textId="77777777" w:rsidR="00AA2478" w:rsidRPr="00512024" w:rsidRDefault="00AA2478" w:rsidP="00AA2478">
            <w:pPr>
              <w:jc w:val="left"/>
              <w:rPr>
                <w:rFonts w:cs="Times New Roman"/>
                <w:sz w:val="24"/>
                <w:szCs w:val="24"/>
                <w:lang w:val="tt-RU"/>
              </w:rPr>
            </w:pPr>
          </w:p>
        </w:tc>
        <w:tc>
          <w:tcPr>
            <w:tcW w:w="3969" w:type="dxa"/>
          </w:tcPr>
          <w:p w14:paraId="4646FC2C" w14:textId="77777777" w:rsidR="00AA2478" w:rsidRPr="00145A4E" w:rsidRDefault="00AA2478" w:rsidP="00AA2478">
            <w:pPr>
              <w:jc w:val="center"/>
              <w:rPr>
                <w:rFonts w:cs="Times New Roman"/>
                <w:b/>
                <w:sz w:val="16"/>
                <w:szCs w:val="16"/>
                <w:lang w:val="tt-RU"/>
              </w:rPr>
            </w:pPr>
          </w:p>
        </w:tc>
      </w:tr>
      <w:tr w:rsidR="00AA2478" w:rsidRPr="00925DBC" w14:paraId="49464239" w14:textId="77777777" w:rsidTr="00AA2478">
        <w:tc>
          <w:tcPr>
            <w:tcW w:w="965" w:type="dxa"/>
          </w:tcPr>
          <w:p w14:paraId="6D883C4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1E7E1B0F" w14:textId="77777777" w:rsidR="00AA2478" w:rsidRPr="00512024" w:rsidRDefault="00AA2478" w:rsidP="00AA2478">
            <w:pPr>
              <w:spacing w:line="360" w:lineRule="auto"/>
              <w:jc w:val="left"/>
              <w:rPr>
                <w:rFonts w:cs="Times New Roman"/>
                <w:sz w:val="24"/>
                <w:szCs w:val="24"/>
                <w:highlight w:val="yellow"/>
                <w:lang w:val="tt-RU"/>
              </w:rPr>
            </w:pPr>
            <w:r w:rsidRPr="00512024">
              <w:rPr>
                <w:rFonts w:eastAsia="Calibri" w:cs="Times New Roman"/>
                <w:sz w:val="24"/>
                <w:szCs w:val="24"/>
              </w:rPr>
              <w:t>Определение значения слова по тексту или уточнение значения с помощью толкового словаря./</w:t>
            </w:r>
            <w:r w:rsidRPr="00512024">
              <w:rPr>
                <w:rFonts w:cs="Times New Roman"/>
                <w:sz w:val="24"/>
                <w:szCs w:val="24"/>
                <w:lang w:val="tt-RU"/>
              </w:rPr>
              <w:t>Татар теленең аңлатмалы сүзлеге белән эшләү</w:t>
            </w:r>
          </w:p>
        </w:tc>
        <w:tc>
          <w:tcPr>
            <w:tcW w:w="992" w:type="dxa"/>
          </w:tcPr>
          <w:p w14:paraId="66E0D435"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5A39D336" w14:textId="77777777" w:rsidR="00AA2478" w:rsidRPr="00512024" w:rsidRDefault="00AA2478" w:rsidP="00AA2478">
            <w:pPr>
              <w:jc w:val="left"/>
              <w:rPr>
                <w:rFonts w:cs="Times New Roman"/>
                <w:sz w:val="24"/>
                <w:szCs w:val="24"/>
                <w:lang w:val="tt-RU"/>
              </w:rPr>
            </w:pPr>
          </w:p>
        </w:tc>
        <w:tc>
          <w:tcPr>
            <w:tcW w:w="1134" w:type="dxa"/>
          </w:tcPr>
          <w:p w14:paraId="7768B646" w14:textId="77777777" w:rsidR="00AA2478" w:rsidRPr="00512024" w:rsidRDefault="00AA2478" w:rsidP="00AA2478">
            <w:pPr>
              <w:jc w:val="left"/>
              <w:rPr>
                <w:rFonts w:cs="Times New Roman"/>
                <w:sz w:val="24"/>
                <w:szCs w:val="24"/>
                <w:lang w:val="tt-RU"/>
              </w:rPr>
            </w:pPr>
          </w:p>
        </w:tc>
        <w:tc>
          <w:tcPr>
            <w:tcW w:w="3969" w:type="dxa"/>
          </w:tcPr>
          <w:p w14:paraId="07259EB5" w14:textId="77777777" w:rsidR="00AA2478" w:rsidRPr="00145A4E" w:rsidRDefault="00AA2478" w:rsidP="00AA2478">
            <w:pPr>
              <w:jc w:val="center"/>
              <w:rPr>
                <w:rFonts w:cs="Times New Roman"/>
                <w:b/>
                <w:sz w:val="16"/>
                <w:szCs w:val="16"/>
                <w:lang w:val="tt-RU"/>
              </w:rPr>
            </w:pPr>
          </w:p>
        </w:tc>
      </w:tr>
      <w:tr w:rsidR="00AA2478" w:rsidRPr="00600724" w14:paraId="3E2EE807" w14:textId="77777777" w:rsidTr="00AA2478">
        <w:trPr>
          <w:trHeight w:val="537"/>
        </w:trPr>
        <w:tc>
          <w:tcPr>
            <w:tcW w:w="965" w:type="dxa"/>
          </w:tcPr>
          <w:p w14:paraId="27674E97"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413EAE14" w14:textId="77777777" w:rsidR="00AA2478" w:rsidRPr="00512024" w:rsidRDefault="00AA2478" w:rsidP="00AA2478">
            <w:pPr>
              <w:spacing w:line="360" w:lineRule="auto"/>
              <w:jc w:val="left"/>
              <w:rPr>
                <w:rFonts w:cs="Times New Roman"/>
                <w:sz w:val="24"/>
                <w:szCs w:val="24"/>
                <w:lang w:val="tt-RU"/>
              </w:rPr>
            </w:pPr>
            <w:r w:rsidRPr="00512024">
              <w:rPr>
                <w:rFonts w:eastAsia="Calibri" w:cs="Times New Roman"/>
                <w:sz w:val="24"/>
                <w:szCs w:val="24"/>
                <w:lang w:val="tt-RU"/>
              </w:rPr>
              <w:t>Морфемный состав слова. Порядок присоединения аффиксов в татарском языке. Словообразующие и формообразующие аффиксы./</w:t>
            </w:r>
            <w:r w:rsidRPr="00512024">
              <w:rPr>
                <w:rFonts w:cs="Times New Roman"/>
                <w:sz w:val="24"/>
                <w:szCs w:val="24"/>
                <w:lang w:val="tt-RU"/>
              </w:rPr>
              <w:t>Сүз төзелеше. Сүз ясагыч кушымчалар, форма ясагыч кушымчалар</w:t>
            </w:r>
          </w:p>
        </w:tc>
        <w:tc>
          <w:tcPr>
            <w:tcW w:w="992" w:type="dxa"/>
          </w:tcPr>
          <w:p w14:paraId="1CA90A16"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3</w:t>
            </w:r>
          </w:p>
          <w:p w14:paraId="1BF4B926" w14:textId="77777777" w:rsidR="00AA2478" w:rsidRPr="00512024" w:rsidRDefault="00AA2478" w:rsidP="00AA2478">
            <w:pPr>
              <w:jc w:val="center"/>
              <w:rPr>
                <w:rFonts w:cs="Times New Roman"/>
                <w:sz w:val="24"/>
                <w:szCs w:val="24"/>
                <w:lang w:val="tt-RU"/>
              </w:rPr>
            </w:pPr>
          </w:p>
          <w:p w14:paraId="166FA167" w14:textId="77777777" w:rsidR="00AA2478" w:rsidRPr="00512024" w:rsidRDefault="00AA2478" w:rsidP="00AA2478">
            <w:pPr>
              <w:jc w:val="center"/>
              <w:rPr>
                <w:rFonts w:cs="Times New Roman"/>
                <w:sz w:val="24"/>
                <w:szCs w:val="24"/>
                <w:lang w:val="tt-RU"/>
              </w:rPr>
            </w:pPr>
          </w:p>
        </w:tc>
        <w:tc>
          <w:tcPr>
            <w:tcW w:w="992" w:type="dxa"/>
          </w:tcPr>
          <w:p w14:paraId="538FA18B" w14:textId="77777777" w:rsidR="00AA2478" w:rsidRPr="00512024" w:rsidRDefault="00AA2478" w:rsidP="00AA2478">
            <w:pPr>
              <w:jc w:val="left"/>
              <w:rPr>
                <w:rFonts w:cs="Times New Roman"/>
                <w:sz w:val="24"/>
                <w:szCs w:val="24"/>
                <w:lang w:val="tt-RU"/>
              </w:rPr>
            </w:pPr>
          </w:p>
        </w:tc>
        <w:tc>
          <w:tcPr>
            <w:tcW w:w="1134" w:type="dxa"/>
          </w:tcPr>
          <w:p w14:paraId="48352305" w14:textId="77777777" w:rsidR="00AA2478" w:rsidRPr="00512024" w:rsidRDefault="00AA2478" w:rsidP="00AA2478">
            <w:pPr>
              <w:jc w:val="left"/>
              <w:rPr>
                <w:rFonts w:cs="Times New Roman"/>
                <w:sz w:val="24"/>
                <w:szCs w:val="24"/>
                <w:lang w:val="tt-RU"/>
              </w:rPr>
            </w:pPr>
          </w:p>
        </w:tc>
        <w:tc>
          <w:tcPr>
            <w:tcW w:w="3969" w:type="dxa"/>
          </w:tcPr>
          <w:p w14:paraId="398D4245" w14:textId="77777777" w:rsidR="00AA2478" w:rsidRPr="00145A4E" w:rsidRDefault="00863D41" w:rsidP="00AA2478">
            <w:pPr>
              <w:jc w:val="center"/>
              <w:rPr>
                <w:rFonts w:cs="Times New Roman"/>
                <w:b/>
                <w:sz w:val="16"/>
                <w:szCs w:val="16"/>
                <w:lang w:val="tt-RU"/>
              </w:rPr>
            </w:pPr>
            <w:hyperlink r:id="rId51" w:history="1">
              <w:r w:rsidR="00AA2478" w:rsidRPr="00145A4E">
                <w:rPr>
                  <w:rStyle w:val="af2"/>
                  <w:rFonts w:cs="Times New Roman"/>
                  <w:b/>
                  <w:sz w:val="16"/>
                  <w:szCs w:val="16"/>
                  <w:lang w:val="tt-RU"/>
                </w:rPr>
                <w:t>https://infourok.ru/dres-eshkrtmsesz-tzeleshen-kabatlau-1320894.html</w:t>
              </w:r>
            </w:hyperlink>
          </w:p>
          <w:p w14:paraId="7B342788" w14:textId="77777777" w:rsidR="00AA2478" w:rsidRPr="00145A4E" w:rsidRDefault="00AA2478" w:rsidP="00AA2478">
            <w:pPr>
              <w:jc w:val="center"/>
              <w:rPr>
                <w:rFonts w:cs="Times New Roman"/>
                <w:b/>
                <w:sz w:val="16"/>
                <w:szCs w:val="16"/>
                <w:lang w:val="tt-RU"/>
              </w:rPr>
            </w:pPr>
          </w:p>
          <w:p w14:paraId="1ADD7DC6" w14:textId="77777777" w:rsidR="00AA2478" w:rsidRPr="00145A4E" w:rsidRDefault="00AA2478" w:rsidP="00AA2478">
            <w:pPr>
              <w:jc w:val="center"/>
              <w:rPr>
                <w:rFonts w:cs="Times New Roman"/>
                <w:b/>
                <w:sz w:val="16"/>
                <w:szCs w:val="16"/>
                <w:lang w:val="tt-RU"/>
              </w:rPr>
            </w:pPr>
          </w:p>
        </w:tc>
      </w:tr>
      <w:tr w:rsidR="00AA2478" w:rsidRPr="00600724" w14:paraId="7B75C37C" w14:textId="77777777" w:rsidTr="00AA2478">
        <w:trPr>
          <w:trHeight w:val="266"/>
        </w:trPr>
        <w:tc>
          <w:tcPr>
            <w:tcW w:w="965" w:type="dxa"/>
          </w:tcPr>
          <w:p w14:paraId="288818E1"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082F3C65" w14:textId="77777777" w:rsidR="00AA2478" w:rsidRPr="00512024" w:rsidRDefault="00AA2478" w:rsidP="00AA2478">
            <w:pPr>
              <w:spacing w:line="360" w:lineRule="auto"/>
              <w:jc w:val="left"/>
              <w:rPr>
                <w:rFonts w:eastAsia="Calibri" w:cs="Times New Roman"/>
                <w:sz w:val="24"/>
                <w:szCs w:val="24"/>
                <w:lang w:val="tt-RU"/>
              </w:rPr>
            </w:pPr>
          </w:p>
        </w:tc>
        <w:tc>
          <w:tcPr>
            <w:tcW w:w="992" w:type="dxa"/>
          </w:tcPr>
          <w:p w14:paraId="172C9B34" w14:textId="77777777" w:rsidR="00AA2478" w:rsidRPr="00512024" w:rsidRDefault="00AA2478" w:rsidP="00AA2478">
            <w:pPr>
              <w:jc w:val="center"/>
              <w:rPr>
                <w:rFonts w:cs="Times New Roman"/>
                <w:sz w:val="24"/>
                <w:szCs w:val="24"/>
                <w:lang w:val="tt-RU"/>
              </w:rPr>
            </w:pPr>
          </w:p>
        </w:tc>
        <w:tc>
          <w:tcPr>
            <w:tcW w:w="992" w:type="dxa"/>
          </w:tcPr>
          <w:p w14:paraId="254AC952" w14:textId="77777777" w:rsidR="00AA2478" w:rsidRPr="00512024" w:rsidRDefault="00AA2478" w:rsidP="00AA2478">
            <w:pPr>
              <w:jc w:val="left"/>
              <w:rPr>
                <w:rFonts w:cs="Times New Roman"/>
                <w:sz w:val="24"/>
                <w:szCs w:val="24"/>
                <w:lang w:val="tt-RU"/>
              </w:rPr>
            </w:pPr>
          </w:p>
        </w:tc>
        <w:tc>
          <w:tcPr>
            <w:tcW w:w="1134" w:type="dxa"/>
          </w:tcPr>
          <w:p w14:paraId="411A27CE" w14:textId="77777777" w:rsidR="00AA2478" w:rsidRPr="00512024" w:rsidRDefault="00AA2478" w:rsidP="00AA2478">
            <w:pPr>
              <w:jc w:val="left"/>
              <w:rPr>
                <w:rFonts w:cs="Times New Roman"/>
                <w:sz w:val="24"/>
                <w:szCs w:val="24"/>
                <w:lang w:val="tt-RU"/>
              </w:rPr>
            </w:pPr>
          </w:p>
        </w:tc>
        <w:tc>
          <w:tcPr>
            <w:tcW w:w="3969" w:type="dxa"/>
          </w:tcPr>
          <w:p w14:paraId="2375DB96" w14:textId="77777777" w:rsidR="00AA2478" w:rsidRPr="00145A4E" w:rsidRDefault="00AA2478" w:rsidP="00AA2478">
            <w:pPr>
              <w:jc w:val="center"/>
              <w:rPr>
                <w:rFonts w:cs="Times New Roman"/>
                <w:b/>
                <w:sz w:val="16"/>
                <w:szCs w:val="16"/>
                <w:lang w:val="tt-RU"/>
              </w:rPr>
            </w:pPr>
          </w:p>
        </w:tc>
      </w:tr>
      <w:tr w:rsidR="00AA2478" w:rsidRPr="00600724" w14:paraId="3D595D9B" w14:textId="77777777" w:rsidTr="00AA2478">
        <w:trPr>
          <w:trHeight w:val="411"/>
        </w:trPr>
        <w:tc>
          <w:tcPr>
            <w:tcW w:w="965" w:type="dxa"/>
          </w:tcPr>
          <w:p w14:paraId="6FD95C83"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00BF0029" w14:textId="77777777" w:rsidR="00AA2478" w:rsidRPr="00512024" w:rsidRDefault="00AA2478" w:rsidP="00AA2478">
            <w:pPr>
              <w:spacing w:line="360" w:lineRule="auto"/>
              <w:jc w:val="left"/>
              <w:rPr>
                <w:rFonts w:eastAsia="Calibri" w:cs="Times New Roman"/>
                <w:sz w:val="24"/>
                <w:szCs w:val="24"/>
                <w:lang w:val="tt-RU"/>
              </w:rPr>
            </w:pPr>
          </w:p>
        </w:tc>
        <w:tc>
          <w:tcPr>
            <w:tcW w:w="992" w:type="dxa"/>
          </w:tcPr>
          <w:p w14:paraId="3A75CE08" w14:textId="77777777" w:rsidR="00AA2478" w:rsidRPr="00512024" w:rsidRDefault="00AA2478" w:rsidP="00AA2478">
            <w:pPr>
              <w:jc w:val="center"/>
              <w:rPr>
                <w:rFonts w:cs="Times New Roman"/>
                <w:sz w:val="24"/>
                <w:szCs w:val="24"/>
                <w:lang w:val="tt-RU"/>
              </w:rPr>
            </w:pPr>
          </w:p>
        </w:tc>
        <w:tc>
          <w:tcPr>
            <w:tcW w:w="992" w:type="dxa"/>
          </w:tcPr>
          <w:p w14:paraId="546DD808" w14:textId="77777777" w:rsidR="00AA2478" w:rsidRPr="00512024" w:rsidRDefault="00AA2478" w:rsidP="00AA2478">
            <w:pPr>
              <w:jc w:val="left"/>
              <w:rPr>
                <w:rFonts w:cs="Times New Roman"/>
                <w:sz w:val="24"/>
                <w:szCs w:val="24"/>
                <w:lang w:val="tt-RU"/>
              </w:rPr>
            </w:pPr>
          </w:p>
        </w:tc>
        <w:tc>
          <w:tcPr>
            <w:tcW w:w="1134" w:type="dxa"/>
          </w:tcPr>
          <w:p w14:paraId="15058905" w14:textId="77777777" w:rsidR="00AA2478" w:rsidRPr="00512024" w:rsidRDefault="00AA2478" w:rsidP="00AA2478">
            <w:pPr>
              <w:jc w:val="left"/>
              <w:rPr>
                <w:rFonts w:cs="Times New Roman"/>
                <w:sz w:val="24"/>
                <w:szCs w:val="24"/>
                <w:lang w:val="tt-RU"/>
              </w:rPr>
            </w:pPr>
          </w:p>
        </w:tc>
        <w:tc>
          <w:tcPr>
            <w:tcW w:w="3969" w:type="dxa"/>
          </w:tcPr>
          <w:p w14:paraId="10663DB1" w14:textId="77777777" w:rsidR="00AA2478" w:rsidRPr="00145A4E" w:rsidRDefault="00AA2478" w:rsidP="00AA2478">
            <w:pPr>
              <w:jc w:val="center"/>
              <w:rPr>
                <w:rFonts w:cs="Times New Roman"/>
                <w:b/>
                <w:sz w:val="16"/>
                <w:szCs w:val="16"/>
                <w:lang w:val="tt-RU"/>
              </w:rPr>
            </w:pPr>
          </w:p>
        </w:tc>
      </w:tr>
      <w:tr w:rsidR="00AA2478" w:rsidRPr="00CB6317" w14:paraId="7F071508" w14:textId="77777777" w:rsidTr="00AA2478">
        <w:tc>
          <w:tcPr>
            <w:tcW w:w="965" w:type="dxa"/>
          </w:tcPr>
          <w:p w14:paraId="2868E6E4"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5B6E7BAA" w14:textId="77777777" w:rsidR="00AA2478" w:rsidRPr="00512024" w:rsidRDefault="00AA2478" w:rsidP="00AA2478">
            <w:pPr>
              <w:jc w:val="left"/>
              <w:rPr>
                <w:rFonts w:cs="Times New Roman"/>
                <w:sz w:val="24"/>
                <w:szCs w:val="24"/>
                <w:lang w:val="tt-RU"/>
              </w:rPr>
            </w:pPr>
            <w:r>
              <w:rPr>
                <w:rFonts w:cs="Times New Roman"/>
                <w:sz w:val="24"/>
                <w:szCs w:val="24"/>
                <w:lang w:val="tt-RU"/>
              </w:rPr>
              <w:t xml:space="preserve">Основа слова./ </w:t>
            </w:r>
            <w:r w:rsidRPr="00CB6317">
              <w:rPr>
                <w:rFonts w:cs="Times New Roman"/>
                <w:sz w:val="24"/>
                <w:szCs w:val="24"/>
                <w:lang w:val="tt-RU"/>
              </w:rPr>
              <w:t>Сүзнең нигезе. Сүз төзелешен тикшерү</w:t>
            </w:r>
          </w:p>
        </w:tc>
        <w:tc>
          <w:tcPr>
            <w:tcW w:w="992" w:type="dxa"/>
          </w:tcPr>
          <w:p w14:paraId="388B037F" w14:textId="77777777" w:rsidR="00AA2478" w:rsidRPr="00512024" w:rsidRDefault="00AA2478" w:rsidP="00AA2478">
            <w:pPr>
              <w:jc w:val="center"/>
              <w:rPr>
                <w:rFonts w:cs="Times New Roman"/>
                <w:sz w:val="24"/>
                <w:szCs w:val="24"/>
                <w:lang w:val="tt-RU"/>
              </w:rPr>
            </w:pPr>
          </w:p>
        </w:tc>
        <w:tc>
          <w:tcPr>
            <w:tcW w:w="992" w:type="dxa"/>
          </w:tcPr>
          <w:p w14:paraId="4811F7B4" w14:textId="77777777" w:rsidR="00AA2478" w:rsidRPr="00512024" w:rsidRDefault="00AA2478" w:rsidP="00AA2478">
            <w:pPr>
              <w:jc w:val="left"/>
              <w:rPr>
                <w:rFonts w:cs="Times New Roman"/>
                <w:sz w:val="24"/>
                <w:szCs w:val="24"/>
                <w:lang w:val="tt-RU"/>
              </w:rPr>
            </w:pPr>
          </w:p>
        </w:tc>
        <w:tc>
          <w:tcPr>
            <w:tcW w:w="1134" w:type="dxa"/>
          </w:tcPr>
          <w:p w14:paraId="745882B0" w14:textId="77777777" w:rsidR="00AA2478" w:rsidRPr="00512024" w:rsidRDefault="00AA2478" w:rsidP="00AA2478">
            <w:pPr>
              <w:jc w:val="left"/>
              <w:rPr>
                <w:rFonts w:cs="Times New Roman"/>
                <w:sz w:val="24"/>
                <w:szCs w:val="24"/>
                <w:lang w:val="tt-RU"/>
              </w:rPr>
            </w:pPr>
          </w:p>
        </w:tc>
        <w:tc>
          <w:tcPr>
            <w:tcW w:w="3969" w:type="dxa"/>
          </w:tcPr>
          <w:p w14:paraId="029A9307" w14:textId="77777777" w:rsidR="00AA2478" w:rsidRPr="00CB6317" w:rsidRDefault="00AA2478" w:rsidP="00AA2478">
            <w:pPr>
              <w:jc w:val="center"/>
              <w:rPr>
                <w:rFonts w:cs="Times New Roman"/>
                <w:b/>
                <w:sz w:val="16"/>
                <w:szCs w:val="16"/>
                <w:lang w:val="tt-RU"/>
              </w:rPr>
            </w:pPr>
          </w:p>
        </w:tc>
      </w:tr>
      <w:tr w:rsidR="00AA2478" w:rsidRPr="00925DBC" w14:paraId="06674D75" w14:textId="77777777" w:rsidTr="00AA2478">
        <w:tc>
          <w:tcPr>
            <w:tcW w:w="965" w:type="dxa"/>
          </w:tcPr>
          <w:p w14:paraId="4DBEDB87"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2DF8B21F"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Повторение/ Кабатлау</w:t>
            </w:r>
          </w:p>
        </w:tc>
        <w:tc>
          <w:tcPr>
            <w:tcW w:w="992" w:type="dxa"/>
          </w:tcPr>
          <w:p w14:paraId="38D60E34"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06EBAA8D" w14:textId="77777777" w:rsidR="00AA2478" w:rsidRPr="00512024" w:rsidRDefault="00AA2478" w:rsidP="00AA2478">
            <w:pPr>
              <w:jc w:val="left"/>
              <w:rPr>
                <w:rFonts w:cs="Times New Roman"/>
                <w:sz w:val="24"/>
                <w:szCs w:val="24"/>
                <w:lang w:val="tt-RU"/>
              </w:rPr>
            </w:pPr>
          </w:p>
        </w:tc>
        <w:tc>
          <w:tcPr>
            <w:tcW w:w="1134" w:type="dxa"/>
          </w:tcPr>
          <w:p w14:paraId="19FA858B" w14:textId="77777777" w:rsidR="00AA2478" w:rsidRPr="00512024" w:rsidRDefault="00AA2478" w:rsidP="00AA2478">
            <w:pPr>
              <w:jc w:val="left"/>
              <w:rPr>
                <w:rFonts w:cs="Times New Roman"/>
                <w:sz w:val="24"/>
                <w:szCs w:val="24"/>
                <w:lang w:val="tt-RU"/>
              </w:rPr>
            </w:pPr>
          </w:p>
        </w:tc>
        <w:tc>
          <w:tcPr>
            <w:tcW w:w="3969" w:type="dxa"/>
          </w:tcPr>
          <w:p w14:paraId="3AE1E051" w14:textId="77777777" w:rsidR="00AA2478" w:rsidRPr="00145A4E" w:rsidRDefault="00AA2478" w:rsidP="00AA2478">
            <w:pPr>
              <w:jc w:val="center"/>
              <w:rPr>
                <w:rFonts w:cs="Times New Roman"/>
                <w:b/>
                <w:sz w:val="16"/>
                <w:szCs w:val="16"/>
              </w:rPr>
            </w:pPr>
          </w:p>
        </w:tc>
      </w:tr>
      <w:tr w:rsidR="00AA2478" w:rsidRPr="00925DBC" w14:paraId="6E474935" w14:textId="77777777" w:rsidTr="00AA2478">
        <w:tc>
          <w:tcPr>
            <w:tcW w:w="965" w:type="dxa"/>
          </w:tcPr>
          <w:p w14:paraId="441346AA"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328AB456" w14:textId="77777777" w:rsidR="00AA2478" w:rsidRPr="00512024" w:rsidRDefault="00AA2478" w:rsidP="00AA2478">
            <w:pPr>
              <w:jc w:val="left"/>
              <w:rPr>
                <w:rFonts w:cs="Times New Roman"/>
                <w:sz w:val="24"/>
                <w:szCs w:val="24"/>
                <w:lang w:val="tt-RU"/>
              </w:rPr>
            </w:pPr>
            <w:r w:rsidRPr="00512024">
              <w:rPr>
                <w:rFonts w:cs="Times New Roman"/>
                <w:sz w:val="24"/>
                <w:szCs w:val="24"/>
              </w:rPr>
              <w:t>Письмо Деду Морозу</w:t>
            </w:r>
            <w:proofErr w:type="gramStart"/>
            <w:r w:rsidRPr="00512024">
              <w:rPr>
                <w:rFonts w:cs="Times New Roman"/>
                <w:sz w:val="24"/>
                <w:szCs w:val="24"/>
              </w:rPr>
              <w:t>.К</w:t>
            </w:r>
            <w:proofErr w:type="gramEnd"/>
            <w:r w:rsidRPr="00512024">
              <w:rPr>
                <w:rFonts w:cs="Times New Roman"/>
                <w:sz w:val="24"/>
                <w:szCs w:val="24"/>
              </w:rPr>
              <w:t>ыш бабайга хат язу</w:t>
            </w:r>
          </w:p>
        </w:tc>
        <w:tc>
          <w:tcPr>
            <w:tcW w:w="992" w:type="dxa"/>
          </w:tcPr>
          <w:p w14:paraId="0E351326"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252C4C5B" w14:textId="77777777" w:rsidR="00AA2478" w:rsidRPr="00512024" w:rsidRDefault="00AA2478" w:rsidP="00AA2478">
            <w:pPr>
              <w:jc w:val="left"/>
              <w:rPr>
                <w:rFonts w:cs="Times New Roman"/>
                <w:sz w:val="24"/>
                <w:szCs w:val="24"/>
                <w:lang w:val="tt-RU"/>
              </w:rPr>
            </w:pPr>
          </w:p>
        </w:tc>
        <w:tc>
          <w:tcPr>
            <w:tcW w:w="1134" w:type="dxa"/>
          </w:tcPr>
          <w:p w14:paraId="2F7A17B3" w14:textId="77777777" w:rsidR="00AA2478" w:rsidRPr="00512024" w:rsidRDefault="00AA2478" w:rsidP="00AA2478">
            <w:pPr>
              <w:jc w:val="left"/>
              <w:rPr>
                <w:rFonts w:cs="Times New Roman"/>
                <w:sz w:val="24"/>
                <w:szCs w:val="24"/>
                <w:lang w:val="tt-RU"/>
              </w:rPr>
            </w:pPr>
          </w:p>
        </w:tc>
        <w:tc>
          <w:tcPr>
            <w:tcW w:w="3969" w:type="dxa"/>
          </w:tcPr>
          <w:p w14:paraId="79EC034B" w14:textId="77777777" w:rsidR="00AA2478" w:rsidRPr="00145A4E" w:rsidRDefault="00AA2478" w:rsidP="00AA2478">
            <w:pPr>
              <w:jc w:val="center"/>
              <w:rPr>
                <w:rFonts w:cs="Times New Roman"/>
                <w:b/>
                <w:sz w:val="16"/>
                <w:szCs w:val="16"/>
                <w:lang w:val="tt-RU"/>
              </w:rPr>
            </w:pPr>
          </w:p>
        </w:tc>
      </w:tr>
      <w:tr w:rsidR="00AA2478" w:rsidRPr="00925DBC" w14:paraId="55AB082D" w14:textId="77777777" w:rsidTr="00AA2478">
        <w:tc>
          <w:tcPr>
            <w:tcW w:w="965" w:type="dxa"/>
          </w:tcPr>
          <w:p w14:paraId="3FD064E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38BC9684"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Диктант</w:t>
            </w:r>
          </w:p>
        </w:tc>
        <w:tc>
          <w:tcPr>
            <w:tcW w:w="992" w:type="dxa"/>
          </w:tcPr>
          <w:p w14:paraId="35E70532"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7ABF0E53"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1</w:t>
            </w:r>
          </w:p>
        </w:tc>
        <w:tc>
          <w:tcPr>
            <w:tcW w:w="1134" w:type="dxa"/>
          </w:tcPr>
          <w:p w14:paraId="0E958B14" w14:textId="77777777" w:rsidR="00AA2478" w:rsidRPr="00512024" w:rsidRDefault="00AA2478" w:rsidP="00AA2478">
            <w:pPr>
              <w:jc w:val="left"/>
              <w:rPr>
                <w:rFonts w:cs="Times New Roman"/>
                <w:sz w:val="24"/>
                <w:szCs w:val="24"/>
                <w:lang w:val="tt-RU"/>
              </w:rPr>
            </w:pPr>
          </w:p>
        </w:tc>
        <w:tc>
          <w:tcPr>
            <w:tcW w:w="3969" w:type="dxa"/>
          </w:tcPr>
          <w:p w14:paraId="1A053ABC" w14:textId="77777777" w:rsidR="00AA2478" w:rsidRPr="00145A4E" w:rsidRDefault="00AA2478" w:rsidP="00AA2478">
            <w:pPr>
              <w:jc w:val="center"/>
              <w:rPr>
                <w:rFonts w:cs="Times New Roman"/>
                <w:b/>
                <w:sz w:val="16"/>
                <w:szCs w:val="16"/>
                <w:lang w:val="tt-RU"/>
              </w:rPr>
            </w:pPr>
          </w:p>
        </w:tc>
      </w:tr>
      <w:tr w:rsidR="00AA2478" w:rsidRPr="00925DBC" w14:paraId="426DE870" w14:textId="77777777" w:rsidTr="00AA2478">
        <w:tc>
          <w:tcPr>
            <w:tcW w:w="965" w:type="dxa"/>
          </w:tcPr>
          <w:p w14:paraId="1D6583EF"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5A833CA4"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Части речи / Сүз төркемнәре</w:t>
            </w:r>
          </w:p>
        </w:tc>
        <w:tc>
          <w:tcPr>
            <w:tcW w:w="992" w:type="dxa"/>
            <w:vMerge w:val="restart"/>
          </w:tcPr>
          <w:p w14:paraId="77BA5117" w14:textId="77777777" w:rsidR="00AA2478" w:rsidRPr="00512024" w:rsidRDefault="00AA2478" w:rsidP="00AA2478">
            <w:pPr>
              <w:jc w:val="center"/>
              <w:rPr>
                <w:rFonts w:cs="Times New Roman"/>
                <w:sz w:val="24"/>
                <w:szCs w:val="24"/>
                <w:lang w:val="tt-RU"/>
              </w:rPr>
            </w:pPr>
            <w:r>
              <w:rPr>
                <w:rFonts w:cs="Times New Roman"/>
                <w:sz w:val="24"/>
                <w:szCs w:val="24"/>
                <w:lang w:val="tt-RU"/>
              </w:rPr>
              <w:t>3</w:t>
            </w:r>
          </w:p>
        </w:tc>
        <w:tc>
          <w:tcPr>
            <w:tcW w:w="992" w:type="dxa"/>
          </w:tcPr>
          <w:p w14:paraId="41C5E6AD" w14:textId="77777777" w:rsidR="00AA2478" w:rsidRPr="00512024" w:rsidRDefault="00AA2478" w:rsidP="00AA2478">
            <w:pPr>
              <w:jc w:val="left"/>
              <w:rPr>
                <w:rFonts w:cs="Times New Roman"/>
                <w:sz w:val="24"/>
                <w:szCs w:val="24"/>
                <w:lang w:val="tt-RU"/>
              </w:rPr>
            </w:pPr>
          </w:p>
        </w:tc>
        <w:tc>
          <w:tcPr>
            <w:tcW w:w="1134" w:type="dxa"/>
          </w:tcPr>
          <w:p w14:paraId="602F567C" w14:textId="77777777" w:rsidR="00AA2478" w:rsidRPr="00512024" w:rsidRDefault="00AA2478" w:rsidP="00AA2478">
            <w:pPr>
              <w:jc w:val="left"/>
              <w:rPr>
                <w:rFonts w:cs="Times New Roman"/>
                <w:sz w:val="24"/>
                <w:szCs w:val="24"/>
                <w:lang w:val="tt-RU"/>
              </w:rPr>
            </w:pPr>
          </w:p>
        </w:tc>
        <w:tc>
          <w:tcPr>
            <w:tcW w:w="3969" w:type="dxa"/>
          </w:tcPr>
          <w:p w14:paraId="1315B282" w14:textId="77777777" w:rsidR="00AA2478" w:rsidRPr="00145A4E" w:rsidRDefault="00AA2478" w:rsidP="00AA2478">
            <w:pPr>
              <w:jc w:val="center"/>
              <w:rPr>
                <w:rFonts w:cs="Times New Roman"/>
                <w:b/>
                <w:sz w:val="16"/>
                <w:szCs w:val="16"/>
                <w:lang w:val="tt-RU"/>
              </w:rPr>
            </w:pPr>
          </w:p>
        </w:tc>
      </w:tr>
      <w:tr w:rsidR="00AA2478" w:rsidRPr="00925DBC" w14:paraId="73AE5A05" w14:textId="77777777" w:rsidTr="00AA2478">
        <w:tc>
          <w:tcPr>
            <w:tcW w:w="965" w:type="dxa"/>
          </w:tcPr>
          <w:p w14:paraId="0D7AE7E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3F1F733E" w14:textId="77777777" w:rsidR="00AA2478" w:rsidRPr="00512024" w:rsidRDefault="00AA2478" w:rsidP="00AA2478">
            <w:pPr>
              <w:jc w:val="left"/>
              <w:rPr>
                <w:rFonts w:cs="Times New Roman"/>
                <w:sz w:val="24"/>
                <w:szCs w:val="24"/>
                <w:lang w:val="tt-RU"/>
              </w:rPr>
            </w:pPr>
          </w:p>
        </w:tc>
        <w:tc>
          <w:tcPr>
            <w:tcW w:w="992" w:type="dxa"/>
            <w:vMerge/>
          </w:tcPr>
          <w:p w14:paraId="3494E1B3" w14:textId="77777777" w:rsidR="00AA2478" w:rsidRPr="00512024" w:rsidRDefault="00AA2478" w:rsidP="00AA2478">
            <w:pPr>
              <w:jc w:val="center"/>
              <w:rPr>
                <w:rFonts w:cs="Times New Roman"/>
                <w:sz w:val="24"/>
                <w:szCs w:val="24"/>
                <w:lang w:val="tt-RU"/>
              </w:rPr>
            </w:pPr>
          </w:p>
        </w:tc>
        <w:tc>
          <w:tcPr>
            <w:tcW w:w="992" w:type="dxa"/>
          </w:tcPr>
          <w:p w14:paraId="4EA35124" w14:textId="77777777" w:rsidR="00AA2478" w:rsidRPr="00512024" w:rsidRDefault="00AA2478" w:rsidP="00AA2478">
            <w:pPr>
              <w:jc w:val="left"/>
              <w:rPr>
                <w:rFonts w:cs="Times New Roman"/>
                <w:sz w:val="24"/>
                <w:szCs w:val="24"/>
                <w:lang w:val="tt-RU"/>
              </w:rPr>
            </w:pPr>
          </w:p>
        </w:tc>
        <w:tc>
          <w:tcPr>
            <w:tcW w:w="1134" w:type="dxa"/>
          </w:tcPr>
          <w:p w14:paraId="6A6CA5FF" w14:textId="77777777" w:rsidR="00AA2478" w:rsidRPr="00512024" w:rsidRDefault="00AA2478" w:rsidP="00AA2478">
            <w:pPr>
              <w:jc w:val="left"/>
              <w:rPr>
                <w:rFonts w:cs="Times New Roman"/>
                <w:sz w:val="24"/>
                <w:szCs w:val="24"/>
                <w:lang w:val="tt-RU"/>
              </w:rPr>
            </w:pPr>
          </w:p>
        </w:tc>
        <w:tc>
          <w:tcPr>
            <w:tcW w:w="3969" w:type="dxa"/>
          </w:tcPr>
          <w:p w14:paraId="65291242" w14:textId="77777777" w:rsidR="00AA2478" w:rsidRPr="00145A4E" w:rsidRDefault="00AA2478" w:rsidP="00AA2478">
            <w:pPr>
              <w:jc w:val="center"/>
              <w:rPr>
                <w:rFonts w:cs="Times New Roman"/>
                <w:b/>
                <w:sz w:val="16"/>
                <w:szCs w:val="16"/>
                <w:lang w:val="tt-RU"/>
              </w:rPr>
            </w:pPr>
          </w:p>
        </w:tc>
      </w:tr>
      <w:tr w:rsidR="00AA2478" w:rsidRPr="00925DBC" w14:paraId="7DB12604" w14:textId="77777777" w:rsidTr="00AA2478">
        <w:tc>
          <w:tcPr>
            <w:tcW w:w="965" w:type="dxa"/>
          </w:tcPr>
          <w:p w14:paraId="02C06F2D"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B75C07B" w14:textId="77777777" w:rsidR="00AA2478" w:rsidRPr="00512024" w:rsidRDefault="00AA2478" w:rsidP="00AA2478">
            <w:pPr>
              <w:jc w:val="left"/>
              <w:rPr>
                <w:rFonts w:cs="Times New Roman"/>
                <w:sz w:val="24"/>
                <w:szCs w:val="24"/>
                <w:lang w:val="tt-RU"/>
              </w:rPr>
            </w:pPr>
          </w:p>
        </w:tc>
        <w:tc>
          <w:tcPr>
            <w:tcW w:w="992" w:type="dxa"/>
            <w:vMerge/>
          </w:tcPr>
          <w:p w14:paraId="5F65EBD3" w14:textId="77777777" w:rsidR="00AA2478" w:rsidRPr="00512024" w:rsidRDefault="00AA2478" w:rsidP="00AA2478">
            <w:pPr>
              <w:jc w:val="center"/>
              <w:rPr>
                <w:rFonts w:cs="Times New Roman"/>
                <w:sz w:val="24"/>
                <w:szCs w:val="24"/>
                <w:lang w:val="tt-RU"/>
              </w:rPr>
            </w:pPr>
          </w:p>
        </w:tc>
        <w:tc>
          <w:tcPr>
            <w:tcW w:w="992" w:type="dxa"/>
          </w:tcPr>
          <w:p w14:paraId="6414F6E2" w14:textId="77777777" w:rsidR="00AA2478" w:rsidRPr="00512024" w:rsidRDefault="00AA2478" w:rsidP="00AA2478">
            <w:pPr>
              <w:jc w:val="left"/>
              <w:rPr>
                <w:rFonts w:cs="Times New Roman"/>
                <w:sz w:val="24"/>
                <w:szCs w:val="24"/>
                <w:lang w:val="tt-RU"/>
              </w:rPr>
            </w:pPr>
          </w:p>
        </w:tc>
        <w:tc>
          <w:tcPr>
            <w:tcW w:w="1134" w:type="dxa"/>
          </w:tcPr>
          <w:p w14:paraId="13503843" w14:textId="77777777" w:rsidR="00AA2478" w:rsidRPr="00512024" w:rsidRDefault="00AA2478" w:rsidP="00AA2478">
            <w:pPr>
              <w:jc w:val="left"/>
              <w:rPr>
                <w:rFonts w:cs="Times New Roman"/>
                <w:sz w:val="24"/>
                <w:szCs w:val="24"/>
                <w:lang w:val="tt-RU"/>
              </w:rPr>
            </w:pPr>
          </w:p>
        </w:tc>
        <w:tc>
          <w:tcPr>
            <w:tcW w:w="3969" w:type="dxa"/>
          </w:tcPr>
          <w:p w14:paraId="078B14FF" w14:textId="77777777" w:rsidR="00AA2478" w:rsidRPr="00145A4E" w:rsidRDefault="00AA2478" w:rsidP="00AA2478">
            <w:pPr>
              <w:jc w:val="center"/>
              <w:rPr>
                <w:rFonts w:cs="Times New Roman"/>
                <w:b/>
                <w:sz w:val="16"/>
                <w:szCs w:val="16"/>
                <w:lang w:val="tt-RU"/>
              </w:rPr>
            </w:pPr>
          </w:p>
        </w:tc>
      </w:tr>
      <w:tr w:rsidR="00AA2478" w:rsidRPr="00600724" w14:paraId="70637AE6" w14:textId="77777777" w:rsidTr="00AA2478">
        <w:trPr>
          <w:trHeight w:val="459"/>
        </w:trPr>
        <w:tc>
          <w:tcPr>
            <w:tcW w:w="965" w:type="dxa"/>
          </w:tcPr>
          <w:p w14:paraId="100C6E2D"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47EB7E9A" w14:textId="77777777" w:rsidR="00AA2478" w:rsidRPr="00CB6317" w:rsidRDefault="00AA2478" w:rsidP="00AA2478">
            <w:pPr>
              <w:jc w:val="left"/>
              <w:rPr>
                <w:rFonts w:eastAsia="Calibri" w:cs="Times New Roman"/>
                <w:sz w:val="24"/>
                <w:szCs w:val="24"/>
                <w:lang w:val="tt-RU"/>
              </w:rPr>
            </w:pPr>
            <w:r w:rsidRPr="00CB6317">
              <w:rPr>
                <w:rFonts w:eastAsia="Calibri" w:cs="Times New Roman"/>
                <w:sz w:val="24"/>
                <w:szCs w:val="24"/>
                <w:lang w:val="tt-RU"/>
              </w:rPr>
              <w:t>лык/-лек кушымчасы ярдәмендә исем сүз төркеме ясалу</w:t>
            </w:r>
          </w:p>
        </w:tc>
        <w:tc>
          <w:tcPr>
            <w:tcW w:w="992" w:type="dxa"/>
          </w:tcPr>
          <w:p w14:paraId="3064B403" w14:textId="77777777" w:rsidR="00AA2478" w:rsidRPr="00512024" w:rsidRDefault="00AA2478" w:rsidP="00AA2478">
            <w:pPr>
              <w:jc w:val="center"/>
              <w:rPr>
                <w:rFonts w:cs="Times New Roman"/>
                <w:sz w:val="24"/>
                <w:szCs w:val="24"/>
                <w:lang w:val="tt-RU"/>
              </w:rPr>
            </w:pPr>
          </w:p>
        </w:tc>
        <w:tc>
          <w:tcPr>
            <w:tcW w:w="992" w:type="dxa"/>
          </w:tcPr>
          <w:p w14:paraId="225A974E" w14:textId="77777777" w:rsidR="00AA2478" w:rsidRPr="00512024" w:rsidRDefault="00AA2478" w:rsidP="00AA2478">
            <w:pPr>
              <w:jc w:val="left"/>
              <w:rPr>
                <w:rFonts w:cs="Times New Roman"/>
                <w:sz w:val="24"/>
                <w:szCs w:val="24"/>
                <w:lang w:val="tt-RU"/>
              </w:rPr>
            </w:pPr>
          </w:p>
        </w:tc>
        <w:tc>
          <w:tcPr>
            <w:tcW w:w="1134" w:type="dxa"/>
          </w:tcPr>
          <w:p w14:paraId="086B585E" w14:textId="77777777" w:rsidR="00AA2478" w:rsidRPr="00512024" w:rsidRDefault="00AA2478" w:rsidP="00AA2478">
            <w:pPr>
              <w:jc w:val="left"/>
              <w:rPr>
                <w:rFonts w:cs="Times New Roman"/>
                <w:sz w:val="24"/>
                <w:szCs w:val="24"/>
                <w:lang w:val="tt-RU"/>
              </w:rPr>
            </w:pPr>
          </w:p>
        </w:tc>
        <w:tc>
          <w:tcPr>
            <w:tcW w:w="3969" w:type="dxa"/>
          </w:tcPr>
          <w:p w14:paraId="1929B723" w14:textId="77777777" w:rsidR="00AA2478" w:rsidRPr="00CB6317" w:rsidRDefault="00AA2478" w:rsidP="00AA2478">
            <w:pPr>
              <w:jc w:val="center"/>
              <w:rPr>
                <w:lang w:val="tt-RU"/>
              </w:rPr>
            </w:pPr>
          </w:p>
        </w:tc>
      </w:tr>
      <w:tr w:rsidR="00AA2478" w:rsidRPr="00600724" w14:paraId="4B39CD66" w14:textId="77777777" w:rsidTr="00AA2478">
        <w:trPr>
          <w:trHeight w:val="459"/>
        </w:trPr>
        <w:tc>
          <w:tcPr>
            <w:tcW w:w="965" w:type="dxa"/>
          </w:tcPr>
          <w:p w14:paraId="336ECACF"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3C67276A" w14:textId="77777777" w:rsidR="00AA2478" w:rsidRPr="00512024" w:rsidRDefault="00AA2478" w:rsidP="00AA2478">
            <w:pPr>
              <w:jc w:val="left"/>
              <w:rPr>
                <w:rFonts w:cs="Times New Roman"/>
                <w:sz w:val="24"/>
                <w:szCs w:val="24"/>
                <w:lang w:val="tt-RU"/>
              </w:rPr>
            </w:pPr>
            <w:r w:rsidRPr="00512024">
              <w:rPr>
                <w:rFonts w:eastAsia="Calibri" w:cs="Times New Roman"/>
                <w:sz w:val="24"/>
                <w:szCs w:val="24"/>
              </w:rPr>
              <w:t xml:space="preserve">Имя существительное./ </w:t>
            </w:r>
            <w:r w:rsidRPr="00512024">
              <w:rPr>
                <w:rFonts w:cs="Times New Roman"/>
                <w:sz w:val="24"/>
                <w:szCs w:val="24"/>
              </w:rPr>
              <w:t>Исем сүз төркеме</w:t>
            </w:r>
          </w:p>
        </w:tc>
        <w:tc>
          <w:tcPr>
            <w:tcW w:w="992" w:type="dxa"/>
            <w:vMerge w:val="restart"/>
          </w:tcPr>
          <w:p w14:paraId="5C5FDA88"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3</w:t>
            </w:r>
          </w:p>
        </w:tc>
        <w:tc>
          <w:tcPr>
            <w:tcW w:w="992" w:type="dxa"/>
          </w:tcPr>
          <w:p w14:paraId="644F891E" w14:textId="77777777" w:rsidR="00AA2478" w:rsidRPr="00512024" w:rsidRDefault="00AA2478" w:rsidP="00AA2478">
            <w:pPr>
              <w:jc w:val="left"/>
              <w:rPr>
                <w:rFonts w:cs="Times New Roman"/>
                <w:sz w:val="24"/>
                <w:szCs w:val="24"/>
                <w:lang w:val="tt-RU"/>
              </w:rPr>
            </w:pPr>
          </w:p>
        </w:tc>
        <w:tc>
          <w:tcPr>
            <w:tcW w:w="1134" w:type="dxa"/>
          </w:tcPr>
          <w:p w14:paraId="5A4C2B73" w14:textId="77777777" w:rsidR="00AA2478" w:rsidRPr="00512024" w:rsidRDefault="00AA2478" w:rsidP="00AA2478">
            <w:pPr>
              <w:jc w:val="left"/>
              <w:rPr>
                <w:rFonts w:cs="Times New Roman"/>
                <w:sz w:val="24"/>
                <w:szCs w:val="24"/>
                <w:lang w:val="tt-RU"/>
              </w:rPr>
            </w:pPr>
          </w:p>
        </w:tc>
        <w:tc>
          <w:tcPr>
            <w:tcW w:w="3969" w:type="dxa"/>
            <w:vMerge w:val="restart"/>
          </w:tcPr>
          <w:p w14:paraId="372BB5AB" w14:textId="77777777" w:rsidR="00AA2478" w:rsidRPr="00145A4E" w:rsidRDefault="00863D41" w:rsidP="00AA2478">
            <w:pPr>
              <w:jc w:val="center"/>
              <w:rPr>
                <w:rFonts w:cs="Times New Roman"/>
                <w:b/>
                <w:sz w:val="16"/>
                <w:szCs w:val="16"/>
                <w:lang w:val="tt-RU"/>
              </w:rPr>
            </w:pPr>
            <w:hyperlink r:id="rId52" w:history="1">
              <w:r w:rsidR="00AA2478" w:rsidRPr="00145A4E">
                <w:rPr>
                  <w:rStyle w:val="af2"/>
                  <w:rFonts w:cs="Times New Roman"/>
                  <w:b/>
                  <w:sz w:val="16"/>
                  <w:szCs w:val="16"/>
                  <w:lang w:val="tt-RU"/>
                </w:rPr>
                <w:t>https://mon.tatarstan.ru/razrabotki-urokov-po-rodnomu-tatarskomu-yaziku-i.htm</w:t>
              </w:r>
            </w:hyperlink>
          </w:p>
          <w:p w14:paraId="22E52143" w14:textId="77777777" w:rsidR="00AA2478" w:rsidRPr="00145A4E" w:rsidRDefault="00AA2478" w:rsidP="00AA2478">
            <w:pPr>
              <w:jc w:val="center"/>
              <w:rPr>
                <w:rFonts w:cs="Times New Roman"/>
                <w:b/>
                <w:sz w:val="16"/>
                <w:szCs w:val="16"/>
                <w:lang w:val="tt-RU"/>
              </w:rPr>
            </w:pPr>
            <w:r w:rsidRPr="00145A4E">
              <w:rPr>
                <w:rFonts w:cs="Times New Roman"/>
                <w:b/>
                <w:color w:val="4F81BD" w:themeColor="accent1"/>
                <w:sz w:val="16"/>
                <w:szCs w:val="16"/>
                <w:lang w:val="tt-RU"/>
              </w:rPr>
              <w:lastRenderedPageBreak/>
              <w:t>https://nsportal.ru/shkola/rodnoy-yazyk-i-literatura/library/2013/11/14/yalgyzlyk-isemnr-sobstvennye-imena</w:t>
            </w:r>
          </w:p>
        </w:tc>
      </w:tr>
      <w:tr w:rsidR="00AA2478" w:rsidRPr="00600724" w14:paraId="6F02847A" w14:textId="77777777" w:rsidTr="00AA2478">
        <w:trPr>
          <w:trHeight w:val="459"/>
        </w:trPr>
        <w:tc>
          <w:tcPr>
            <w:tcW w:w="965" w:type="dxa"/>
          </w:tcPr>
          <w:p w14:paraId="03899587"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503A1CDB" w14:textId="77777777" w:rsidR="00AA2478" w:rsidRPr="00512024" w:rsidRDefault="00AA2478" w:rsidP="00AA2478">
            <w:pPr>
              <w:jc w:val="left"/>
              <w:rPr>
                <w:rFonts w:eastAsia="Calibri" w:cs="Times New Roman"/>
                <w:sz w:val="24"/>
                <w:szCs w:val="24"/>
                <w:lang w:val="tt-RU"/>
              </w:rPr>
            </w:pPr>
          </w:p>
        </w:tc>
        <w:tc>
          <w:tcPr>
            <w:tcW w:w="992" w:type="dxa"/>
            <w:vMerge/>
          </w:tcPr>
          <w:p w14:paraId="6071DBF7" w14:textId="77777777" w:rsidR="00AA2478" w:rsidRPr="00512024" w:rsidRDefault="00AA2478" w:rsidP="00AA2478">
            <w:pPr>
              <w:jc w:val="center"/>
              <w:rPr>
                <w:rFonts w:cs="Times New Roman"/>
                <w:sz w:val="24"/>
                <w:szCs w:val="24"/>
                <w:lang w:val="tt-RU"/>
              </w:rPr>
            </w:pPr>
          </w:p>
        </w:tc>
        <w:tc>
          <w:tcPr>
            <w:tcW w:w="992" w:type="dxa"/>
          </w:tcPr>
          <w:p w14:paraId="0B108DD7" w14:textId="77777777" w:rsidR="00AA2478" w:rsidRPr="00512024" w:rsidRDefault="00AA2478" w:rsidP="00AA2478">
            <w:pPr>
              <w:jc w:val="left"/>
              <w:rPr>
                <w:rFonts w:cs="Times New Roman"/>
                <w:sz w:val="24"/>
                <w:szCs w:val="24"/>
                <w:lang w:val="tt-RU"/>
              </w:rPr>
            </w:pPr>
          </w:p>
        </w:tc>
        <w:tc>
          <w:tcPr>
            <w:tcW w:w="1134" w:type="dxa"/>
          </w:tcPr>
          <w:p w14:paraId="151E354B" w14:textId="77777777" w:rsidR="00AA2478" w:rsidRPr="00512024" w:rsidRDefault="00AA2478" w:rsidP="00AA2478">
            <w:pPr>
              <w:jc w:val="left"/>
              <w:rPr>
                <w:rFonts w:cs="Times New Roman"/>
                <w:sz w:val="24"/>
                <w:szCs w:val="24"/>
                <w:lang w:val="tt-RU"/>
              </w:rPr>
            </w:pPr>
          </w:p>
        </w:tc>
        <w:tc>
          <w:tcPr>
            <w:tcW w:w="3969" w:type="dxa"/>
            <w:vMerge/>
          </w:tcPr>
          <w:p w14:paraId="42EF3CF6" w14:textId="77777777" w:rsidR="00AA2478" w:rsidRPr="00145A4E" w:rsidRDefault="00AA2478" w:rsidP="00AA2478">
            <w:pPr>
              <w:jc w:val="center"/>
              <w:rPr>
                <w:rFonts w:cs="Times New Roman"/>
                <w:b/>
                <w:sz w:val="16"/>
                <w:szCs w:val="16"/>
                <w:lang w:val="tt-RU"/>
              </w:rPr>
            </w:pPr>
          </w:p>
        </w:tc>
      </w:tr>
      <w:tr w:rsidR="00AA2478" w:rsidRPr="00600724" w14:paraId="17930A6E" w14:textId="77777777" w:rsidTr="00AA2478">
        <w:trPr>
          <w:trHeight w:val="459"/>
        </w:trPr>
        <w:tc>
          <w:tcPr>
            <w:tcW w:w="965" w:type="dxa"/>
          </w:tcPr>
          <w:p w14:paraId="4EA137BA"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19E3BAB5" w14:textId="77777777" w:rsidR="00AA2478" w:rsidRPr="00512024" w:rsidRDefault="00AA2478" w:rsidP="00AA2478">
            <w:pPr>
              <w:jc w:val="left"/>
              <w:rPr>
                <w:rFonts w:eastAsia="Calibri" w:cs="Times New Roman"/>
                <w:sz w:val="24"/>
                <w:szCs w:val="24"/>
                <w:lang w:val="tt-RU"/>
              </w:rPr>
            </w:pPr>
          </w:p>
        </w:tc>
        <w:tc>
          <w:tcPr>
            <w:tcW w:w="992" w:type="dxa"/>
            <w:vMerge/>
          </w:tcPr>
          <w:p w14:paraId="507E66F4" w14:textId="77777777" w:rsidR="00AA2478" w:rsidRPr="00512024" w:rsidRDefault="00AA2478" w:rsidP="00AA2478">
            <w:pPr>
              <w:jc w:val="center"/>
              <w:rPr>
                <w:rFonts w:cs="Times New Roman"/>
                <w:sz w:val="24"/>
                <w:szCs w:val="24"/>
                <w:lang w:val="tt-RU"/>
              </w:rPr>
            </w:pPr>
          </w:p>
        </w:tc>
        <w:tc>
          <w:tcPr>
            <w:tcW w:w="992" w:type="dxa"/>
          </w:tcPr>
          <w:p w14:paraId="1C407722" w14:textId="77777777" w:rsidR="00AA2478" w:rsidRPr="00512024" w:rsidRDefault="00AA2478" w:rsidP="00AA2478">
            <w:pPr>
              <w:jc w:val="left"/>
              <w:rPr>
                <w:rFonts w:cs="Times New Roman"/>
                <w:sz w:val="24"/>
                <w:szCs w:val="24"/>
                <w:lang w:val="tt-RU"/>
              </w:rPr>
            </w:pPr>
          </w:p>
        </w:tc>
        <w:tc>
          <w:tcPr>
            <w:tcW w:w="1134" w:type="dxa"/>
          </w:tcPr>
          <w:p w14:paraId="70271AAE" w14:textId="77777777" w:rsidR="00AA2478" w:rsidRPr="00512024" w:rsidRDefault="00AA2478" w:rsidP="00AA2478">
            <w:pPr>
              <w:jc w:val="left"/>
              <w:rPr>
                <w:rFonts w:cs="Times New Roman"/>
                <w:sz w:val="24"/>
                <w:szCs w:val="24"/>
                <w:lang w:val="tt-RU"/>
              </w:rPr>
            </w:pPr>
          </w:p>
        </w:tc>
        <w:tc>
          <w:tcPr>
            <w:tcW w:w="3969" w:type="dxa"/>
            <w:vMerge/>
          </w:tcPr>
          <w:p w14:paraId="2737826B" w14:textId="77777777" w:rsidR="00AA2478" w:rsidRPr="00145A4E" w:rsidRDefault="00AA2478" w:rsidP="00AA2478">
            <w:pPr>
              <w:jc w:val="center"/>
              <w:rPr>
                <w:rFonts w:cs="Times New Roman"/>
                <w:b/>
                <w:sz w:val="16"/>
                <w:szCs w:val="16"/>
                <w:lang w:val="tt-RU"/>
              </w:rPr>
            </w:pPr>
          </w:p>
        </w:tc>
      </w:tr>
      <w:tr w:rsidR="00AA2478" w:rsidRPr="00925DBC" w14:paraId="2B8DB878" w14:textId="77777777" w:rsidTr="00AA2478">
        <w:tc>
          <w:tcPr>
            <w:tcW w:w="965" w:type="dxa"/>
          </w:tcPr>
          <w:p w14:paraId="7F03E357"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53358873" w14:textId="77777777" w:rsidR="00AA2478" w:rsidRPr="00512024" w:rsidRDefault="00AA2478" w:rsidP="00AA2478">
            <w:pPr>
              <w:jc w:val="left"/>
              <w:rPr>
                <w:rFonts w:cs="Times New Roman"/>
                <w:sz w:val="24"/>
                <w:szCs w:val="24"/>
                <w:lang w:val="tt-RU"/>
              </w:rPr>
            </w:pPr>
            <w:r>
              <w:rPr>
                <w:rFonts w:cs="Times New Roman"/>
                <w:sz w:val="24"/>
                <w:szCs w:val="24"/>
                <w:lang w:val="tt-RU"/>
              </w:rPr>
              <w:t xml:space="preserve">Имена собственные во множественном числе./ </w:t>
            </w:r>
            <w:r w:rsidRPr="00CB6317">
              <w:rPr>
                <w:rFonts w:cs="Times New Roman"/>
                <w:sz w:val="24"/>
                <w:szCs w:val="24"/>
                <w:lang w:val="tt-RU"/>
              </w:rPr>
              <w:t>Ялгызлык исемнәрне күплек санда куллану</w:t>
            </w:r>
          </w:p>
        </w:tc>
        <w:tc>
          <w:tcPr>
            <w:tcW w:w="992" w:type="dxa"/>
          </w:tcPr>
          <w:p w14:paraId="47C089C1"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4071931F" w14:textId="77777777" w:rsidR="00AA2478" w:rsidRPr="00512024" w:rsidRDefault="00AA2478" w:rsidP="00AA2478">
            <w:pPr>
              <w:jc w:val="left"/>
              <w:rPr>
                <w:rFonts w:cs="Times New Roman"/>
                <w:sz w:val="24"/>
                <w:szCs w:val="24"/>
                <w:lang w:val="tt-RU"/>
              </w:rPr>
            </w:pPr>
          </w:p>
        </w:tc>
        <w:tc>
          <w:tcPr>
            <w:tcW w:w="1134" w:type="dxa"/>
          </w:tcPr>
          <w:p w14:paraId="6025D637" w14:textId="77777777" w:rsidR="00AA2478" w:rsidRPr="00512024" w:rsidRDefault="00AA2478" w:rsidP="00AA2478">
            <w:pPr>
              <w:jc w:val="left"/>
              <w:rPr>
                <w:rFonts w:cs="Times New Roman"/>
                <w:sz w:val="24"/>
                <w:szCs w:val="24"/>
                <w:lang w:val="tt-RU"/>
              </w:rPr>
            </w:pPr>
          </w:p>
        </w:tc>
        <w:tc>
          <w:tcPr>
            <w:tcW w:w="3969" w:type="dxa"/>
          </w:tcPr>
          <w:p w14:paraId="2697E089" w14:textId="77777777" w:rsidR="00AA2478" w:rsidRPr="00145A4E" w:rsidRDefault="00AA2478" w:rsidP="00AA2478">
            <w:pPr>
              <w:jc w:val="center"/>
              <w:rPr>
                <w:rFonts w:cs="Times New Roman"/>
                <w:b/>
                <w:sz w:val="16"/>
                <w:szCs w:val="16"/>
                <w:lang w:val="tt-RU"/>
              </w:rPr>
            </w:pPr>
          </w:p>
        </w:tc>
      </w:tr>
      <w:tr w:rsidR="00AA2478" w:rsidRPr="00925DBC" w14:paraId="3678A1F4" w14:textId="77777777" w:rsidTr="00AA2478">
        <w:tc>
          <w:tcPr>
            <w:tcW w:w="965" w:type="dxa"/>
          </w:tcPr>
          <w:p w14:paraId="76EA9F1E"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21E745B3" w14:textId="77777777" w:rsidR="00AA2478" w:rsidRPr="00CB6317" w:rsidRDefault="00AA2478" w:rsidP="00AA2478">
            <w:pPr>
              <w:jc w:val="left"/>
              <w:rPr>
                <w:rFonts w:cs="Times New Roman"/>
                <w:sz w:val="24"/>
                <w:szCs w:val="24"/>
                <w:lang w:val="tt-RU"/>
              </w:rPr>
            </w:pPr>
            <w:r w:rsidRPr="00CB6317">
              <w:rPr>
                <w:rFonts w:cs="Times New Roman"/>
                <w:sz w:val="24"/>
                <w:szCs w:val="24"/>
                <w:lang w:val="tt-RU"/>
              </w:rPr>
              <w:t>Имена собственные во множественном числе</w:t>
            </w:r>
            <w:r>
              <w:rPr>
                <w:rFonts w:cs="Times New Roman"/>
                <w:sz w:val="24"/>
                <w:szCs w:val="24"/>
                <w:lang w:val="tt-RU"/>
              </w:rPr>
              <w:t xml:space="preserve">./ </w:t>
            </w:r>
            <w:r w:rsidRPr="00CB6317">
              <w:rPr>
                <w:rFonts w:cs="Times New Roman"/>
                <w:sz w:val="24"/>
                <w:szCs w:val="24"/>
                <w:lang w:val="tt-RU"/>
              </w:rPr>
              <w:t>Ялгызлык исемнәрне күплек санда куллану</w:t>
            </w:r>
          </w:p>
        </w:tc>
        <w:tc>
          <w:tcPr>
            <w:tcW w:w="992" w:type="dxa"/>
          </w:tcPr>
          <w:p w14:paraId="4069AAFC" w14:textId="77777777" w:rsidR="00AA2478" w:rsidRPr="00512024" w:rsidRDefault="00AA2478" w:rsidP="00AA2478">
            <w:pPr>
              <w:jc w:val="center"/>
              <w:rPr>
                <w:rFonts w:cs="Times New Roman"/>
                <w:sz w:val="24"/>
                <w:szCs w:val="24"/>
                <w:lang w:val="tt-RU"/>
              </w:rPr>
            </w:pPr>
          </w:p>
        </w:tc>
        <w:tc>
          <w:tcPr>
            <w:tcW w:w="992" w:type="dxa"/>
          </w:tcPr>
          <w:p w14:paraId="30D15FE9" w14:textId="77777777" w:rsidR="00AA2478" w:rsidRPr="00512024" w:rsidRDefault="00AA2478" w:rsidP="00AA2478">
            <w:pPr>
              <w:jc w:val="left"/>
              <w:rPr>
                <w:rFonts w:cs="Times New Roman"/>
                <w:sz w:val="24"/>
                <w:szCs w:val="24"/>
                <w:lang w:val="tt-RU"/>
              </w:rPr>
            </w:pPr>
          </w:p>
        </w:tc>
        <w:tc>
          <w:tcPr>
            <w:tcW w:w="1134" w:type="dxa"/>
          </w:tcPr>
          <w:p w14:paraId="6B5949BB" w14:textId="77777777" w:rsidR="00AA2478" w:rsidRPr="00512024" w:rsidRDefault="00AA2478" w:rsidP="00AA2478">
            <w:pPr>
              <w:jc w:val="left"/>
              <w:rPr>
                <w:rFonts w:cs="Times New Roman"/>
                <w:sz w:val="24"/>
                <w:szCs w:val="24"/>
                <w:lang w:val="tt-RU"/>
              </w:rPr>
            </w:pPr>
          </w:p>
        </w:tc>
        <w:tc>
          <w:tcPr>
            <w:tcW w:w="3969" w:type="dxa"/>
          </w:tcPr>
          <w:p w14:paraId="5B6E6DD6" w14:textId="77777777" w:rsidR="00AA2478" w:rsidRPr="00145A4E" w:rsidRDefault="00AA2478" w:rsidP="00AA2478">
            <w:pPr>
              <w:jc w:val="center"/>
              <w:rPr>
                <w:rFonts w:cs="Times New Roman"/>
                <w:b/>
                <w:sz w:val="16"/>
                <w:szCs w:val="16"/>
                <w:lang w:val="tt-RU"/>
              </w:rPr>
            </w:pPr>
          </w:p>
        </w:tc>
      </w:tr>
      <w:tr w:rsidR="00AA2478" w:rsidRPr="00925DBC" w14:paraId="1A3DD27D" w14:textId="77777777" w:rsidTr="00AA2478">
        <w:tc>
          <w:tcPr>
            <w:tcW w:w="965" w:type="dxa"/>
          </w:tcPr>
          <w:p w14:paraId="4CE9E71B"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4453CC01" w14:textId="77777777" w:rsidR="00AA2478" w:rsidRPr="00CB6317" w:rsidRDefault="00AA2478" w:rsidP="00AA2478">
            <w:pPr>
              <w:jc w:val="left"/>
              <w:rPr>
                <w:rFonts w:cs="Times New Roman"/>
                <w:sz w:val="24"/>
                <w:szCs w:val="24"/>
                <w:lang w:val="tt-RU"/>
              </w:rPr>
            </w:pPr>
            <w:r>
              <w:rPr>
                <w:rFonts w:cs="Times New Roman"/>
                <w:sz w:val="24"/>
                <w:szCs w:val="24"/>
                <w:lang w:val="tt-RU"/>
              </w:rPr>
              <w:t xml:space="preserve">Творческий урок./ </w:t>
            </w:r>
            <w:r w:rsidRPr="00CB6317">
              <w:rPr>
                <w:rFonts w:cs="Times New Roman"/>
                <w:sz w:val="24"/>
                <w:szCs w:val="24"/>
                <w:lang w:val="tt-RU"/>
              </w:rPr>
              <w:t>Иҗади дәрес</w:t>
            </w:r>
          </w:p>
        </w:tc>
        <w:tc>
          <w:tcPr>
            <w:tcW w:w="992" w:type="dxa"/>
          </w:tcPr>
          <w:p w14:paraId="5DC609FE" w14:textId="77777777" w:rsidR="00AA2478" w:rsidRPr="00512024" w:rsidRDefault="00AA2478" w:rsidP="00AA2478">
            <w:pPr>
              <w:jc w:val="center"/>
              <w:rPr>
                <w:rFonts w:cs="Times New Roman"/>
                <w:sz w:val="24"/>
                <w:szCs w:val="24"/>
                <w:lang w:val="tt-RU"/>
              </w:rPr>
            </w:pPr>
          </w:p>
        </w:tc>
        <w:tc>
          <w:tcPr>
            <w:tcW w:w="992" w:type="dxa"/>
          </w:tcPr>
          <w:p w14:paraId="117A47FE" w14:textId="77777777" w:rsidR="00AA2478" w:rsidRPr="00512024" w:rsidRDefault="00AA2478" w:rsidP="00AA2478">
            <w:pPr>
              <w:jc w:val="left"/>
              <w:rPr>
                <w:rFonts w:cs="Times New Roman"/>
                <w:sz w:val="24"/>
                <w:szCs w:val="24"/>
                <w:lang w:val="tt-RU"/>
              </w:rPr>
            </w:pPr>
          </w:p>
        </w:tc>
        <w:tc>
          <w:tcPr>
            <w:tcW w:w="1134" w:type="dxa"/>
          </w:tcPr>
          <w:p w14:paraId="1B289246" w14:textId="77777777" w:rsidR="00AA2478" w:rsidRPr="00512024" w:rsidRDefault="00AA2478" w:rsidP="00AA2478">
            <w:pPr>
              <w:jc w:val="left"/>
              <w:rPr>
                <w:rFonts w:cs="Times New Roman"/>
                <w:sz w:val="24"/>
                <w:szCs w:val="24"/>
                <w:lang w:val="tt-RU"/>
              </w:rPr>
            </w:pPr>
          </w:p>
        </w:tc>
        <w:tc>
          <w:tcPr>
            <w:tcW w:w="3969" w:type="dxa"/>
          </w:tcPr>
          <w:p w14:paraId="7E804757" w14:textId="77777777" w:rsidR="00AA2478" w:rsidRPr="00145A4E" w:rsidRDefault="00AA2478" w:rsidP="00AA2478">
            <w:pPr>
              <w:jc w:val="center"/>
              <w:rPr>
                <w:rFonts w:cs="Times New Roman"/>
                <w:b/>
                <w:sz w:val="16"/>
                <w:szCs w:val="16"/>
                <w:lang w:val="tt-RU"/>
              </w:rPr>
            </w:pPr>
          </w:p>
        </w:tc>
      </w:tr>
      <w:tr w:rsidR="00AA2478" w:rsidRPr="00600724" w14:paraId="36589237" w14:textId="77777777" w:rsidTr="00AA2478">
        <w:trPr>
          <w:trHeight w:val="579"/>
        </w:trPr>
        <w:tc>
          <w:tcPr>
            <w:tcW w:w="965" w:type="dxa"/>
          </w:tcPr>
          <w:p w14:paraId="50C0BEE1"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0D67A3CB" w14:textId="77777777" w:rsidR="00AA2478" w:rsidRPr="00512024" w:rsidRDefault="00AA2478" w:rsidP="00AA2478">
            <w:pPr>
              <w:jc w:val="left"/>
              <w:rPr>
                <w:rFonts w:cs="Times New Roman"/>
                <w:sz w:val="24"/>
                <w:szCs w:val="24"/>
                <w:lang w:val="tt-RU"/>
              </w:rPr>
            </w:pPr>
            <w:r w:rsidRPr="00512024">
              <w:rPr>
                <w:rFonts w:eastAsia="Calibri" w:cs="Times New Roman"/>
                <w:sz w:val="24"/>
                <w:szCs w:val="24"/>
              </w:rPr>
              <w:t xml:space="preserve">Имя прилагательное. Сыйфат. </w:t>
            </w:r>
          </w:p>
          <w:p w14:paraId="5C03655B" w14:textId="77777777" w:rsidR="00AA2478" w:rsidRPr="00512024" w:rsidRDefault="00AA2478" w:rsidP="00AA2478">
            <w:pPr>
              <w:jc w:val="left"/>
              <w:rPr>
                <w:rFonts w:cs="Times New Roman"/>
                <w:sz w:val="24"/>
                <w:szCs w:val="24"/>
                <w:lang w:val="tt-RU"/>
              </w:rPr>
            </w:pPr>
          </w:p>
        </w:tc>
        <w:tc>
          <w:tcPr>
            <w:tcW w:w="992" w:type="dxa"/>
            <w:vMerge w:val="restart"/>
          </w:tcPr>
          <w:p w14:paraId="09544042"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tc>
        <w:tc>
          <w:tcPr>
            <w:tcW w:w="992" w:type="dxa"/>
          </w:tcPr>
          <w:p w14:paraId="0031E28C" w14:textId="77777777" w:rsidR="00AA2478" w:rsidRPr="00512024" w:rsidRDefault="00AA2478" w:rsidP="00AA2478">
            <w:pPr>
              <w:jc w:val="left"/>
              <w:rPr>
                <w:rFonts w:cs="Times New Roman"/>
                <w:sz w:val="24"/>
                <w:szCs w:val="24"/>
                <w:lang w:val="tt-RU"/>
              </w:rPr>
            </w:pPr>
          </w:p>
        </w:tc>
        <w:tc>
          <w:tcPr>
            <w:tcW w:w="1134" w:type="dxa"/>
          </w:tcPr>
          <w:p w14:paraId="14CCBBAD" w14:textId="77777777" w:rsidR="00AA2478" w:rsidRPr="00512024" w:rsidRDefault="00AA2478" w:rsidP="00AA2478">
            <w:pPr>
              <w:jc w:val="left"/>
              <w:rPr>
                <w:rFonts w:cs="Times New Roman"/>
                <w:sz w:val="24"/>
                <w:szCs w:val="24"/>
                <w:lang w:val="tt-RU"/>
              </w:rPr>
            </w:pPr>
          </w:p>
        </w:tc>
        <w:tc>
          <w:tcPr>
            <w:tcW w:w="3969" w:type="dxa"/>
          </w:tcPr>
          <w:p w14:paraId="0D4892C6" w14:textId="77777777" w:rsidR="00AA2478" w:rsidRDefault="00863D41" w:rsidP="00AA2478">
            <w:pPr>
              <w:jc w:val="center"/>
              <w:rPr>
                <w:rFonts w:cs="Times New Roman"/>
                <w:b/>
                <w:sz w:val="16"/>
                <w:szCs w:val="16"/>
                <w:lang w:val="tt-RU"/>
              </w:rPr>
            </w:pPr>
            <w:hyperlink r:id="rId53" w:history="1">
              <w:r w:rsidR="00AA2478" w:rsidRPr="00C12EE6">
                <w:rPr>
                  <w:rStyle w:val="af2"/>
                  <w:rFonts w:cs="Times New Roman"/>
                  <w:b/>
                  <w:sz w:val="16"/>
                  <w:szCs w:val="16"/>
                  <w:lang w:val="tt-RU"/>
                </w:rPr>
                <w:t>https://infourok.ru/prezentaciya_po_tatarskomu_yazyku_na_temu-177693.htm</w:t>
              </w:r>
            </w:hyperlink>
          </w:p>
          <w:p w14:paraId="34337D3E" w14:textId="77777777" w:rsidR="00AA2478" w:rsidRPr="00145A4E" w:rsidRDefault="00AA2478" w:rsidP="00AA2478">
            <w:pPr>
              <w:jc w:val="center"/>
              <w:rPr>
                <w:rFonts w:cs="Times New Roman"/>
                <w:b/>
                <w:sz w:val="16"/>
                <w:szCs w:val="16"/>
                <w:lang w:val="tt-RU"/>
              </w:rPr>
            </w:pPr>
          </w:p>
        </w:tc>
      </w:tr>
      <w:tr w:rsidR="00AA2478" w:rsidRPr="00600724" w14:paraId="77F07D36" w14:textId="77777777" w:rsidTr="00AA2478">
        <w:trPr>
          <w:trHeight w:val="165"/>
        </w:trPr>
        <w:tc>
          <w:tcPr>
            <w:tcW w:w="965" w:type="dxa"/>
          </w:tcPr>
          <w:p w14:paraId="7EEE1A19"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0F6C3449" w14:textId="77777777" w:rsidR="00AA2478" w:rsidRPr="00512024" w:rsidRDefault="00AA2478" w:rsidP="00AA2478">
            <w:pPr>
              <w:jc w:val="left"/>
              <w:rPr>
                <w:rFonts w:eastAsia="Calibri" w:cs="Times New Roman"/>
                <w:sz w:val="24"/>
                <w:szCs w:val="24"/>
                <w:lang w:val="tt-RU"/>
              </w:rPr>
            </w:pPr>
          </w:p>
        </w:tc>
        <w:tc>
          <w:tcPr>
            <w:tcW w:w="992" w:type="dxa"/>
            <w:vMerge/>
          </w:tcPr>
          <w:p w14:paraId="451E8A18" w14:textId="77777777" w:rsidR="00AA2478" w:rsidRPr="00512024" w:rsidRDefault="00AA2478" w:rsidP="00AA2478">
            <w:pPr>
              <w:jc w:val="center"/>
              <w:rPr>
                <w:rFonts w:cs="Times New Roman"/>
                <w:sz w:val="24"/>
                <w:szCs w:val="24"/>
                <w:lang w:val="tt-RU"/>
              </w:rPr>
            </w:pPr>
          </w:p>
        </w:tc>
        <w:tc>
          <w:tcPr>
            <w:tcW w:w="992" w:type="dxa"/>
          </w:tcPr>
          <w:p w14:paraId="3FA48FB0" w14:textId="77777777" w:rsidR="00AA2478" w:rsidRPr="00512024" w:rsidRDefault="00AA2478" w:rsidP="00AA2478">
            <w:pPr>
              <w:jc w:val="left"/>
              <w:rPr>
                <w:rFonts w:cs="Times New Roman"/>
                <w:sz w:val="24"/>
                <w:szCs w:val="24"/>
                <w:lang w:val="tt-RU"/>
              </w:rPr>
            </w:pPr>
          </w:p>
        </w:tc>
        <w:tc>
          <w:tcPr>
            <w:tcW w:w="1134" w:type="dxa"/>
          </w:tcPr>
          <w:p w14:paraId="27292C07" w14:textId="77777777" w:rsidR="00AA2478" w:rsidRPr="00512024" w:rsidRDefault="00AA2478" w:rsidP="00AA2478">
            <w:pPr>
              <w:jc w:val="left"/>
              <w:rPr>
                <w:rFonts w:cs="Times New Roman"/>
                <w:sz w:val="24"/>
                <w:szCs w:val="24"/>
                <w:lang w:val="tt-RU"/>
              </w:rPr>
            </w:pPr>
          </w:p>
        </w:tc>
        <w:tc>
          <w:tcPr>
            <w:tcW w:w="3969" w:type="dxa"/>
          </w:tcPr>
          <w:p w14:paraId="718AE141" w14:textId="77777777" w:rsidR="00AA2478" w:rsidRPr="00145A4E" w:rsidRDefault="00AA2478" w:rsidP="00AA2478">
            <w:pPr>
              <w:jc w:val="center"/>
              <w:rPr>
                <w:rFonts w:cs="Times New Roman"/>
                <w:b/>
                <w:sz w:val="16"/>
                <w:szCs w:val="16"/>
                <w:lang w:val="tt-RU"/>
              </w:rPr>
            </w:pPr>
          </w:p>
        </w:tc>
      </w:tr>
      <w:tr w:rsidR="00AA2478" w:rsidRPr="00925DBC" w14:paraId="5BCAA9E9" w14:textId="77777777" w:rsidTr="00AA2478">
        <w:tc>
          <w:tcPr>
            <w:tcW w:w="965" w:type="dxa"/>
          </w:tcPr>
          <w:p w14:paraId="6000718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C10646C" w14:textId="77777777" w:rsidR="00AA2478" w:rsidRPr="00512024" w:rsidRDefault="00AA2478" w:rsidP="00AA2478">
            <w:pPr>
              <w:jc w:val="left"/>
              <w:rPr>
                <w:rFonts w:cs="Times New Roman"/>
                <w:sz w:val="24"/>
                <w:szCs w:val="24"/>
              </w:rPr>
            </w:pPr>
            <w:r>
              <w:rPr>
                <w:rFonts w:cs="Times New Roman"/>
                <w:sz w:val="24"/>
                <w:szCs w:val="24"/>
              </w:rPr>
              <w:t>Прилагательные синонимы и антонимы. /</w:t>
            </w:r>
            <w:r w:rsidRPr="00CB6317">
              <w:rPr>
                <w:rFonts w:cs="Times New Roman"/>
                <w:sz w:val="24"/>
                <w:szCs w:val="24"/>
              </w:rPr>
              <w:t>Синоним сыйфатлар. Антоним сыйфатлар</w:t>
            </w:r>
          </w:p>
        </w:tc>
        <w:tc>
          <w:tcPr>
            <w:tcW w:w="992" w:type="dxa"/>
          </w:tcPr>
          <w:p w14:paraId="6BE939EE" w14:textId="77777777" w:rsidR="00AA2478" w:rsidRPr="00512024" w:rsidRDefault="00AA2478" w:rsidP="00AA2478">
            <w:pPr>
              <w:jc w:val="center"/>
              <w:rPr>
                <w:rFonts w:cs="Times New Roman"/>
                <w:sz w:val="24"/>
                <w:szCs w:val="24"/>
                <w:lang w:val="tt-RU"/>
              </w:rPr>
            </w:pPr>
          </w:p>
        </w:tc>
        <w:tc>
          <w:tcPr>
            <w:tcW w:w="992" w:type="dxa"/>
          </w:tcPr>
          <w:p w14:paraId="6D60503A" w14:textId="77777777" w:rsidR="00AA2478" w:rsidRPr="00512024" w:rsidRDefault="00AA2478" w:rsidP="00AA2478">
            <w:pPr>
              <w:jc w:val="left"/>
              <w:rPr>
                <w:rFonts w:cs="Times New Roman"/>
                <w:sz w:val="24"/>
                <w:szCs w:val="24"/>
                <w:lang w:val="tt-RU"/>
              </w:rPr>
            </w:pPr>
          </w:p>
        </w:tc>
        <w:tc>
          <w:tcPr>
            <w:tcW w:w="1134" w:type="dxa"/>
          </w:tcPr>
          <w:p w14:paraId="22F2A926" w14:textId="77777777" w:rsidR="00AA2478" w:rsidRPr="00512024" w:rsidRDefault="00AA2478" w:rsidP="00AA2478">
            <w:pPr>
              <w:jc w:val="left"/>
              <w:rPr>
                <w:rFonts w:cs="Times New Roman"/>
                <w:sz w:val="24"/>
                <w:szCs w:val="24"/>
                <w:lang w:val="tt-RU"/>
              </w:rPr>
            </w:pPr>
          </w:p>
        </w:tc>
        <w:tc>
          <w:tcPr>
            <w:tcW w:w="3969" w:type="dxa"/>
          </w:tcPr>
          <w:p w14:paraId="524FD5D2" w14:textId="77777777" w:rsidR="00AA2478" w:rsidRPr="00145A4E" w:rsidRDefault="00AA2478" w:rsidP="00AA2478">
            <w:pPr>
              <w:jc w:val="center"/>
              <w:rPr>
                <w:rFonts w:cs="Times New Roman"/>
                <w:b/>
                <w:sz w:val="16"/>
                <w:szCs w:val="16"/>
              </w:rPr>
            </w:pPr>
          </w:p>
        </w:tc>
      </w:tr>
      <w:tr w:rsidR="00AA2478" w:rsidRPr="00925DBC" w14:paraId="37D2D871" w14:textId="77777777" w:rsidTr="00AA2478">
        <w:tc>
          <w:tcPr>
            <w:tcW w:w="965" w:type="dxa"/>
          </w:tcPr>
          <w:p w14:paraId="08E53A92"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5D04AE3B" w14:textId="77777777" w:rsidR="00AA2478" w:rsidRPr="00512024" w:rsidRDefault="00AA2478" w:rsidP="00AA2478">
            <w:pPr>
              <w:jc w:val="left"/>
              <w:rPr>
                <w:rFonts w:cs="Times New Roman"/>
                <w:sz w:val="24"/>
                <w:szCs w:val="24"/>
              </w:rPr>
            </w:pPr>
            <w:r w:rsidRPr="00ED2AF1">
              <w:rPr>
                <w:rFonts w:cs="Times New Roman"/>
                <w:sz w:val="24"/>
                <w:szCs w:val="24"/>
              </w:rPr>
              <w:t>Прилагательные синонимы и антонимы</w:t>
            </w:r>
            <w:proofErr w:type="gramStart"/>
            <w:r w:rsidRPr="00ED2AF1">
              <w:rPr>
                <w:rFonts w:cs="Times New Roman"/>
                <w:sz w:val="24"/>
                <w:szCs w:val="24"/>
              </w:rPr>
              <w:t xml:space="preserve"> </w:t>
            </w:r>
            <w:r>
              <w:rPr>
                <w:rFonts w:cs="Times New Roman"/>
                <w:sz w:val="24"/>
                <w:szCs w:val="24"/>
              </w:rPr>
              <w:t>.</w:t>
            </w:r>
            <w:proofErr w:type="gramEnd"/>
            <w:r>
              <w:rPr>
                <w:rFonts w:cs="Times New Roman"/>
                <w:sz w:val="24"/>
                <w:szCs w:val="24"/>
              </w:rPr>
              <w:t xml:space="preserve">/ </w:t>
            </w:r>
            <w:r w:rsidRPr="00CB6317">
              <w:rPr>
                <w:rFonts w:cs="Times New Roman"/>
                <w:sz w:val="24"/>
                <w:szCs w:val="24"/>
              </w:rPr>
              <w:t>Синоним сыйфатлар. Антоним сыйфатлар</w:t>
            </w:r>
          </w:p>
        </w:tc>
        <w:tc>
          <w:tcPr>
            <w:tcW w:w="992" w:type="dxa"/>
          </w:tcPr>
          <w:p w14:paraId="179CFA4F" w14:textId="77777777" w:rsidR="00AA2478" w:rsidRPr="00512024" w:rsidRDefault="00AA2478" w:rsidP="00AA2478">
            <w:pPr>
              <w:jc w:val="center"/>
              <w:rPr>
                <w:rFonts w:cs="Times New Roman"/>
                <w:sz w:val="24"/>
                <w:szCs w:val="24"/>
                <w:lang w:val="tt-RU"/>
              </w:rPr>
            </w:pPr>
          </w:p>
        </w:tc>
        <w:tc>
          <w:tcPr>
            <w:tcW w:w="992" w:type="dxa"/>
          </w:tcPr>
          <w:p w14:paraId="7C3B5940" w14:textId="77777777" w:rsidR="00AA2478" w:rsidRPr="00512024" w:rsidRDefault="00AA2478" w:rsidP="00AA2478">
            <w:pPr>
              <w:jc w:val="left"/>
              <w:rPr>
                <w:rFonts w:cs="Times New Roman"/>
                <w:sz w:val="24"/>
                <w:szCs w:val="24"/>
                <w:lang w:val="tt-RU"/>
              </w:rPr>
            </w:pPr>
          </w:p>
        </w:tc>
        <w:tc>
          <w:tcPr>
            <w:tcW w:w="1134" w:type="dxa"/>
          </w:tcPr>
          <w:p w14:paraId="0BDBE111" w14:textId="77777777" w:rsidR="00AA2478" w:rsidRPr="00512024" w:rsidRDefault="00AA2478" w:rsidP="00AA2478">
            <w:pPr>
              <w:jc w:val="left"/>
              <w:rPr>
                <w:rFonts w:cs="Times New Roman"/>
                <w:sz w:val="24"/>
                <w:szCs w:val="24"/>
                <w:lang w:val="tt-RU"/>
              </w:rPr>
            </w:pPr>
          </w:p>
        </w:tc>
        <w:tc>
          <w:tcPr>
            <w:tcW w:w="3969" w:type="dxa"/>
          </w:tcPr>
          <w:p w14:paraId="0D56038C" w14:textId="77777777" w:rsidR="00AA2478" w:rsidRPr="00145A4E" w:rsidRDefault="00AA2478" w:rsidP="00AA2478">
            <w:pPr>
              <w:jc w:val="center"/>
              <w:rPr>
                <w:rFonts w:cs="Times New Roman"/>
                <w:b/>
                <w:sz w:val="16"/>
                <w:szCs w:val="16"/>
              </w:rPr>
            </w:pPr>
          </w:p>
        </w:tc>
      </w:tr>
      <w:tr w:rsidR="00AA2478" w:rsidRPr="00925DBC" w14:paraId="2EBD3251" w14:textId="77777777" w:rsidTr="00AA2478">
        <w:tc>
          <w:tcPr>
            <w:tcW w:w="965" w:type="dxa"/>
          </w:tcPr>
          <w:p w14:paraId="2EC644F0"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74F7585" w14:textId="77777777" w:rsidR="00AA2478" w:rsidRPr="00512024" w:rsidRDefault="00AA2478" w:rsidP="00AA2478">
            <w:pPr>
              <w:jc w:val="left"/>
              <w:rPr>
                <w:rFonts w:cs="Times New Roman"/>
                <w:sz w:val="24"/>
                <w:szCs w:val="24"/>
                <w:lang w:val="tt-RU"/>
              </w:rPr>
            </w:pPr>
            <w:r w:rsidRPr="00512024">
              <w:rPr>
                <w:rFonts w:cs="Times New Roman"/>
                <w:sz w:val="24"/>
                <w:szCs w:val="24"/>
              </w:rPr>
              <w:t>Работа с текстом./Текст белән эш Аудиотекст белән эшләү</w:t>
            </w:r>
          </w:p>
        </w:tc>
        <w:tc>
          <w:tcPr>
            <w:tcW w:w="992" w:type="dxa"/>
          </w:tcPr>
          <w:p w14:paraId="0E5C29FD"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 xml:space="preserve">1 </w:t>
            </w:r>
          </w:p>
        </w:tc>
        <w:tc>
          <w:tcPr>
            <w:tcW w:w="992" w:type="dxa"/>
          </w:tcPr>
          <w:p w14:paraId="00C38B02" w14:textId="77777777" w:rsidR="00AA2478" w:rsidRPr="00512024" w:rsidRDefault="00AA2478" w:rsidP="00AA2478">
            <w:pPr>
              <w:jc w:val="left"/>
              <w:rPr>
                <w:rFonts w:cs="Times New Roman"/>
                <w:sz w:val="24"/>
                <w:szCs w:val="24"/>
                <w:lang w:val="tt-RU"/>
              </w:rPr>
            </w:pPr>
          </w:p>
        </w:tc>
        <w:tc>
          <w:tcPr>
            <w:tcW w:w="1134" w:type="dxa"/>
          </w:tcPr>
          <w:p w14:paraId="68B872C3" w14:textId="77777777" w:rsidR="00AA2478" w:rsidRPr="00512024" w:rsidRDefault="00AA2478" w:rsidP="00AA2478">
            <w:pPr>
              <w:jc w:val="left"/>
              <w:rPr>
                <w:rFonts w:cs="Times New Roman"/>
                <w:sz w:val="24"/>
                <w:szCs w:val="24"/>
                <w:lang w:val="tt-RU"/>
              </w:rPr>
            </w:pPr>
          </w:p>
        </w:tc>
        <w:tc>
          <w:tcPr>
            <w:tcW w:w="3969" w:type="dxa"/>
          </w:tcPr>
          <w:p w14:paraId="07179509" w14:textId="77777777" w:rsidR="00AA2478" w:rsidRPr="00145A4E" w:rsidRDefault="00AA2478" w:rsidP="00AA2478">
            <w:pPr>
              <w:jc w:val="center"/>
              <w:rPr>
                <w:rFonts w:cs="Times New Roman"/>
                <w:b/>
                <w:sz w:val="16"/>
                <w:szCs w:val="16"/>
              </w:rPr>
            </w:pPr>
          </w:p>
        </w:tc>
      </w:tr>
      <w:tr w:rsidR="00AA2478" w:rsidRPr="00600724" w14:paraId="2AEC67EC" w14:textId="77777777" w:rsidTr="00AA2478">
        <w:trPr>
          <w:trHeight w:val="820"/>
        </w:trPr>
        <w:tc>
          <w:tcPr>
            <w:tcW w:w="965" w:type="dxa"/>
          </w:tcPr>
          <w:p w14:paraId="2B40222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566BB62B" w14:textId="77777777" w:rsidR="00AA2478" w:rsidRPr="00512024" w:rsidRDefault="00AA2478" w:rsidP="00AA2478">
            <w:pPr>
              <w:jc w:val="left"/>
              <w:rPr>
                <w:rFonts w:cs="Times New Roman"/>
                <w:sz w:val="24"/>
                <w:szCs w:val="24"/>
              </w:rPr>
            </w:pPr>
            <w:r w:rsidRPr="00512024">
              <w:rPr>
                <w:rFonts w:eastAsia="Calibri" w:cs="Times New Roman"/>
                <w:sz w:val="24"/>
                <w:szCs w:val="24"/>
              </w:rPr>
              <w:t xml:space="preserve">Местоимение. Личные местоимения (повторение)/ </w:t>
            </w:r>
            <w:r w:rsidRPr="00512024">
              <w:rPr>
                <w:rFonts w:cs="Times New Roman"/>
                <w:sz w:val="24"/>
                <w:szCs w:val="24"/>
                <w:lang w:val="tt-RU"/>
              </w:rPr>
              <w:t xml:space="preserve"> Алмашлык Зат алмашлыклары</w:t>
            </w:r>
          </w:p>
        </w:tc>
        <w:tc>
          <w:tcPr>
            <w:tcW w:w="992" w:type="dxa"/>
            <w:vMerge w:val="restart"/>
          </w:tcPr>
          <w:p w14:paraId="7D3874B2"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p w14:paraId="79E1D223" w14:textId="77777777" w:rsidR="00AA2478" w:rsidRPr="00512024" w:rsidRDefault="00AA2478" w:rsidP="00AA2478">
            <w:pPr>
              <w:jc w:val="center"/>
              <w:rPr>
                <w:rFonts w:cs="Times New Roman"/>
                <w:sz w:val="24"/>
                <w:szCs w:val="24"/>
                <w:lang w:val="tt-RU"/>
              </w:rPr>
            </w:pPr>
          </w:p>
          <w:p w14:paraId="6747841F" w14:textId="77777777" w:rsidR="00AA2478" w:rsidRPr="00512024" w:rsidRDefault="00AA2478" w:rsidP="00AA2478">
            <w:pPr>
              <w:jc w:val="center"/>
              <w:rPr>
                <w:rFonts w:cs="Times New Roman"/>
                <w:sz w:val="24"/>
                <w:szCs w:val="24"/>
                <w:lang w:val="tt-RU"/>
              </w:rPr>
            </w:pPr>
          </w:p>
        </w:tc>
        <w:tc>
          <w:tcPr>
            <w:tcW w:w="992" w:type="dxa"/>
          </w:tcPr>
          <w:p w14:paraId="3DA47965" w14:textId="77777777" w:rsidR="00AA2478" w:rsidRPr="00512024" w:rsidRDefault="00AA2478" w:rsidP="00AA2478">
            <w:pPr>
              <w:jc w:val="left"/>
              <w:rPr>
                <w:rFonts w:cs="Times New Roman"/>
                <w:sz w:val="24"/>
                <w:szCs w:val="24"/>
                <w:lang w:val="tt-RU"/>
              </w:rPr>
            </w:pPr>
          </w:p>
        </w:tc>
        <w:tc>
          <w:tcPr>
            <w:tcW w:w="1134" w:type="dxa"/>
          </w:tcPr>
          <w:p w14:paraId="69D1F340" w14:textId="77777777" w:rsidR="00AA2478" w:rsidRPr="00512024" w:rsidRDefault="00AA2478" w:rsidP="00AA2478">
            <w:pPr>
              <w:jc w:val="left"/>
              <w:rPr>
                <w:rFonts w:cs="Times New Roman"/>
                <w:sz w:val="24"/>
                <w:szCs w:val="24"/>
                <w:lang w:val="tt-RU"/>
              </w:rPr>
            </w:pPr>
          </w:p>
        </w:tc>
        <w:tc>
          <w:tcPr>
            <w:tcW w:w="3969" w:type="dxa"/>
          </w:tcPr>
          <w:p w14:paraId="366DDD1B" w14:textId="77777777" w:rsidR="00AA2478" w:rsidRPr="00145A4E" w:rsidRDefault="00863D41" w:rsidP="00AA2478">
            <w:pPr>
              <w:jc w:val="center"/>
              <w:rPr>
                <w:rFonts w:cs="Times New Roman"/>
                <w:b/>
                <w:sz w:val="16"/>
                <w:szCs w:val="16"/>
                <w:lang w:val="tt-RU"/>
              </w:rPr>
            </w:pPr>
            <w:hyperlink r:id="rId54" w:history="1">
              <w:r w:rsidR="00AA2478" w:rsidRPr="00145A4E">
                <w:rPr>
                  <w:rStyle w:val="af2"/>
                  <w:rFonts w:cs="Times New Roman"/>
                  <w:b/>
                  <w:sz w:val="16"/>
                  <w:szCs w:val="16"/>
                  <w:lang w:val="tt-RU"/>
                </w:rPr>
                <w:t>https://mon.tatarstan.ru/razrabotki-urokov-po-rodnomu-tatarskomu-yaziku-i.htm</w:t>
              </w:r>
            </w:hyperlink>
          </w:p>
          <w:p w14:paraId="2FC81C24" w14:textId="77777777" w:rsidR="00AA2478" w:rsidRPr="00145A4E" w:rsidRDefault="00AA2478" w:rsidP="00AA2478">
            <w:pPr>
              <w:jc w:val="center"/>
              <w:rPr>
                <w:rFonts w:cs="Times New Roman"/>
                <w:b/>
                <w:sz w:val="16"/>
                <w:szCs w:val="16"/>
                <w:lang w:val="tt-RU"/>
              </w:rPr>
            </w:pPr>
          </w:p>
        </w:tc>
      </w:tr>
      <w:tr w:rsidR="00AA2478" w:rsidRPr="00600724" w14:paraId="346B9B39" w14:textId="77777777" w:rsidTr="00AA2478">
        <w:trPr>
          <w:trHeight w:val="564"/>
        </w:trPr>
        <w:tc>
          <w:tcPr>
            <w:tcW w:w="965" w:type="dxa"/>
          </w:tcPr>
          <w:p w14:paraId="4A5B9037"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35B872C3" w14:textId="77777777" w:rsidR="00AA2478" w:rsidRPr="00512024" w:rsidRDefault="00AA2478" w:rsidP="00AA2478">
            <w:pPr>
              <w:jc w:val="left"/>
              <w:rPr>
                <w:rFonts w:eastAsia="Calibri" w:cs="Times New Roman"/>
                <w:sz w:val="24"/>
                <w:szCs w:val="24"/>
                <w:lang w:val="tt-RU"/>
              </w:rPr>
            </w:pPr>
          </w:p>
        </w:tc>
        <w:tc>
          <w:tcPr>
            <w:tcW w:w="992" w:type="dxa"/>
            <w:vMerge/>
          </w:tcPr>
          <w:p w14:paraId="00176215" w14:textId="77777777" w:rsidR="00AA2478" w:rsidRPr="00512024" w:rsidRDefault="00AA2478" w:rsidP="00AA2478">
            <w:pPr>
              <w:jc w:val="center"/>
              <w:rPr>
                <w:rFonts w:cs="Times New Roman"/>
                <w:sz w:val="24"/>
                <w:szCs w:val="24"/>
                <w:lang w:val="tt-RU"/>
              </w:rPr>
            </w:pPr>
          </w:p>
        </w:tc>
        <w:tc>
          <w:tcPr>
            <w:tcW w:w="992" w:type="dxa"/>
          </w:tcPr>
          <w:p w14:paraId="1C1A7ECC" w14:textId="77777777" w:rsidR="00AA2478" w:rsidRPr="00512024" w:rsidRDefault="00AA2478" w:rsidP="00AA2478">
            <w:pPr>
              <w:jc w:val="left"/>
              <w:rPr>
                <w:rFonts w:cs="Times New Roman"/>
                <w:sz w:val="24"/>
                <w:szCs w:val="24"/>
                <w:lang w:val="tt-RU"/>
              </w:rPr>
            </w:pPr>
          </w:p>
        </w:tc>
        <w:tc>
          <w:tcPr>
            <w:tcW w:w="1134" w:type="dxa"/>
          </w:tcPr>
          <w:p w14:paraId="3F7F104F" w14:textId="77777777" w:rsidR="00AA2478" w:rsidRPr="00512024" w:rsidRDefault="00AA2478" w:rsidP="00AA2478">
            <w:pPr>
              <w:jc w:val="left"/>
              <w:rPr>
                <w:rFonts w:cs="Times New Roman"/>
                <w:sz w:val="24"/>
                <w:szCs w:val="24"/>
                <w:lang w:val="tt-RU"/>
              </w:rPr>
            </w:pPr>
          </w:p>
        </w:tc>
        <w:tc>
          <w:tcPr>
            <w:tcW w:w="3969" w:type="dxa"/>
          </w:tcPr>
          <w:p w14:paraId="08A170A8" w14:textId="77777777" w:rsidR="00AA2478" w:rsidRPr="00145A4E" w:rsidRDefault="00AA2478" w:rsidP="00AA2478">
            <w:pPr>
              <w:jc w:val="center"/>
              <w:rPr>
                <w:rFonts w:cs="Times New Roman"/>
                <w:b/>
                <w:sz w:val="16"/>
                <w:szCs w:val="16"/>
                <w:lang w:val="tt-RU"/>
              </w:rPr>
            </w:pPr>
          </w:p>
        </w:tc>
      </w:tr>
      <w:tr w:rsidR="00AA2478" w:rsidRPr="00CB6317" w14:paraId="35A991DB" w14:textId="77777777" w:rsidTr="00AA2478">
        <w:trPr>
          <w:trHeight w:val="830"/>
        </w:trPr>
        <w:tc>
          <w:tcPr>
            <w:tcW w:w="965" w:type="dxa"/>
          </w:tcPr>
          <w:p w14:paraId="1F2EAA6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5C4C234F" w14:textId="77777777" w:rsidR="00AA2478" w:rsidRPr="00ED2AF1" w:rsidRDefault="00AA2478" w:rsidP="00AA2478">
            <w:pPr>
              <w:spacing w:line="360" w:lineRule="auto"/>
              <w:jc w:val="left"/>
              <w:rPr>
                <w:rFonts w:eastAsia="Calibri" w:cs="Times New Roman"/>
                <w:sz w:val="24"/>
                <w:szCs w:val="24"/>
                <w:lang w:val="tt-RU"/>
              </w:rPr>
            </w:pPr>
            <w:r>
              <w:rPr>
                <w:rFonts w:eastAsia="Calibri" w:cs="Times New Roman"/>
                <w:sz w:val="24"/>
                <w:szCs w:val="24"/>
                <w:lang w:val="tt-RU"/>
              </w:rPr>
              <w:t>Склонение личных местоимений. /</w:t>
            </w:r>
            <w:r w:rsidRPr="00ED2AF1">
              <w:rPr>
                <w:rFonts w:eastAsia="Calibri" w:cs="Times New Roman"/>
                <w:sz w:val="24"/>
                <w:szCs w:val="24"/>
                <w:lang w:val="tt-RU"/>
              </w:rPr>
              <w:t>Зат алмашлыкларының килеш белән төрләнеше</w:t>
            </w:r>
          </w:p>
        </w:tc>
        <w:tc>
          <w:tcPr>
            <w:tcW w:w="992" w:type="dxa"/>
          </w:tcPr>
          <w:p w14:paraId="6FF36B22" w14:textId="77777777" w:rsidR="00AA2478" w:rsidRPr="00512024" w:rsidRDefault="00AA2478" w:rsidP="00AA2478">
            <w:pPr>
              <w:jc w:val="center"/>
              <w:rPr>
                <w:rFonts w:cs="Times New Roman"/>
                <w:sz w:val="24"/>
                <w:szCs w:val="24"/>
                <w:lang w:val="tt-RU"/>
              </w:rPr>
            </w:pPr>
          </w:p>
        </w:tc>
        <w:tc>
          <w:tcPr>
            <w:tcW w:w="992" w:type="dxa"/>
          </w:tcPr>
          <w:p w14:paraId="6861E498" w14:textId="77777777" w:rsidR="00AA2478" w:rsidRPr="00512024" w:rsidRDefault="00AA2478" w:rsidP="00AA2478">
            <w:pPr>
              <w:jc w:val="left"/>
              <w:rPr>
                <w:rFonts w:cs="Times New Roman"/>
                <w:sz w:val="24"/>
                <w:szCs w:val="24"/>
                <w:lang w:val="tt-RU"/>
              </w:rPr>
            </w:pPr>
          </w:p>
        </w:tc>
        <w:tc>
          <w:tcPr>
            <w:tcW w:w="1134" w:type="dxa"/>
          </w:tcPr>
          <w:p w14:paraId="0E8B9521" w14:textId="77777777" w:rsidR="00AA2478" w:rsidRPr="00512024" w:rsidRDefault="00AA2478" w:rsidP="00AA2478">
            <w:pPr>
              <w:jc w:val="left"/>
              <w:rPr>
                <w:rFonts w:cs="Times New Roman"/>
                <w:sz w:val="24"/>
                <w:szCs w:val="24"/>
                <w:lang w:val="tt-RU"/>
              </w:rPr>
            </w:pPr>
          </w:p>
        </w:tc>
        <w:tc>
          <w:tcPr>
            <w:tcW w:w="3969" w:type="dxa"/>
          </w:tcPr>
          <w:p w14:paraId="1BE4DAC6" w14:textId="77777777" w:rsidR="00AA2478" w:rsidRPr="00ED2AF1" w:rsidRDefault="00AA2478" w:rsidP="00AA2478">
            <w:pPr>
              <w:jc w:val="center"/>
              <w:rPr>
                <w:lang w:val="tt-RU"/>
              </w:rPr>
            </w:pPr>
          </w:p>
        </w:tc>
      </w:tr>
      <w:tr w:rsidR="00AA2478" w:rsidRPr="00600724" w14:paraId="43856FD7" w14:textId="77777777" w:rsidTr="00AA2478">
        <w:trPr>
          <w:trHeight w:val="830"/>
        </w:trPr>
        <w:tc>
          <w:tcPr>
            <w:tcW w:w="965" w:type="dxa"/>
          </w:tcPr>
          <w:p w14:paraId="454D53AD"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428FFAE0" w14:textId="77777777" w:rsidR="00AA2478" w:rsidRPr="00512024" w:rsidRDefault="00AA2478" w:rsidP="00AA2478">
            <w:pPr>
              <w:spacing w:line="360" w:lineRule="auto"/>
              <w:jc w:val="left"/>
              <w:rPr>
                <w:rFonts w:cs="Times New Roman"/>
                <w:sz w:val="24"/>
                <w:szCs w:val="24"/>
                <w:lang w:val="tt-RU"/>
              </w:rPr>
            </w:pPr>
            <w:r w:rsidRPr="00512024">
              <w:rPr>
                <w:rFonts w:eastAsia="Calibri" w:cs="Times New Roman"/>
                <w:sz w:val="24"/>
                <w:szCs w:val="24"/>
              </w:rPr>
              <w:t>Указательные и вопросительные местоимения./</w:t>
            </w:r>
            <w:r w:rsidRPr="00512024">
              <w:rPr>
                <w:rFonts w:cs="Times New Roman"/>
                <w:sz w:val="24"/>
                <w:szCs w:val="24"/>
                <w:lang w:val="tt-RU"/>
              </w:rPr>
              <w:t>Күрсәтү һәм сорау алмашлыклары</w:t>
            </w:r>
          </w:p>
        </w:tc>
        <w:tc>
          <w:tcPr>
            <w:tcW w:w="992" w:type="dxa"/>
          </w:tcPr>
          <w:p w14:paraId="289833DA"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p w14:paraId="7209E8D1" w14:textId="77777777" w:rsidR="00AA2478" w:rsidRPr="00512024" w:rsidRDefault="00AA2478" w:rsidP="00AA2478">
            <w:pPr>
              <w:jc w:val="center"/>
              <w:rPr>
                <w:rFonts w:cs="Times New Roman"/>
                <w:sz w:val="24"/>
                <w:szCs w:val="24"/>
                <w:lang w:val="tt-RU"/>
              </w:rPr>
            </w:pPr>
          </w:p>
          <w:p w14:paraId="013583BB" w14:textId="77777777" w:rsidR="00AA2478" w:rsidRPr="00512024" w:rsidRDefault="00AA2478" w:rsidP="00AA2478">
            <w:pPr>
              <w:rPr>
                <w:rFonts w:cs="Times New Roman"/>
                <w:sz w:val="24"/>
                <w:szCs w:val="24"/>
                <w:lang w:val="tt-RU"/>
              </w:rPr>
            </w:pPr>
          </w:p>
        </w:tc>
        <w:tc>
          <w:tcPr>
            <w:tcW w:w="992" w:type="dxa"/>
          </w:tcPr>
          <w:p w14:paraId="7D0B3C53" w14:textId="77777777" w:rsidR="00AA2478" w:rsidRPr="00512024" w:rsidRDefault="00AA2478" w:rsidP="00AA2478">
            <w:pPr>
              <w:jc w:val="left"/>
              <w:rPr>
                <w:rFonts w:cs="Times New Roman"/>
                <w:sz w:val="24"/>
                <w:szCs w:val="24"/>
                <w:lang w:val="tt-RU"/>
              </w:rPr>
            </w:pPr>
          </w:p>
        </w:tc>
        <w:tc>
          <w:tcPr>
            <w:tcW w:w="1134" w:type="dxa"/>
          </w:tcPr>
          <w:p w14:paraId="3316407A" w14:textId="77777777" w:rsidR="00AA2478" w:rsidRPr="00512024" w:rsidRDefault="00AA2478" w:rsidP="00AA2478">
            <w:pPr>
              <w:jc w:val="left"/>
              <w:rPr>
                <w:rFonts w:cs="Times New Roman"/>
                <w:sz w:val="24"/>
                <w:szCs w:val="24"/>
                <w:lang w:val="tt-RU"/>
              </w:rPr>
            </w:pPr>
          </w:p>
        </w:tc>
        <w:tc>
          <w:tcPr>
            <w:tcW w:w="3969" w:type="dxa"/>
          </w:tcPr>
          <w:p w14:paraId="77B46527" w14:textId="77777777" w:rsidR="00AA2478" w:rsidRPr="00145A4E" w:rsidRDefault="00863D41" w:rsidP="00AA2478">
            <w:pPr>
              <w:jc w:val="center"/>
              <w:rPr>
                <w:rFonts w:cs="Times New Roman"/>
                <w:b/>
                <w:sz w:val="16"/>
                <w:szCs w:val="16"/>
                <w:lang w:val="tt-RU"/>
              </w:rPr>
            </w:pPr>
            <w:hyperlink r:id="rId55" w:history="1">
              <w:r w:rsidR="00AA2478" w:rsidRPr="00145A4E">
                <w:rPr>
                  <w:rStyle w:val="af2"/>
                  <w:rFonts w:cs="Times New Roman"/>
                  <w:b/>
                  <w:sz w:val="16"/>
                  <w:szCs w:val="16"/>
                  <w:lang w:val="tt-RU"/>
                </w:rPr>
                <w:t>https://infourok.ru/prezentaciya-na-temu-po-tatarskomu-yaziku-krst-almashliklari-kl-3231908.html</w:t>
              </w:r>
            </w:hyperlink>
          </w:p>
          <w:p w14:paraId="5E998B64" w14:textId="77777777" w:rsidR="00AA2478" w:rsidRPr="00145A4E" w:rsidRDefault="00AA2478" w:rsidP="00AA2478">
            <w:pPr>
              <w:jc w:val="center"/>
              <w:rPr>
                <w:rFonts w:cs="Times New Roman"/>
                <w:b/>
                <w:sz w:val="16"/>
                <w:szCs w:val="16"/>
                <w:lang w:val="tt-RU"/>
              </w:rPr>
            </w:pPr>
          </w:p>
        </w:tc>
      </w:tr>
      <w:tr w:rsidR="00AA2478" w:rsidRPr="00CB6317" w14:paraId="6A15BEED" w14:textId="77777777" w:rsidTr="00AA2478">
        <w:trPr>
          <w:trHeight w:val="830"/>
        </w:trPr>
        <w:tc>
          <w:tcPr>
            <w:tcW w:w="965" w:type="dxa"/>
          </w:tcPr>
          <w:p w14:paraId="71207640"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5656BB7" w14:textId="77777777" w:rsidR="00AA2478" w:rsidRPr="00512024" w:rsidRDefault="00AA2478" w:rsidP="00AA2478">
            <w:pPr>
              <w:spacing w:line="360" w:lineRule="auto"/>
              <w:jc w:val="left"/>
              <w:rPr>
                <w:rFonts w:eastAsia="Calibri" w:cs="Times New Roman"/>
                <w:sz w:val="24"/>
                <w:szCs w:val="24"/>
              </w:rPr>
            </w:pPr>
            <w:r w:rsidRPr="00ED2AF1">
              <w:rPr>
                <w:rFonts w:eastAsia="Calibri" w:cs="Times New Roman"/>
                <w:sz w:val="24"/>
                <w:szCs w:val="24"/>
              </w:rPr>
              <w:t>Указательные и вопросительные местоимения./Күрсәтү һәм сорау алмашлыклары</w:t>
            </w:r>
          </w:p>
        </w:tc>
        <w:tc>
          <w:tcPr>
            <w:tcW w:w="992" w:type="dxa"/>
          </w:tcPr>
          <w:p w14:paraId="1EE205B4" w14:textId="77777777" w:rsidR="00AA2478" w:rsidRPr="00512024" w:rsidRDefault="00AA2478" w:rsidP="00AA2478">
            <w:pPr>
              <w:jc w:val="center"/>
              <w:rPr>
                <w:rFonts w:cs="Times New Roman"/>
                <w:sz w:val="24"/>
                <w:szCs w:val="24"/>
                <w:lang w:val="tt-RU"/>
              </w:rPr>
            </w:pPr>
          </w:p>
        </w:tc>
        <w:tc>
          <w:tcPr>
            <w:tcW w:w="992" w:type="dxa"/>
          </w:tcPr>
          <w:p w14:paraId="60018309" w14:textId="77777777" w:rsidR="00AA2478" w:rsidRPr="00512024" w:rsidRDefault="00AA2478" w:rsidP="00AA2478">
            <w:pPr>
              <w:jc w:val="left"/>
              <w:rPr>
                <w:rFonts w:cs="Times New Roman"/>
                <w:sz w:val="24"/>
                <w:szCs w:val="24"/>
                <w:lang w:val="tt-RU"/>
              </w:rPr>
            </w:pPr>
          </w:p>
        </w:tc>
        <w:tc>
          <w:tcPr>
            <w:tcW w:w="1134" w:type="dxa"/>
          </w:tcPr>
          <w:p w14:paraId="350CD666" w14:textId="77777777" w:rsidR="00AA2478" w:rsidRPr="00512024" w:rsidRDefault="00AA2478" w:rsidP="00AA2478">
            <w:pPr>
              <w:jc w:val="left"/>
              <w:rPr>
                <w:rFonts w:cs="Times New Roman"/>
                <w:sz w:val="24"/>
                <w:szCs w:val="24"/>
                <w:lang w:val="tt-RU"/>
              </w:rPr>
            </w:pPr>
          </w:p>
        </w:tc>
        <w:tc>
          <w:tcPr>
            <w:tcW w:w="3969" w:type="dxa"/>
          </w:tcPr>
          <w:p w14:paraId="4889D0A2" w14:textId="77777777" w:rsidR="00AA2478" w:rsidRDefault="00AA2478" w:rsidP="00AA2478">
            <w:pPr>
              <w:jc w:val="center"/>
            </w:pPr>
          </w:p>
        </w:tc>
      </w:tr>
      <w:tr w:rsidR="00AA2478" w:rsidRPr="00CB6317" w14:paraId="2660A251" w14:textId="77777777" w:rsidTr="00AA2478">
        <w:trPr>
          <w:trHeight w:val="830"/>
        </w:trPr>
        <w:tc>
          <w:tcPr>
            <w:tcW w:w="965" w:type="dxa"/>
          </w:tcPr>
          <w:p w14:paraId="5F4A6F66"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45A08C13" w14:textId="77777777" w:rsidR="00AA2478" w:rsidRPr="00ED2AF1" w:rsidRDefault="00AA2478" w:rsidP="00AA2478">
            <w:pPr>
              <w:spacing w:line="360" w:lineRule="auto"/>
              <w:jc w:val="left"/>
              <w:rPr>
                <w:rFonts w:eastAsia="Calibri" w:cs="Times New Roman"/>
                <w:sz w:val="24"/>
                <w:szCs w:val="24"/>
              </w:rPr>
            </w:pPr>
            <w:r>
              <w:rPr>
                <w:rFonts w:eastAsia="Calibri" w:cs="Times New Roman"/>
                <w:sz w:val="24"/>
                <w:szCs w:val="24"/>
              </w:rPr>
              <w:t xml:space="preserve">Местоимения в речи./ </w:t>
            </w:r>
            <w:r w:rsidRPr="00ED2AF1">
              <w:rPr>
                <w:rFonts w:eastAsia="Calibri" w:cs="Times New Roman"/>
                <w:sz w:val="24"/>
                <w:szCs w:val="24"/>
              </w:rPr>
              <w:t>Алмашлыкларның сөйләмдә кулланылуы</w:t>
            </w:r>
          </w:p>
        </w:tc>
        <w:tc>
          <w:tcPr>
            <w:tcW w:w="992" w:type="dxa"/>
          </w:tcPr>
          <w:p w14:paraId="3B2A7D95" w14:textId="77777777" w:rsidR="00AA2478" w:rsidRPr="00512024" w:rsidRDefault="00AA2478" w:rsidP="00AA2478">
            <w:pPr>
              <w:jc w:val="center"/>
              <w:rPr>
                <w:rFonts w:cs="Times New Roman"/>
                <w:sz w:val="24"/>
                <w:szCs w:val="24"/>
                <w:lang w:val="tt-RU"/>
              </w:rPr>
            </w:pPr>
          </w:p>
        </w:tc>
        <w:tc>
          <w:tcPr>
            <w:tcW w:w="992" w:type="dxa"/>
          </w:tcPr>
          <w:p w14:paraId="68209E4F" w14:textId="77777777" w:rsidR="00AA2478" w:rsidRPr="00512024" w:rsidRDefault="00AA2478" w:rsidP="00AA2478">
            <w:pPr>
              <w:jc w:val="left"/>
              <w:rPr>
                <w:rFonts w:cs="Times New Roman"/>
                <w:sz w:val="24"/>
                <w:szCs w:val="24"/>
                <w:lang w:val="tt-RU"/>
              </w:rPr>
            </w:pPr>
          </w:p>
        </w:tc>
        <w:tc>
          <w:tcPr>
            <w:tcW w:w="1134" w:type="dxa"/>
          </w:tcPr>
          <w:p w14:paraId="46662D17" w14:textId="77777777" w:rsidR="00AA2478" w:rsidRPr="00512024" w:rsidRDefault="00AA2478" w:rsidP="00AA2478">
            <w:pPr>
              <w:jc w:val="left"/>
              <w:rPr>
                <w:rFonts w:cs="Times New Roman"/>
                <w:sz w:val="24"/>
                <w:szCs w:val="24"/>
                <w:lang w:val="tt-RU"/>
              </w:rPr>
            </w:pPr>
          </w:p>
        </w:tc>
        <w:tc>
          <w:tcPr>
            <w:tcW w:w="3969" w:type="dxa"/>
          </w:tcPr>
          <w:p w14:paraId="58DCB6E0" w14:textId="77777777" w:rsidR="00AA2478" w:rsidRDefault="00AA2478" w:rsidP="00AA2478">
            <w:pPr>
              <w:jc w:val="center"/>
            </w:pPr>
          </w:p>
        </w:tc>
      </w:tr>
      <w:tr w:rsidR="00AA2478" w:rsidRPr="00925DBC" w14:paraId="4D2455EF" w14:textId="77777777" w:rsidTr="00AA2478">
        <w:tc>
          <w:tcPr>
            <w:tcW w:w="965" w:type="dxa"/>
          </w:tcPr>
          <w:p w14:paraId="643FC954"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7E1B756D" w14:textId="77777777" w:rsidR="00AA2478" w:rsidRPr="00512024" w:rsidRDefault="00AA2478" w:rsidP="00AA2478">
            <w:pPr>
              <w:jc w:val="left"/>
              <w:rPr>
                <w:rFonts w:cs="Times New Roman"/>
                <w:sz w:val="24"/>
                <w:szCs w:val="24"/>
                <w:lang w:val="tt-RU"/>
              </w:rPr>
            </w:pPr>
            <w:r w:rsidRPr="00512024">
              <w:rPr>
                <w:rFonts w:cs="Times New Roman"/>
                <w:sz w:val="24"/>
                <w:szCs w:val="24"/>
              </w:rPr>
              <w:t>Сочинение</w:t>
            </w:r>
          </w:p>
          <w:p w14:paraId="7E74D599" w14:textId="77777777" w:rsidR="00AA2478" w:rsidRPr="00512024" w:rsidRDefault="00AA2478" w:rsidP="00AA2478">
            <w:pPr>
              <w:jc w:val="left"/>
              <w:rPr>
                <w:rFonts w:cs="Times New Roman"/>
                <w:sz w:val="24"/>
                <w:szCs w:val="24"/>
                <w:lang w:val="tt-RU"/>
              </w:rPr>
            </w:pPr>
          </w:p>
        </w:tc>
        <w:tc>
          <w:tcPr>
            <w:tcW w:w="992" w:type="dxa"/>
          </w:tcPr>
          <w:p w14:paraId="63334A49"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41B5CE87" w14:textId="77777777" w:rsidR="00AA2478" w:rsidRPr="00512024" w:rsidRDefault="00AA2478" w:rsidP="00AA2478">
            <w:pPr>
              <w:jc w:val="left"/>
              <w:rPr>
                <w:rFonts w:cs="Times New Roman"/>
                <w:sz w:val="24"/>
                <w:szCs w:val="24"/>
                <w:lang w:val="tt-RU"/>
              </w:rPr>
            </w:pPr>
          </w:p>
        </w:tc>
        <w:tc>
          <w:tcPr>
            <w:tcW w:w="1134" w:type="dxa"/>
          </w:tcPr>
          <w:p w14:paraId="76C0DC1E" w14:textId="77777777" w:rsidR="00AA2478" w:rsidRPr="00512024" w:rsidRDefault="00AA2478" w:rsidP="00AA2478">
            <w:pPr>
              <w:jc w:val="left"/>
              <w:rPr>
                <w:rFonts w:cs="Times New Roman"/>
                <w:sz w:val="24"/>
                <w:szCs w:val="24"/>
                <w:lang w:val="tt-RU"/>
              </w:rPr>
            </w:pPr>
          </w:p>
        </w:tc>
        <w:tc>
          <w:tcPr>
            <w:tcW w:w="3969" w:type="dxa"/>
          </w:tcPr>
          <w:p w14:paraId="5FC96B40" w14:textId="77777777" w:rsidR="00AA2478" w:rsidRPr="00145A4E" w:rsidRDefault="00AA2478" w:rsidP="00AA2478">
            <w:pPr>
              <w:jc w:val="center"/>
              <w:rPr>
                <w:rFonts w:cs="Times New Roman"/>
                <w:b/>
                <w:sz w:val="16"/>
                <w:szCs w:val="16"/>
                <w:lang w:val="tt-RU"/>
              </w:rPr>
            </w:pPr>
          </w:p>
        </w:tc>
      </w:tr>
      <w:tr w:rsidR="00AA2478" w:rsidRPr="00600724" w14:paraId="26715C50" w14:textId="77777777" w:rsidTr="00AA2478">
        <w:trPr>
          <w:trHeight w:val="846"/>
        </w:trPr>
        <w:tc>
          <w:tcPr>
            <w:tcW w:w="965" w:type="dxa"/>
          </w:tcPr>
          <w:p w14:paraId="060189F2"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0415AD68" w14:textId="77777777" w:rsidR="00AA2478" w:rsidRPr="00512024" w:rsidRDefault="00AA2478" w:rsidP="00AA2478">
            <w:pPr>
              <w:spacing w:line="360" w:lineRule="auto"/>
              <w:jc w:val="left"/>
              <w:rPr>
                <w:rFonts w:cs="Times New Roman"/>
                <w:sz w:val="24"/>
                <w:szCs w:val="24"/>
                <w:lang w:val="tt-RU"/>
              </w:rPr>
            </w:pPr>
            <w:r w:rsidRPr="00512024">
              <w:rPr>
                <w:rFonts w:eastAsia="Calibri" w:cs="Times New Roman"/>
                <w:sz w:val="24"/>
                <w:szCs w:val="24"/>
              </w:rPr>
              <w:t>Числительное. Количественные и порядковые числительные./</w:t>
            </w:r>
            <w:r w:rsidRPr="00512024">
              <w:rPr>
                <w:rFonts w:cs="Times New Roman"/>
                <w:sz w:val="24"/>
                <w:szCs w:val="24"/>
                <w:lang w:val="tt-RU"/>
              </w:rPr>
              <w:t>Сан. Сан төркемчәләре. Микъдар һәм тәртип саннары. Склонение числительных по падежам/Саннарның килеш белән төрләнеше.</w:t>
            </w:r>
          </w:p>
        </w:tc>
        <w:tc>
          <w:tcPr>
            <w:tcW w:w="992" w:type="dxa"/>
            <w:vMerge w:val="restart"/>
          </w:tcPr>
          <w:p w14:paraId="4EAA33DD"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3</w:t>
            </w:r>
          </w:p>
          <w:p w14:paraId="72949141" w14:textId="77777777" w:rsidR="00AA2478" w:rsidRPr="00512024" w:rsidRDefault="00AA2478" w:rsidP="00AA2478">
            <w:pPr>
              <w:jc w:val="center"/>
              <w:rPr>
                <w:rFonts w:cs="Times New Roman"/>
                <w:sz w:val="24"/>
                <w:szCs w:val="24"/>
                <w:lang w:val="tt-RU"/>
              </w:rPr>
            </w:pPr>
          </w:p>
          <w:p w14:paraId="48956100" w14:textId="77777777" w:rsidR="00AA2478" w:rsidRPr="00512024" w:rsidRDefault="00AA2478" w:rsidP="00AA2478">
            <w:pPr>
              <w:jc w:val="center"/>
              <w:rPr>
                <w:rFonts w:cs="Times New Roman"/>
                <w:sz w:val="24"/>
                <w:szCs w:val="24"/>
                <w:lang w:val="tt-RU"/>
              </w:rPr>
            </w:pPr>
          </w:p>
        </w:tc>
        <w:tc>
          <w:tcPr>
            <w:tcW w:w="992" w:type="dxa"/>
          </w:tcPr>
          <w:p w14:paraId="25B7168B" w14:textId="77777777" w:rsidR="00AA2478" w:rsidRPr="00512024" w:rsidRDefault="00AA2478" w:rsidP="00AA2478">
            <w:pPr>
              <w:jc w:val="left"/>
              <w:rPr>
                <w:rFonts w:cs="Times New Roman"/>
                <w:sz w:val="24"/>
                <w:szCs w:val="24"/>
                <w:lang w:val="tt-RU"/>
              </w:rPr>
            </w:pPr>
          </w:p>
        </w:tc>
        <w:tc>
          <w:tcPr>
            <w:tcW w:w="1134" w:type="dxa"/>
          </w:tcPr>
          <w:p w14:paraId="7BE8884B" w14:textId="77777777" w:rsidR="00AA2478" w:rsidRPr="00512024" w:rsidRDefault="00AA2478" w:rsidP="00AA2478">
            <w:pPr>
              <w:jc w:val="left"/>
              <w:rPr>
                <w:rFonts w:cs="Times New Roman"/>
                <w:sz w:val="24"/>
                <w:szCs w:val="24"/>
                <w:lang w:val="tt-RU"/>
              </w:rPr>
            </w:pPr>
          </w:p>
        </w:tc>
        <w:tc>
          <w:tcPr>
            <w:tcW w:w="3969" w:type="dxa"/>
            <w:vMerge w:val="restart"/>
          </w:tcPr>
          <w:p w14:paraId="22C18F1F" w14:textId="77777777" w:rsidR="00AA2478" w:rsidRPr="00145A4E" w:rsidRDefault="00863D41" w:rsidP="00AA2478">
            <w:pPr>
              <w:jc w:val="center"/>
              <w:rPr>
                <w:rFonts w:cs="Times New Roman"/>
                <w:b/>
                <w:sz w:val="16"/>
                <w:szCs w:val="16"/>
                <w:lang w:val="tt-RU"/>
              </w:rPr>
            </w:pPr>
            <w:hyperlink r:id="rId56" w:history="1">
              <w:r w:rsidR="00AA2478" w:rsidRPr="00145A4E">
                <w:rPr>
                  <w:rStyle w:val="af2"/>
                  <w:rFonts w:cs="Times New Roman"/>
                  <w:b/>
                  <w:sz w:val="16"/>
                  <w:szCs w:val="16"/>
                  <w:lang w:val="tt-RU"/>
                </w:rPr>
                <w:t>https://nsportal.ru/shkola/rodnoy-yazyk-i-literatura/library/2019/10/24/mikdar-hm-trtip-sannary</w:t>
              </w:r>
            </w:hyperlink>
          </w:p>
          <w:p w14:paraId="769C650F" w14:textId="77777777" w:rsidR="00AA2478" w:rsidRPr="00145A4E" w:rsidRDefault="00863D41" w:rsidP="00AA2478">
            <w:pPr>
              <w:jc w:val="center"/>
              <w:rPr>
                <w:rFonts w:cs="Times New Roman"/>
                <w:b/>
                <w:sz w:val="16"/>
                <w:szCs w:val="16"/>
                <w:lang w:val="tt-RU"/>
              </w:rPr>
            </w:pPr>
            <w:hyperlink r:id="rId57" w:history="1">
              <w:r w:rsidR="00AA2478" w:rsidRPr="00145A4E">
                <w:rPr>
                  <w:rStyle w:val="af2"/>
                  <w:rFonts w:cs="Times New Roman"/>
                  <w:b/>
                  <w:sz w:val="16"/>
                  <w:szCs w:val="16"/>
                  <w:lang w:val="tt-RU"/>
                </w:rPr>
                <w:t>https://mon.tatarstan.ru/razrabotki-urokov-po-rodnomu-tatarskomu-yaziku-i.htm</w:t>
              </w:r>
            </w:hyperlink>
          </w:p>
          <w:p w14:paraId="68DDF79E" w14:textId="77777777" w:rsidR="00AA2478" w:rsidRPr="00145A4E" w:rsidRDefault="00AA2478" w:rsidP="00AA2478">
            <w:pPr>
              <w:jc w:val="center"/>
              <w:rPr>
                <w:rFonts w:cs="Times New Roman"/>
                <w:b/>
                <w:sz w:val="16"/>
                <w:szCs w:val="16"/>
                <w:lang w:val="tt-RU"/>
              </w:rPr>
            </w:pPr>
          </w:p>
        </w:tc>
      </w:tr>
      <w:tr w:rsidR="00AA2478" w:rsidRPr="00600724" w14:paraId="64ECF8F2" w14:textId="77777777" w:rsidTr="00AA2478">
        <w:trPr>
          <w:trHeight w:val="846"/>
        </w:trPr>
        <w:tc>
          <w:tcPr>
            <w:tcW w:w="965" w:type="dxa"/>
          </w:tcPr>
          <w:p w14:paraId="65EF42D3"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6E389B9" w14:textId="77777777" w:rsidR="00AA2478" w:rsidRPr="00512024" w:rsidRDefault="00AA2478" w:rsidP="00AA2478">
            <w:pPr>
              <w:spacing w:line="360" w:lineRule="auto"/>
              <w:jc w:val="left"/>
              <w:rPr>
                <w:rFonts w:eastAsia="Calibri" w:cs="Times New Roman"/>
                <w:sz w:val="24"/>
                <w:szCs w:val="24"/>
                <w:lang w:val="tt-RU"/>
              </w:rPr>
            </w:pPr>
          </w:p>
        </w:tc>
        <w:tc>
          <w:tcPr>
            <w:tcW w:w="992" w:type="dxa"/>
            <w:vMerge/>
          </w:tcPr>
          <w:p w14:paraId="0227355C" w14:textId="77777777" w:rsidR="00AA2478" w:rsidRPr="00512024" w:rsidRDefault="00AA2478" w:rsidP="00AA2478">
            <w:pPr>
              <w:jc w:val="center"/>
              <w:rPr>
                <w:rFonts w:cs="Times New Roman"/>
                <w:sz w:val="24"/>
                <w:szCs w:val="24"/>
                <w:lang w:val="tt-RU"/>
              </w:rPr>
            </w:pPr>
          </w:p>
        </w:tc>
        <w:tc>
          <w:tcPr>
            <w:tcW w:w="992" w:type="dxa"/>
          </w:tcPr>
          <w:p w14:paraId="3536B1E9" w14:textId="77777777" w:rsidR="00AA2478" w:rsidRPr="00512024" w:rsidRDefault="00AA2478" w:rsidP="00AA2478">
            <w:pPr>
              <w:jc w:val="left"/>
              <w:rPr>
                <w:rFonts w:cs="Times New Roman"/>
                <w:sz w:val="24"/>
                <w:szCs w:val="24"/>
                <w:lang w:val="tt-RU"/>
              </w:rPr>
            </w:pPr>
          </w:p>
        </w:tc>
        <w:tc>
          <w:tcPr>
            <w:tcW w:w="1134" w:type="dxa"/>
          </w:tcPr>
          <w:p w14:paraId="0E5406ED" w14:textId="77777777" w:rsidR="00AA2478" w:rsidRPr="00512024" w:rsidRDefault="00AA2478" w:rsidP="00AA2478">
            <w:pPr>
              <w:jc w:val="left"/>
              <w:rPr>
                <w:rFonts w:cs="Times New Roman"/>
                <w:sz w:val="24"/>
                <w:szCs w:val="24"/>
                <w:lang w:val="tt-RU"/>
              </w:rPr>
            </w:pPr>
          </w:p>
        </w:tc>
        <w:tc>
          <w:tcPr>
            <w:tcW w:w="3969" w:type="dxa"/>
            <w:vMerge/>
          </w:tcPr>
          <w:p w14:paraId="489A5CF5" w14:textId="77777777" w:rsidR="00AA2478" w:rsidRPr="00145A4E" w:rsidRDefault="00AA2478" w:rsidP="00AA2478">
            <w:pPr>
              <w:jc w:val="center"/>
              <w:rPr>
                <w:rFonts w:cs="Times New Roman"/>
                <w:b/>
                <w:sz w:val="16"/>
                <w:szCs w:val="16"/>
                <w:lang w:val="tt-RU"/>
              </w:rPr>
            </w:pPr>
          </w:p>
        </w:tc>
      </w:tr>
      <w:tr w:rsidR="00AA2478" w:rsidRPr="00600724" w14:paraId="76EE93C3" w14:textId="77777777" w:rsidTr="00AA2478">
        <w:trPr>
          <w:trHeight w:val="846"/>
        </w:trPr>
        <w:tc>
          <w:tcPr>
            <w:tcW w:w="965" w:type="dxa"/>
          </w:tcPr>
          <w:p w14:paraId="721742DD"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016D0828" w14:textId="77777777" w:rsidR="00AA2478" w:rsidRPr="00512024" w:rsidRDefault="00AA2478" w:rsidP="00AA2478">
            <w:pPr>
              <w:spacing w:line="360" w:lineRule="auto"/>
              <w:jc w:val="left"/>
              <w:rPr>
                <w:rFonts w:eastAsia="Calibri" w:cs="Times New Roman"/>
                <w:sz w:val="24"/>
                <w:szCs w:val="24"/>
                <w:lang w:val="tt-RU"/>
              </w:rPr>
            </w:pPr>
          </w:p>
        </w:tc>
        <w:tc>
          <w:tcPr>
            <w:tcW w:w="992" w:type="dxa"/>
            <w:vMerge/>
          </w:tcPr>
          <w:p w14:paraId="4EDEA159" w14:textId="77777777" w:rsidR="00AA2478" w:rsidRPr="00512024" w:rsidRDefault="00AA2478" w:rsidP="00AA2478">
            <w:pPr>
              <w:jc w:val="center"/>
              <w:rPr>
                <w:rFonts w:cs="Times New Roman"/>
                <w:sz w:val="24"/>
                <w:szCs w:val="24"/>
                <w:lang w:val="tt-RU"/>
              </w:rPr>
            </w:pPr>
          </w:p>
        </w:tc>
        <w:tc>
          <w:tcPr>
            <w:tcW w:w="992" w:type="dxa"/>
          </w:tcPr>
          <w:p w14:paraId="4DE0C3BA" w14:textId="77777777" w:rsidR="00AA2478" w:rsidRPr="00512024" w:rsidRDefault="00AA2478" w:rsidP="00AA2478">
            <w:pPr>
              <w:jc w:val="left"/>
              <w:rPr>
                <w:rFonts w:cs="Times New Roman"/>
                <w:sz w:val="24"/>
                <w:szCs w:val="24"/>
                <w:lang w:val="tt-RU"/>
              </w:rPr>
            </w:pPr>
          </w:p>
        </w:tc>
        <w:tc>
          <w:tcPr>
            <w:tcW w:w="1134" w:type="dxa"/>
          </w:tcPr>
          <w:p w14:paraId="42C18731" w14:textId="77777777" w:rsidR="00AA2478" w:rsidRPr="00512024" w:rsidRDefault="00AA2478" w:rsidP="00AA2478">
            <w:pPr>
              <w:jc w:val="left"/>
              <w:rPr>
                <w:rFonts w:cs="Times New Roman"/>
                <w:sz w:val="24"/>
                <w:szCs w:val="24"/>
                <w:lang w:val="tt-RU"/>
              </w:rPr>
            </w:pPr>
          </w:p>
        </w:tc>
        <w:tc>
          <w:tcPr>
            <w:tcW w:w="3969" w:type="dxa"/>
            <w:vMerge/>
          </w:tcPr>
          <w:p w14:paraId="156C4DBA" w14:textId="77777777" w:rsidR="00AA2478" w:rsidRPr="00145A4E" w:rsidRDefault="00AA2478" w:rsidP="00AA2478">
            <w:pPr>
              <w:jc w:val="center"/>
              <w:rPr>
                <w:rFonts w:cs="Times New Roman"/>
                <w:b/>
                <w:sz w:val="16"/>
                <w:szCs w:val="16"/>
                <w:lang w:val="tt-RU"/>
              </w:rPr>
            </w:pPr>
          </w:p>
        </w:tc>
      </w:tr>
      <w:tr w:rsidR="00AA2478" w:rsidRPr="00925DBC" w14:paraId="2673F41F" w14:textId="77777777" w:rsidTr="00AA2478">
        <w:tc>
          <w:tcPr>
            <w:tcW w:w="965" w:type="dxa"/>
          </w:tcPr>
          <w:p w14:paraId="39A78CB6"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6BCDF91B" w14:textId="77777777" w:rsidR="00AA2478" w:rsidRPr="00512024" w:rsidRDefault="00AA2478" w:rsidP="00AA2478">
            <w:pPr>
              <w:spacing w:line="360" w:lineRule="auto"/>
              <w:jc w:val="left"/>
              <w:rPr>
                <w:rFonts w:cs="Times New Roman"/>
                <w:sz w:val="24"/>
                <w:szCs w:val="24"/>
                <w:lang w:val="tt-RU"/>
              </w:rPr>
            </w:pPr>
            <w:r>
              <w:rPr>
                <w:rFonts w:cs="Times New Roman"/>
                <w:sz w:val="24"/>
                <w:szCs w:val="24"/>
                <w:lang w:val="tt-RU"/>
              </w:rPr>
              <w:t>Склонение числительных. /</w:t>
            </w:r>
            <w:r w:rsidRPr="00ED2AF1">
              <w:rPr>
                <w:rFonts w:cs="Times New Roman"/>
                <w:sz w:val="24"/>
                <w:szCs w:val="24"/>
                <w:lang w:val="tt-RU"/>
              </w:rPr>
              <w:t>Саннарның килеш белән төрләнеше</w:t>
            </w:r>
          </w:p>
        </w:tc>
        <w:tc>
          <w:tcPr>
            <w:tcW w:w="992" w:type="dxa"/>
          </w:tcPr>
          <w:p w14:paraId="57DA7C97" w14:textId="77777777" w:rsidR="00AA2478" w:rsidRPr="00512024" w:rsidRDefault="00AA2478" w:rsidP="00AA2478">
            <w:pPr>
              <w:jc w:val="center"/>
              <w:rPr>
                <w:rFonts w:cs="Times New Roman"/>
                <w:sz w:val="24"/>
                <w:szCs w:val="24"/>
                <w:lang w:val="tt-RU"/>
              </w:rPr>
            </w:pPr>
          </w:p>
        </w:tc>
        <w:tc>
          <w:tcPr>
            <w:tcW w:w="992" w:type="dxa"/>
          </w:tcPr>
          <w:p w14:paraId="73EA8964" w14:textId="77777777" w:rsidR="00AA2478" w:rsidRPr="00512024" w:rsidRDefault="00AA2478" w:rsidP="00AA2478">
            <w:pPr>
              <w:jc w:val="left"/>
              <w:rPr>
                <w:rFonts w:cs="Times New Roman"/>
                <w:sz w:val="24"/>
                <w:szCs w:val="24"/>
                <w:lang w:val="tt-RU"/>
              </w:rPr>
            </w:pPr>
          </w:p>
        </w:tc>
        <w:tc>
          <w:tcPr>
            <w:tcW w:w="1134" w:type="dxa"/>
          </w:tcPr>
          <w:p w14:paraId="07A5A7AF" w14:textId="77777777" w:rsidR="00AA2478" w:rsidRPr="00512024" w:rsidRDefault="00AA2478" w:rsidP="00AA2478">
            <w:pPr>
              <w:jc w:val="left"/>
              <w:rPr>
                <w:rFonts w:cs="Times New Roman"/>
                <w:sz w:val="24"/>
                <w:szCs w:val="24"/>
                <w:lang w:val="tt-RU"/>
              </w:rPr>
            </w:pPr>
          </w:p>
        </w:tc>
        <w:tc>
          <w:tcPr>
            <w:tcW w:w="3969" w:type="dxa"/>
          </w:tcPr>
          <w:p w14:paraId="791E9CD8" w14:textId="77777777" w:rsidR="00AA2478" w:rsidRPr="00145A4E" w:rsidRDefault="00AA2478" w:rsidP="00AA2478">
            <w:pPr>
              <w:jc w:val="center"/>
              <w:rPr>
                <w:rFonts w:cs="Times New Roman"/>
                <w:b/>
                <w:sz w:val="16"/>
                <w:szCs w:val="16"/>
                <w:lang w:val="tt-RU"/>
              </w:rPr>
            </w:pPr>
          </w:p>
        </w:tc>
      </w:tr>
      <w:tr w:rsidR="00AA2478" w:rsidRPr="00925DBC" w14:paraId="677B4FF8" w14:textId="77777777" w:rsidTr="00AA2478">
        <w:tc>
          <w:tcPr>
            <w:tcW w:w="965" w:type="dxa"/>
          </w:tcPr>
          <w:p w14:paraId="4969013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5C612892" w14:textId="77777777" w:rsidR="00AA2478" w:rsidRPr="00512024" w:rsidRDefault="00AA2478" w:rsidP="00AA2478">
            <w:pPr>
              <w:spacing w:line="360" w:lineRule="auto"/>
              <w:jc w:val="left"/>
              <w:rPr>
                <w:rFonts w:cs="Times New Roman"/>
                <w:sz w:val="24"/>
                <w:szCs w:val="24"/>
              </w:rPr>
            </w:pPr>
            <w:r w:rsidRPr="00512024">
              <w:rPr>
                <w:rFonts w:cs="Times New Roman"/>
                <w:sz w:val="24"/>
                <w:szCs w:val="24"/>
                <w:lang w:val="tt-RU"/>
              </w:rPr>
              <w:t>Диктант</w:t>
            </w:r>
            <w:r w:rsidRPr="00512024">
              <w:rPr>
                <w:rFonts w:eastAsia="Calibri" w:cs="Times New Roman"/>
                <w:sz w:val="24"/>
                <w:szCs w:val="24"/>
              </w:rPr>
              <w:t xml:space="preserve"> </w:t>
            </w:r>
          </w:p>
        </w:tc>
        <w:tc>
          <w:tcPr>
            <w:tcW w:w="992" w:type="dxa"/>
          </w:tcPr>
          <w:p w14:paraId="165E57B6"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3C579F75"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1</w:t>
            </w:r>
          </w:p>
        </w:tc>
        <w:tc>
          <w:tcPr>
            <w:tcW w:w="1134" w:type="dxa"/>
          </w:tcPr>
          <w:p w14:paraId="088D2A24" w14:textId="77777777" w:rsidR="00AA2478" w:rsidRPr="00512024" w:rsidRDefault="00AA2478" w:rsidP="00AA2478">
            <w:pPr>
              <w:jc w:val="left"/>
              <w:rPr>
                <w:rFonts w:cs="Times New Roman"/>
                <w:sz w:val="24"/>
                <w:szCs w:val="24"/>
                <w:lang w:val="tt-RU"/>
              </w:rPr>
            </w:pPr>
          </w:p>
        </w:tc>
        <w:tc>
          <w:tcPr>
            <w:tcW w:w="3969" w:type="dxa"/>
          </w:tcPr>
          <w:p w14:paraId="2A966A5E" w14:textId="77777777" w:rsidR="00AA2478" w:rsidRPr="00145A4E" w:rsidRDefault="00AA2478" w:rsidP="00AA2478">
            <w:pPr>
              <w:jc w:val="center"/>
              <w:rPr>
                <w:rFonts w:cs="Times New Roman"/>
                <w:b/>
                <w:sz w:val="16"/>
                <w:szCs w:val="16"/>
                <w:lang w:val="tt-RU"/>
              </w:rPr>
            </w:pPr>
          </w:p>
        </w:tc>
      </w:tr>
      <w:tr w:rsidR="00AA2478" w:rsidRPr="00600724" w14:paraId="45131DA7" w14:textId="77777777" w:rsidTr="00AA2478">
        <w:trPr>
          <w:trHeight w:val="800"/>
        </w:trPr>
        <w:tc>
          <w:tcPr>
            <w:tcW w:w="965" w:type="dxa"/>
          </w:tcPr>
          <w:p w14:paraId="00B7C34D"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24CC0B29" w14:textId="77777777" w:rsidR="00AA2478" w:rsidRPr="00512024" w:rsidRDefault="00AA2478" w:rsidP="00AA2478">
            <w:pPr>
              <w:spacing w:line="360" w:lineRule="auto"/>
              <w:jc w:val="left"/>
              <w:rPr>
                <w:rFonts w:cs="Times New Roman"/>
                <w:sz w:val="24"/>
                <w:szCs w:val="24"/>
                <w:lang w:val="tt-RU"/>
              </w:rPr>
            </w:pPr>
            <w:r w:rsidRPr="00512024">
              <w:rPr>
                <w:rFonts w:eastAsia="Calibri" w:cs="Times New Roman"/>
                <w:sz w:val="24"/>
                <w:szCs w:val="24"/>
              </w:rPr>
              <w:t>Глагол. Форма повелительного наклонения глагола./</w:t>
            </w:r>
            <w:r w:rsidRPr="00512024">
              <w:rPr>
                <w:rFonts w:cs="Times New Roman"/>
                <w:sz w:val="24"/>
                <w:szCs w:val="24"/>
                <w:lang w:val="tt-RU"/>
              </w:rPr>
              <w:t>Фигыль сүз төркеме. Боерык фигыль</w:t>
            </w:r>
          </w:p>
          <w:p w14:paraId="42D4E17D" w14:textId="77777777" w:rsidR="00AA2478" w:rsidRPr="00512024" w:rsidRDefault="00AA2478" w:rsidP="00AA2478">
            <w:pPr>
              <w:jc w:val="left"/>
              <w:rPr>
                <w:rFonts w:cs="Times New Roman"/>
                <w:sz w:val="24"/>
                <w:szCs w:val="24"/>
                <w:lang w:val="tt-RU"/>
              </w:rPr>
            </w:pPr>
          </w:p>
        </w:tc>
        <w:tc>
          <w:tcPr>
            <w:tcW w:w="992" w:type="dxa"/>
            <w:vMerge w:val="restart"/>
          </w:tcPr>
          <w:p w14:paraId="7BDB4339"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p w14:paraId="25AEDCE4" w14:textId="77777777" w:rsidR="00AA2478" w:rsidRPr="00512024" w:rsidRDefault="00AA2478" w:rsidP="00AA2478">
            <w:pPr>
              <w:jc w:val="center"/>
              <w:rPr>
                <w:rFonts w:cs="Times New Roman"/>
                <w:sz w:val="24"/>
                <w:szCs w:val="24"/>
                <w:lang w:val="tt-RU"/>
              </w:rPr>
            </w:pPr>
          </w:p>
          <w:p w14:paraId="405CE1FB" w14:textId="77777777" w:rsidR="00AA2478" w:rsidRPr="00512024" w:rsidRDefault="00AA2478" w:rsidP="00AA2478">
            <w:pPr>
              <w:jc w:val="center"/>
              <w:rPr>
                <w:rFonts w:cs="Times New Roman"/>
                <w:sz w:val="24"/>
                <w:szCs w:val="24"/>
                <w:lang w:val="tt-RU"/>
              </w:rPr>
            </w:pPr>
          </w:p>
        </w:tc>
        <w:tc>
          <w:tcPr>
            <w:tcW w:w="992" w:type="dxa"/>
          </w:tcPr>
          <w:p w14:paraId="46563B24" w14:textId="77777777" w:rsidR="00AA2478" w:rsidRPr="00512024" w:rsidRDefault="00AA2478" w:rsidP="00AA2478">
            <w:pPr>
              <w:jc w:val="left"/>
              <w:rPr>
                <w:rFonts w:cs="Times New Roman"/>
                <w:sz w:val="24"/>
                <w:szCs w:val="24"/>
                <w:lang w:val="tt-RU"/>
              </w:rPr>
            </w:pPr>
          </w:p>
        </w:tc>
        <w:tc>
          <w:tcPr>
            <w:tcW w:w="1134" w:type="dxa"/>
          </w:tcPr>
          <w:p w14:paraId="7527AF90" w14:textId="77777777" w:rsidR="00AA2478" w:rsidRPr="00512024" w:rsidRDefault="00AA2478" w:rsidP="00AA2478">
            <w:pPr>
              <w:jc w:val="left"/>
              <w:rPr>
                <w:rFonts w:cs="Times New Roman"/>
                <w:sz w:val="24"/>
                <w:szCs w:val="24"/>
                <w:lang w:val="tt-RU"/>
              </w:rPr>
            </w:pPr>
          </w:p>
        </w:tc>
        <w:tc>
          <w:tcPr>
            <w:tcW w:w="3969" w:type="dxa"/>
          </w:tcPr>
          <w:p w14:paraId="0E871F33" w14:textId="77777777" w:rsidR="00AA2478" w:rsidRPr="00145A4E" w:rsidRDefault="00863D41" w:rsidP="00AA2478">
            <w:pPr>
              <w:jc w:val="center"/>
              <w:rPr>
                <w:rFonts w:cs="Times New Roman"/>
                <w:b/>
                <w:sz w:val="16"/>
                <w:szCs w:val="16"/>
                <w:lang w:val="tt-RU"/>
              </w:rPr>
            </w:pPr>
            <w:hyperlink r:id="rId58" w:history="1">
              <w:r w:rsidR="00AA2478" w:rsidRPr="00145A4E">
                <w:rPr>
                  <w:rStyle w:val="af2"/>
                  <w:rFonts w:cs="Times New Roman"/>
                  <w:b/>
                  <w:sz w:val="16"/>
                  <w:szCs w:val="16"/>
                  <w:lang w:val="tt-RU"/>
                </w:rPr>
                <w:t>https://mon.tatarstan.ru/razrabotki-urokov-po-rodnomu-tatarskomu-yaziku-i.htm</w:t>
              </w:r>
            </w:hyperlink>
          </w:p>
          <w:p w14:paraId="70C4B2FA" w14:textId="77777777" w:rsidR="00AA2478" w:rsidRPr="00145A4E" w:rsidRDefault="00AA2478" w:rsidP="00AA2478">
            <w:pPr>
              <w:jc w:val="center"/>
              <w:rPr>
                <w:rFonts w:cs="Times New Roman"/>
                <w:b/>
                <w:sz w:val="16"/>
                <w:szCs w:val="16"/>
                <w:lang w:val="tt-RU"/>
              </w:rPr>
            </w:pPr>
          </w:p>
        </w:tc>
      </w:tr>
      <w:tr w:rsidR="00AA2478" w:rsidRPr="00600724" w14:paraId="291AD7AB" w14:textId="77777777" w:rsidTr="00AA2478">
        <w:trPr>
          <w:trHeight w:val="800"/>
        </w:trPr>
        <w:tc>
          <w:tcPr>
            <w:tcW w:w="965" w:type="dxa"/>
          </w:tcPr>
          <w:p w14:paraId="09655AD3"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105A0B40" w14:textId="77777777" w:rsidR="00AA2478" w:rsidRPr="00512024" w:rsidRDefault="00AA2478" w:rsidP="00AA2478">
            <w:pPr>
              <w:spacing w:line="360" w:lineRule="auto"/>
              <w:jc w:val="left"/>
              <w:rPr>
                <w:rFonts w:eastAsia="Calibri" w:cs="Times New Roman"/>
                <w:sz w:val="24"/>
                <w:szCs w:val="24"/>
                <w:lang w:val="tt-RU"/>
              </w:rPr>
            </w:pPr>
          </w:p>
        </w:tc>
        <w:tc>
          <w:tcPr>
            <w:tcW w:w="992" w:type="dxa"/>
            <w:vMerge/>
          </w:tcPr>
          <w:p w14:paraId="696E4B5F" w14:textId="77777777" w:rsidR="00AA2478" w:rsidRPr="00512024" w:rsidRDefault="00AA2478" w:rsidP="00AA2478">
            <w:pPr>
              <w:jc w:val="center"/>
              <w:rPr>
                <w:rFonts w:cs="Times New Roman"/>
                <w:sz w:val="24"/>
                <w:szCs w:val="24"/>
                <w:lang w:val="tt-RU"/>
              </w:rPr>
            </w:pPr>
          </w:p>
        </w:tc>
        <w:tc>
          <w:tcPr>
            <w:tcW w:w="992" w:type="dxa"/>
          </w:tcPr>
          <w:p w14:paraId="474E7366" w14:textId="77777777" w:rsidR="00AA2478" w:rsidRPr="00512024" w:rsidRDefault="00AA2478" w:rsidP="00AA2478">
            <w:pPr>
              <w:jc w:val="left"/>
              <w:rPr>
                <w:rFonts w:cs="Times New Roman"/>
                <w:sz w:val="24"/>
                <w:szCs w:val="24"/>
                <w:lang w:val="tt-RU"/>
              </w:rPr>
            </w:pPr>
          </w:p>
        </w:tc>
        <w:tc>
          <w:tcPr>
            <w:tcW w:w="1134" w:type="dxa"/>
          </w:tcPr>
          <w:p w14:paraId="27ADDB82" w14:textId="77777777" w:rsidR="00AA2478" w:rsidRPr="00512024" w:rsidRDefault="00AA2478" w:rsidP="00AA2478">
            <w:pPr>
              <w:jc w:val="left"/>
              <w:rPr>
                <w:rFonts w:cs="Times New Roman"/>
                <w:sz w:val="24"/>
                <w:szCs w:val="24"/>
                <w:lang w:val="tt-RU"/>
              </w:rPr>
            </w:pPr>
          </w:p>
        </w:tc>
        <w:tc>
          <w:tcPr>
            <w:tcW w:w="3969" w:type="dxa"/>
          </w:tcPr>
          <w:p w14:paraId="53CAE0B1" w14:textId="77777777" w:rsidR="00AA2478" w:rsidRPr="00145A4E" w:rsidRDefault="00AA2478" w:rsidP="00AA2478">
            <w:pPr>
              <w:jc w:val="center"/>
              <w:rPr>
                <w:rFonts w:cs="Times New Roman"/>
                <w:b/>
                <w:sz w:val="16"/>
                <w:szCs w:val="16"/>
                <w:lang w:val="tt-RU"/>
              </w:rPr>
            </w:pPr>
          </w:p>
        </w:tc>
      </w:tr>
      <w:tr w:rsidR="00AA2478" w:rsidRPr="00600724" w14:paraId="6471D795" w14:textId="77777777" w:rsidTr="00AA2478">
        <w:trPr>
          <w:trHeight w:val="850"/>
        </w:trPr>
        <w:tc>
          <w:tcPr>
            <w:tcW w:w="965" w:type="dxa"/>
          </w:tcPr>
          <w:p w14:paraId="05D08E25"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2CE9DECF" w14:textId="77777777" w:rsidR="00AA2478" w:rsidRPr="00512024" w:rsidRDefault="00AA2478" w:rsidP="00AA2478">
            <w:pPr>
              <w:spacing w:line="360" w:lineRule="auto"/>
              <w:jc w:val="left"/>
              <w:rPr>
                <w:rFonts w:cs="Times New Roman"/>
                <w:sz w:val="24"/>
                <w:szCs w:val="24"/>
                <w:lang w:val="tt-RU"/>
              </w:rPr>
            </w:pPr>
            <w:r w:rsidRPr="00512024">
              <w:rPr>
                <w:rFonts w:eastAsia="Calibri" w:cs="Times New Roman"/>
                <w:sz w:val="24"/>
                <w:szCs w:val="24"/>
              </w:rPr>
              <w:t>Основа глагола. /</w:t>
            </w:r>
            <w:r w:rsidRPr="00512024">
              <w:rPr>
                <w:rFonts w:cs="Times New Roman"/>
                <w:sz w:val="24"/>
                <w:szCs w:val="24"/>
                <w:lang w:val="tt-RU"/>
              </w:rPr>
              <w:t>Фигыльнең нигезе</w:t>
            </w:r>
          </w:p>
        </w:tc>
        <w:tc>
          <w:tcPr>
            <w:tcW w:w="992" w:type="dxa"/>
          </w:tcPr>
          <w:p w14:paraId="23157BF9" w14:textId="77777777" w:rsidR="00AA2478" w:rsidRPr="00512024" w:rsidRDefault="00AA2478" w:rsidP="00AA2478">
            <w:pPr>
              <w:jc w:val="center"/>
              <w:rPr>
                <w:rFonts w:cs="Times New Roman"/>
                <w:sz w:val="24"/>
                <w:szCs w:val="24"/>
              </w:rPr>
            </w:pPr>
            <w:r w:rsidRPr="00512024">
              <w:rPr>
                <w:rFonts w:cs="Times New Roman"/>
                <w:sz w:val="24"/>
                <w:szCs w:val="24"/>
                <w:lang w:val="tt-RU"/>
              </w:rPr>
              <w:t>1</w:t>
            </w:r>
          </w:p>
        </w:tc>
        <w:tc>
          <w:tcPr>
            <w:tcW w:w="992" w:type="dxa"/>
          </w:tcPr>
          <w:p w14:paraId="0A41D1F5" w14:textId="77777777" w:rsidR="00AA2478" w:rsidRPr="00512024" w:rsidRDefault="00AA2478" w:rsidP="00AA2478">
            <w:pPr>
              <w:jc w:val="left"/>
              <w:rPr>
                <w:rFonts w:cs="Times New Roman"/>
                <w:sz w:val="24"/>
                <w:szCs w:val="24"/>
              </w:rPr>
            </w:pPr>
          </w:p>
        </w:tc>
        <w:tc>
          <w:tcPr>
            <w:tcW w:w="1134" w:type="dxa"/>
          </w:tcPr>
          <w:p w14:paraId="1A2056F5" w14:textId="77777777" w:rsidR="00AA2478" w:rsidRPr="00512024" w:rsidRDefault="00AA2478" w:rsidP="00AA2478">
            <w:pPr>
              <w:jc w:val="left"/>
              <w:rPr>
                <w:rFonts w:cs="Times New Roman"/>
                <w:sz w:val="24"/>
                <w:szCs w:val="24"/>
                <w:lang w:val="tt-RU"/>
              </w:rPr>
            </w:pPr>
          </w:p>
        </w:tc>
        <w:tc>
          <w:tcPr>
            <w:tcW w:w="3969" w:type="dxa"/>
          </w:tcPr>
          <w:p w14:paraId="65B4BC42" w14:textId="77777777" w:rsidR="00AA2478" w:rsidRPr="00145A4E" w:rsidRDefault="00863D41" w:rsidP="00AA2478">
            <w:pPr>
              <w:jc w:val="center"/>
              <w:rPr>
                <w:rFonts w:cs="Times New Roman"/>
                <w:b/>
                <w:sz w:val="16"/>
                <w:szCs w:val="16"/>
                <w:lang w:val="tt-RU"/>
              </w:rPr>
            </w:pPr>
            <w:hyperlink r:id="rId59" w:history="1">
              <w:r w:rsidR="00AA2478" w:rsidRPr="00145A4E">
                <w:rPr>
                  <w:rStyle w:val="af2"/>
                  <w:rFonts w:cs="Times New Roman"/>
                  <w:b/>
                  <w:sz w:val="16"/>
                  <w:szCs w:val="16"/>
                  <w:lang w:val="tt-RU"/>
                </w:rPr>
                <w:t>https://mon.tatarstan.ru/razrabotki-urokov-po-rodnomu-tatarskomu-yaziku-i.htm</w:t>
              </w:r>
            </w:hyperlink>
          </w:p>
          <w:p w14:paraId="61A72636" w14:textId="77777777" w:rsidR="00AA2478" w:rsidRPr="00145A4E" w:rsidRDefault="00AA2478" w:rsidP="00AA2478">
            <w:pPr>
              <w:jc w:val="center"/>
              <w:rPr>
                <w:rFonts w:cs="Times New Roman"/>
                <w:b/>
                <w:color w:val="4F81BD" w:themeColor="accent1"/>
                <w:sz w:val="16"/>
                <w:szCs w:val="16"/>
                <w:lang w:val="tt-RU"/>
              </w:rPr>
            </w:pPr>
          </w:p>
        </w:tc>
      </w:tr>
      <w:tr w:rsidR="00AA2478" w:rsidRPr="00925DBC" w14:paraId="3B0B32E4" w14:textId="77777777" w:rsidTr="00AA2478">
        <w:trPr>
          <w:trHeight w:val="491"/>
        </w:trPr>
        <w:tc>
          <w:tcPr>
            <w:tcW w:w="965" w:type="dxa"/>
          </w:tcPr>
          <w:p w14:paraId="7E68538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3597189" w14:textId="77777777" w:rsidR="00AA2478" w:rsidRPr="00512024" w:rsidRDefault="00AA2478" w:rsidP="00AA2478">
            <w:pPr>
              <w:spacing w:line="360" w:lineRule="auto"/>
              <w:jc w:val="left"/>
              <w:rPr>
                <w:rFonts w:cs="Times New Roman"/>
                <w:sz w:val="24"/>
                <w:szCs w:val="24"/>
              </w:rPr>
            </w:pPr>
            <w:r w:rsidRPr="00512024">
              <w:rPr>
                <w:rFonts w:cs="Times New Roman"/>
                <w:sz w:val="24"/>
                <w:szCs w:val="24"/>
              </w:rPr>
              <w:t>Повторение/Кабатлау</w:t>
            </w:r>
            <w:proofErr w:type="gramStart"/>
            <w:r w:rsidRPr="00512024">
              <w:rPr>
                <w:rFonts w:eastAsia="Calibri" w:cs="Times New Roman"/>
                <w:sz w:val="24"/>
                <w:szCs w:val="24"/>
                <w:lang w:val="tt-RU"/>
              </w:rPr>
              <w:t xml:space="preserve"> </w:t>
            </w:r>
            <w:r w:rsidRPr="00512024">
              <w:rPr>
                <w:rFonts w:eastAsia="Calibri" w:cs="Times New Roman"/>
                <w:sz w:val="24"/>
                <w:szCs w:val="24"/>
              </w:rPr>
              <w:t>.</w:t>
            </w:r>
            <w:proofErr w:type="gramEnd"/>
            <w:r w:rsidRPr="00512024">
              <w:rPr>
                <w:rFonts w:cs="Times New Roman"/>
                <w:sz w:val="24"/>
                <w:szCs w:val="24"/>
              </w:rPr>
              <w:t xml:space="preserve"> Аудиотекст белән эшләү</w:t>
            </w:r>
          </w:p>
        </w:tc>
        <w:tc>
          <w:tcPr>
            <w:tcW w:w="992" w:type="dxa"/>
          </w:tcPr>
          <w:p w14:paraId="19654241" w14:textId="77777777" w:rsidR="00AA2478" w:rsidRPr="00512024" w:rsidRDefault="00AA2478" w:rsidP="00AA2478">
            <w:pPr>
              <w:jc w:val="center"/>
              <w:rPr>
                <w:rFonts w:cs="Times New Roman"/>
                <w:sz w:val="24"/>
                <w:szCs w:val="24"/>
                <w:lang w:val="en-US"/>
              </w:rPr>
            </w:pPr>
            <w:r w:rsidRPr="00512024">
              <w:rPr>
                <w:rFonts w:cs="Times New Roman"/>
                <w:sz w:val="24"/>
                <w:szCs w:val="24"/>
                <w:lang w:val="tt-RU"/>
              </w:rPr>
              <w:t>1</w:t>
            </w:r>
          </w:p>
          <w:p w14:paraId="5CAB74E7" w14:textId="77777777" w:rsidR="00AA2478" w:rsidRPr="00512024" w:rsidRDefault="00AA2478" w:rsidP="00AA2478">
            <w:pPr>
              <w:jc w:val="center"/>
              <w:rPr>
                <w:rFonts w:cs="Times New Roman"/>
                <w:sz w:val="24"/>
                <w:szCs w:val="24"/>
                <w:lang w:val="tt-RU"/>
              </w:rPr>
            </w:pPr>
          </w:p>
        </w:tc>
        <w:tc>
          <w:tcPr>
            <w:tcW w:w="992" w:type="dxa"/>
          </w:tcPr>
          <w:p w14:paraId="38B0B216" w14:textId="77777777" w:rsidR="00AA2478" w:rsidRPr="00512024" w:rsidRDefault="00AA2478" w:rsidP="00AA2478">
            <w:pPr>
              <w:jc w:val="left"/>
              <w:rPr>
                <w:rFonts w:cs="Times New Roman"/>
                <w:sz w:val="24"/>
                <w:szCs w:val="24"/>
                <w:lang w:val="tt-RU"/>
              </w:rPr>
            </w:pPr>
          </w:p>
        </w:tc>
        <w:tc>
          <w:tcPr>
            <w:tcW w:w="1134" w:type="dxa"/>
          </w:tcPr>
          <w:p w14:paraId="6DACCC9B" w14:textId="77777777" w:rsidR="00AA2478" w:rsidRPr="00512024" w:rsidRDefault="00AA2478" w:rsidP="00AA2478">
            <w:pPr>
              <w:jc w:val="left"/>
              <w:rPr>
                <w:rFonts w:cs="Times New Roman"/>
                <w:sz w:val="24"/>
                <w:szCs w:val="24"/>
                <w:lang w:val="tt-RU"/>
              </w:rPr>
            </w:pPr>
          </w:p>
        </w:tc>
        <w:tc>
          <w:tcPr>
            <w:tcW w:w="3969" w:type="dxa"/>
          </w:tcPr>
          <w:p w14:paraId="1932559D" w14:textId="77777777" w:rsidR="00AA2478" w:rsidRPr="00145A4E" w:rsidRDefault="00AA2478" w:rsidP="00AA2478">
            <w:pPr>
              <w:jc w:val="center"/>
              <w:rPr>
                <w:rFonts w:cs="Times New Roman"/>
                <w:b/>
                <w:sz w:val="16"/>
                <w:szCs w:val="16"/>
                <w:lang w:val="tt-RU"/>
              </w:rPr>
            </w:pPr>
          </w:p>
        </w:tc>
      </w:tr>
      <w:tr w:rsidR="00AA2478" w:rsidRPr="00925DBC" w14:paraId="58A9685F" w14:textId="77777777" w:rsidTr="00AA2478">
        <w:tc>
          <w:tcPr>
            <w:tcW w:w="965" w:type="dxa"/>
          </w:tcPr>
          <w:p w14:paraId="37AC19EA"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606AEB9D"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Диктант</w:t>
            </w:r>
          </w:p>
        </w:tc>
        <w:tc>
          <w:tcPr>
            <w:tcW w:w="992" w:type="dxa"/>
          </w:tcPr>
          <w:p w14:paraId="00DDDC6D"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5A5DF4C6"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1</w:t>
            </w:r>
          </w:p>
        </w:tc>
        <w:tc>
          <w:tcPr>
            <w:tcW w:w="1134" w:type="dxa"/>
          </w:tcPr>
          <w:p w14:paraId="61842C17" w14:textId="77777777" w:rsidR="00AA2478" w:rsidRPr="00512024" w:rsidRDefault="00AA2478" w:rsidP="00AA2478">
            <w:pPr>
              <w:jc w:val="left"/>
              <w:rPr>
                <w:rFonts w:cs="Times New Roman"/>
                <w:sz w:val="24"/>
                <w:szCs w:val="24"/>
                <w:lang w:val="tt-RU"/>
              </w:rPr>
            </w:pPr>
          </w:p>
        </w:tc>
        <w:tc>
          <w:tcPr>
            <w:tcW w:w="3969" w:type="dxa"/>
          </w:tcPr>
          <w:p w14:paraId="269C63B2" w14:textId="77777777" w:rsidR="00AA2478" w:rsidRPr="00145A4E" w:rsidRDefault="00AA2478" w:rsidP="00AA2478">
            <w:pPr>
              <w:jc w:val="center"/>
              <w:rPr>
                <w:rFonts w:cs="Times New Roman"/>
                <w:b/>
                <w:sz w:val="16"/>
                <w:szCs w:val="16"/>
                <w:lang w:val="tt-RU"/>
              </w:rPr>
            </w:pPr>
          </w:p>
        </w:tc>
      </w:tr>
      <w:tr w:rsidR="00AA2478" w:rsidRPr="00ED1446" w14:paraId="7B01B04E" w14:textId="77777777" w:rsidTr="00AA2478">
        <w:trPr>
          <w:trHeight w:val="810"/>
        </w:trPr>
        <w:tc>
          <w:tcPr>
            <w:tcW w:w="965" w:type="dxa"/>
          </w:tcPr>
          <w:p w14:paraId="7615F401"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433EAEFE" w14:textId="77777777" w:rsidR="00AA2478" w:rsidRPr="00512024" w:rsidRDefault="00AA2478" w:rsidP="00AA2478">
            <w:pPr>
              <w:pBdr>
                <w:top w:val="single" w:sz="2" w:space="0" w:color="E5E7EB"/>
                <w:left w:val="single" w:sz="2" w:space="0" w:color="E5E7EB"/>
                <w:bottom w:val="single" w:sz="2" w:space="0" w:color="E5E7EB"/>
                <w:right w:val="single" w:sz="2" w:space="0" w:color="E5E7EB"/>
              </w:pBdr>
              <w:shd w:val="clear" w:color="auto" w:fill="FFFFFF"/>
              <w:jc w:val="left"/>
              <w:textAlignment w:val="top"/>
              <w:outlineLvl w:val="2"/>
              <w:rPr>
                <w:rFonts w:cs="Times New Roman"/>
                <w:sz w:val="24"/>
                <w:szCs w:val="24"/>
                <w:lang w:val="tt-RU"/>
              </w:rPr>
            </w:pPr>
            <w:r w:rsidRPr="00512024">
              <w:rPr>
                <w:rFonts w:eastAsia="Times New Roman" w:cs="Times New Roman"/>
                <w:sz w:val="24"/>
                <w:szCs w:val="24"/>
                <w:lang w:val="tt-RU" w:eastAsia="ru-RU"/>
              </w:rPr>
              <w:t>Настоящее  время глагола изъявительного наклонения ./</w:t>
            </w:r>
            <w:r w:rsidRPr="00512024">
              <w:rPr>
                <w:rFonts w:cs="Times New Roman"/>
                <w:sz w:val="24"/>
                <w:szCs w:val="24"/>
                <w:lang w:val="tt-RU"/>
              </w:rPr>
              <w:t>Хәзерге заман хикәя фигыль</w:t>
            </w:r>
          </w:p>
          <w:p w14:paraId="56CC1E03" w14:textId="77777777" w:rsidR="00AA2478" w:rsidRPr="00512024" w:rsidRDefault="00AA2478" w:rsidP="00AA2478">
            <w:pPr>
              <w:jc w:val="left"/>
              <w:rPr>
                <w:rFonts w:cs="Times New Roman"/>
                <w:sz w:val="24"/>
                <w:szCs w:val="24"/>
                <w:lang w:val="tt-RU"/>
              </w:rPr>
            </w:pPr>
          </w:p>
        </w:tc>
        <w:tc>
          <w:tcPr>
            <w:tcW w:w="992" w:type="dxa"/>
            <w:vMerge w:val="restart"/>
          </w:tcPr>
          <w:p w14:paraId="6FA84DD3"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p w14:paraId="26BE97B5" w14:textId="77777777" w:rsidR="00AA2478" w:rsidRPr="00512024" w:rsidRDefault="00AA2478" w:rsidP="00AA2478">
            <w:pPr>
              <w:jc w:val="center"/>
              <w:rPr>
                <w:rFonts w:cs="Times New Roman"/>
                <w:sz w:val="24"/>
                <w:szCs w:val="24"/>
                <w:lang w:val="tt-RU"/>
              </w:rPr>
            </w:pPr>
          </w:p>
          <w:p w14:paraId="78CEBE90" w14:textId="77777777" w:rsidR="00AA2478" w:rsidRPr="00512024" w:rsidRDefault="00AA2478" w:rsidP="00AA2478">
            <w:pPr>
              <w:jc w:val="center"/>
              <w:rPr>
                <w:rFonts w:cs="Times New Roman"/>
                <w:sz w:val="24"/>
                <w:szCs w:val="24"/>
                <w:lang w:val="tt-RU"/>
              </w:rPr>
            </w:pPr>
          </w:p>
        </w:tc>
        <w:tc>
          <w:tcPr>
            <w:tcW w:w="992" w:type="dxa"/>
          </w:tcPr>
          <w:p w14:paraId="2E7182EA" w14:textId="77777777" w:rsidR="00AA2478" w:rsidRPr="00512024" w:rsidRDefault="00AA2478" w:rsidP="00AA2478">
            <w:pPr>
              <w:jc w:val="left"/>
              <w:rPr>
                <w:rFonts w:cs="Times New Roman"/>
                <w:sz w:val="24"/>
                <w:szCs w:val="24"/>
                <w:lang w:val="tt-RU"/>
              </w:rPr>
            </w:pPr>
          </w:p>
        </w:tc>
        <w:tc>
          <w:tcPr>
            <w:tcW w:w="1134" w:type="dxa"/>
          </w:tcPr>
          <w:p w14:paraId="53B8145D" w14:textId="77777777" w:rsidR="00AA2478" w:rsidRPr="00512024" w:rsidRDefault="00AA2478" w:rsidP="00AA2478">
            <w:pPr>
              <w:jc w:val="left"/>
              <w:rPr>
                <w:rFonts w:cs="Times New Roman"/>
                <w:sz w:val="24"/>
                <w:szCs w:val="24"/>
                <w:lang w:val="tt-RU"/>
              </w:rPr>
            </w:pPr>
          </w:p>
        </w:tc>
        <w:tc>
          <w:tcPr>
            <w:tcW w:w="3969" w:type="dxa"/>
          </w:tcPr>
          <w:p w14:paraId="57F206F4" w14:textId="77777777" w:rsidR="00AA2478" w:rsidRPr="00145A4E" w:rsidRDefault="00AA2478" w:rsidP="00AA2478">
            <w:pPr>
              <w:jc w:val="center"/>
              <w:rPr>
                <w:rFonts w:cs="Times New Roman"/>
                <w:b/>
                <w:sz w:val="16"/>
                <w:szCs w:val="16"/>
                <w:lang w:val="tt-RU"/>
              </w:rPr>
            </w:pPr>
          </w:p>
        </w:tc>
      </w:tr>
      <w:tr w:rsidR="00AA2478" w:rsidRPr="00ED1446" w14:paraId="1D18720C" w14:textId="77777777" w:rsidTr="00AA2478">
        <w:trPr>
          <w:trHeight w:val="810"/>
        </w:trPr>
        <w:tc>
          <w:tcPr>
            <w:tcW w:w="965" w:type="dxa"/>
          </w:tcPr>
          <w:p w14:paraId="0AD58F3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3DE49DAE" w14:textId="77777777" w:rsidR="00AA2478" w:rsidRPr="00512024" w:rsidRDefault="00AA2478" w:rsidP="00AA2478">
            <w:pPr>
              <w:pBdr>
                <w:top w:val="single" w:sz="2" w:space="0" w:color="E5E7EB"/>
                <w:left w:val="single" w:sz="2" w:space="0" w:color="E5E7EB"/>
                <w:bottom w:val="single" w:sz="2" w:space="0" w:color="E5E7EB"/>
                <w:right w:val="single" w:sz="2" w:space="0" w:color="E5E7EB"/>
              </w:pBdr>
              <w:shd w:val="clear" w:color="auto" w:fill="FFFFFF"/>
              <w:jc w:val="left"/>
              <w:textAlignment w:val="top"/>
              <w:outlineLvl w:val="2"/>
              <w:rPr>
                <w:rFonts w:eastAsia="Times New Roman" w:cs="Times New Roman"/>
                <w:sz w:val="24"/>
                <w:szCs w:val="24"/>
                <w:lang w:val="tt-RU" w:eastAsia="ru-RU"/>
              </w:rPr>
            </w:pPr>
          </w:p>
        </w:tc>
        <w:tc>
          <w:tcPr>
            <w:tcW w:w="992" w:type="dxa"/>
            <w:vMerge/>
          </w:tcPr>
          <w:p w14:paraId="0681EE7C" w14:textId="77777777" w:rsidR="00AA2478" w:rsidRPr="00512024" w:rsidRDefault="00AA2478" w:rsidP="00AA2478">
            <w:pPr>
              <w:jc w:val="center"/>
              <w:rPr>
                <w:rFonts w:cs="Times New Roman"/>
                <w:sz w:val="24"/>
                <w:szCs w:val="24"/>
                <w:lang w:val="tt-RU"/>
              </w:rPr>
            </w:pPr>
          </w:p>
        </w:tc>
        <w:tc>
          <w:tcPr>
            <w:tcW w:w="992" w:type="dxa"/>
          </w:tcPr>
          <w:p w14:paraId="41A6CF75" w14:textId="77777777" w:rsidR="00AA2478" w:rsidRPr="00512024" w:rsidRDefault="00AA2478" w:rsidP="00AA2478">
            <w:pPr>
              <w:jc w:val="left"/>
              <w:rPr>
                <w:rFonts w:cs="Times New Roman"/>
                <w:sz w:val="24"/>
                <w:szCs w:val="24"/>
                <w:lang w:val="tt-RU"/>
              </w:rPr>
            </w:pPr>
          </w:p>
        </w:tc>
        <w:tc>
          <w:tcPr>
            <w:tcW w:w="1134" w:type="dxa"/>
          </w:tcPr>
          <w:p w14:paraId="37718F20" w14:textId="77777777" w:rsidR="00AA2478" w:rsidRPr="00512024" w:rsidRDefault="00AA2478" w:rsidP="00AA2478">
            <w:pPr>
              <w:jc w:val="left"/>
              <w:rPr>
                <w:rFonts w:cs="Times New Roman"/>
                <w:sz w:val="24"/>
                <w:szCs w:val="24"/>
                <w:lang w:val="tt-RU"/>
              </w:rPr>
            </w:pPr>
          </w:p>
        </w:tc>
        <w:tc>
          <w:tcPr>
            <w:tcW w:w="3969" w:type="dxa"/>
          </w:tcPr>
          <w:p w14:paraId="1A8C8D61" w14:textId="77777777" w:rsidR="00AA2478" w:rsidRPr="00145A4E" w:rsidRDefault="00AA2478" w:rsidP="00AA2478">
            <w:pPr>
              <w:jc w:val="center"/>
              <w:rPr>
                <w:rFonts w:cs="Times New Roman"/>
                <w:b/>
                <w:sz w:val="16"/>
                <w:szCs w:val="16"/>
                <w:lang w:val="tt-RU"/>
              </w:rPr>
            </w:pPr>
          </w:p>
        </w:tc>
      </w:tr>
      <w:tr w:rsidR="00AA2478" w:rsidRPr="00CB6317" w14:paraId="725208F7" w14:textId="77777777" w:rsidTr="00AA2478">
        <w:trPr>
          <w:trHeight w:val="800"/>
        </w:trPr>
        <w:tc>
          <w:tcPr>
            <w:tcW w:w="965" w:type="dxa"/>
          </w:tcPr>
          <w:p w14:paraId="4DDBE57D"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7FFCFEB" w14:textId="77777777" w:rsidR="00AA2478" w:rsidRPr="00512024" w:rsidRDefault="00AA2478" w:rsidP="00AA2478">
            <w:pPr>
              <w:jc w:val="left"/>
              <w:rPr>
                <w:rFonts w:eastAsia="Times New Roman" w:cs="Times New Roman"/>
                <w:sz w:val="24"/>
                <w:szCs w:val="24"/>
                <w:lang w:val="tt-RU" w:eastAsia="ru-RU"/>
              </w:rPr>
            </w:pPr>
            <w:r>
              <w:rPr>
                <w:rFonts w:eastAsia="Times New Roman" w:cs="Times New Roman"/>
                <w:sz w:val="24"/>
                <w:szCs w:val="24"/>
                <w:lang w:val="tt-RU" w:eastAsia="ru-RU"/>
              </w:rPr>
              <w:t xml:space="preserve">Отрицательная форма изъявительного наклонения. / </w:t>
            </w:r>
            <w:r w:rsidRPr="00ED2AF1">
              <w:rPr>
                <w:rFonts w:eastAsia="Times New Roman" w:cs="Times New Roman"/>
                <w:sz w:val="24"/>
                <w:szCs w:val="24"/>
                <w:lang w:val="tt-RU" w:eastAsia="ru-RU"/>
              </w:rPr>
              <w:t>Хикәя фигыльнең юклык формасы</w:t>
            </w:r>
          </w:p>
        </w:tc>
        <w:tc>
          <w:tcPr>
            <w:tcW w:w="992" w:type="dxa"/>
          </w:tcPr>
          <w:p w14:paraId="7BD8263C" w14:textId="77777777" w:rsidR="00AA2478" w:rsidRPr="00512024" w:rsidRDefault="00AA2478" w:rsidP="00AA2478">
            <w:pPr>
              <w:jc w:val="center"/>
              <w:rPr>
                <w:rFonts w:cs="Times New Roman"/>
                <w:sz w:val="24"/>
                <w:szCs w:val="24"/>
                <w:lang w:val="tt-RU"/>
              </w:rPr>
            </w:pPr>
          </w:p>
        </w:tc>
        <w:tc>
          <w:tcPr>
            <w:tcW w:w="992" w:type="dxa"/>
          </w:tcPr>
          <w:p w14:paraId="2E3FD105" w14:textId="77777777" w:rsidR="00AA2478" w:rsidRPr="00512024" w:rsidRDefault="00AA2478" w:rsidP="00AA2478">
            <w:pPr>
              <w:jc w:val="left"/>
              <w:rPr>
                <w:rFonts w:cs="Times New Roman"/>
                <w:sz w:val="24"/>
                <w:szCs w:val="24"/>
                <w:lang w:val="tt-RU"/>
              </w:rPr>
            </w:pPr>
          </w:p>
        </w:tc>
        <w:tc>
          <w:tcPr>
            <w:tcW w:w="1134" w:type="dxa"/>
          </w:tcPr>
          <w:p w14:paraId="61428528" w14:textId="77777777" w:rsidR="00AA2478" w:rsidRPr="00512024" w:rsidRDefault="00AA2478" w:rsidP="00AA2478">
            <w:pPr>
              <w:jc w:val="left"/>
              <w:rPr>
                <w:rFonts w:cs="Times New Roman"/>
                <w:sz w:val="24"/>
                <w:szCs w:val="24"/>
                <w:lang w:val="tt-RU"/>
              </w:rPr>
            </w:pPr>
          </w:p>
        </w:tc>
        <w:tc>
          <w:tcPr>
            <w:tcW w:w="3969" w:type="dxa"/>
          </w:tcPr>
          <w:p w14:paraId="4FFB2F4A" w14:textId="77777777" w:rsidR="00AA2478" w:rsidRDefault="00AA2478" w:rsidP="00AA2478">
            <w:pPr>
              <w:jc w:val="center"/>
            </w:pPr>
          </w:p>
        </w:tc>
      </w:tr>
      <w:tr w:rsidR="00AA2478" w:rsidRPr="00600724" w14:paraId="233E96EE" w14:textId="77777777" w:rsidTr="00AA2478">
        <w:trPr>
          <w:trHeight w:val="800"/>
        </w:trPr>
        <w:tc>
          <w:tcPr>
            <w:tcW w:w="965" w:type="dxa"/>
          </w:tcPr>
          <w:p w14:paraId="502ED8D3"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3041027A" w14:textId="77777777" w:rsidR="00AA2478" w:rsidRPr="00512024" w:rsidRDefault="00AA2478" w:rsidP="00AA2478">
            <w:pPr>
              <w:jc w:val="left"/>
              <w:rPr>
                <w:rFonts w:cs="Times New Roman"/>
                <w:sz w:val="24"/>
                <w:szCs w:val="24"/>
                <w:lang w:val="tt-RU"/>
              </w:rPr>
            </w:pPr>
            <w:r w:rsidRPr="00512024">
              <w:rPr>
                <w:rFonts w:eastAsia="Times New Roman" w:cs="Times New Roman"/>
                <w:sz w:val="24"/>
                <w:szCs w:val="24"/>
                <w:lang w:val="tt-RU" w:eastAsia="ru-RU"/>
              </w:rPr>
              <w:t xml:space="preserve">Глагол изъявительного наклонения прошедшего времени </w:t>
            </w:r>
            <w:r w:rsidRPr="00512024">
              <w:rPr>
                <w:rFonts w:cs="Times New Roman"/>
                <w:sz w:val="24"/>
                <w:szCs w:val="24"/>
                <w:lang w:val="tt-RU"/>
              </w:rPr>
              <w:t>/Үткән заман хикәя фигыль</w:t>
            </w:r>
          </w:p>
          <w:p w14:paraId="4908C468" w14:textId="77777777" w:rsidR="00AA2478" w:rsidRPr="00512024" w:rsidRDefault="00AA2478" w:rsidP="00AA2478">
            <w:pPr>
              <w:jc w:val="left"/>
              <w:rPr>
                <w:rFonts w:cs="Times New Roman"/>
                <w:sz w:val="24"/>
                <w:szCs w:val="24"/>
                <w:lang w:val="tt-RU"/>
              </w:rPr>
            </w:pPr>
          </w:p>
        </w:tc>
        <w:tc>
          <w:tcPr>
            <w:tcW w:w="992" w:type="dxa"/>
          </w:tcPr>
          <w:p w14:paraId="7063AB8F"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p w14:paraId="3AB98EBA" w14:textId="77777777" w:rsidR="00AA2478" w:rsidRPr="00512024" w:rsidRDefault="00AA2478" w:rsidP="00AA2478">
            <w:pPr>
              <w:jc w:val="center"/>
              <w:rPr>
                <w:rFonts w:cs="Times New Roman"/>
                <w:sz w:val="24"/>
                <w:szCs w:val="24"/>
                <w:lang w:val="tt-RU"/>
              </w:rPr>
            </w:pPr>
          </w:p>
        </w:tc>
        <w:tc>
          <w:tcPr>
            <w:tcW w:w="992" w:type="dxa"/>
          </w:tcPr>
          <w:p w14:paraId="7BA5401F" w14:textId="77777777" w:rsidR="00AA2478" w:rsidRPr="00512024" w:rsidRDefault="00AA2478" w:rsidP="00AA2478">
            <w:pPr>
              <w:jc w:val="left"/>
              <w:rPr>
                <w:rFonts w:cs="Times New Roman"/>
                <w:sz w:val="24"/>
                <w:szCs w:val="24"/>
                <w:lang w:val="tt-RU"/>
              </w:rPr>
            </w:pPr>
          </w:p>
        </w:tc>
        <w:tc>
          <w:tcPr>
            <w:tcW w:w="1134" w:type="dxa"/>
          </w:tcPr>
          <w:p w14:paraId="0D99DB34" w14:textId="77777777" w:rsidR="00AA2478" w:rsidRPr="00512024" w:rsidRDefault="00AA2478" w:rsidP="00AA2478">
            <w:pPr>
              <w:jc w:val="left"/>
              <w:rPr>
                <w:rFonts w:cs="Times New Roman"/>
                <w:sz w:val="24"/>
                <w:szCs w:val="24"/>
                <w:lang w:val="tt-RU"/>
              </w:rPr>
            </w:pPr>
          </w:p>
        </w:tc>
        <w:tc>
          <w:tcPr>
            <w:tcW w:w="3969" w:type="dxa"/>
          </w:tcPr>
          <w:p w14:paraId="627B09C5" w14:textId="77777777" w:rsidR="00AA2478" w:rsidRPr="00145A4E" w:rsidRDefault="00863D41" w:rsidP="00AA2478">
            <w:pPr>
              <w:jc w:val="center"/>
              <w:rPr>
                <w:rFonts w:cs="Times New Roman"/>
                <w:b/>
                <w:sz w:val="16"/>
                <w:szCs w:val="16"/>
                <w:lang w:val="tt-RU"/>
              </w:rPr>
            </w:pPr>
            <w:hyperlink r:id="rId60" w:history="1">
              <w:r w:rsidR="00AA2478" w:rsidRPr="00145A4E">
                <w:rPr>
                  <w:rStyle w:val="af2"/>
                  <w:rFonts w:cs="Times New Roman"/>
                  <w:b/>
                  <w:sz w:val="16"/>
                  <w:szCs w:val="16"/>
                  <w:lang w:val="tt-RU"/>
                </w:rPr>
                <w:t>https://mon.tatarstan.ru/razrabotki-urokov-po-rodnomu-tatarskomu-yaziku-i.htm</w:t>
              </w:r>
            </w:hyperlink>
          </w:p>
          <w:p w14:paraId="2532A708" w14:textId="77777777" w:rsidR="00AA2478" w:rsidRPr="00145A4E" w:rsidRDefault="00AA2478" w:rsidP="00AA2478">
            <w:pPr>
              <w:jc w:val="center"/>
              <w:rPr>
                <w:rFonts w:cs="Times New Roman"/>
                <w:b/>
                <w:sz w:val="16"/>
                <w:szCs w:val="16"/>
                <w:lang w:val="tt-RU"/>
              </w:rPr>
            </w:pPr>
          </w:p>
        </w:tc>
      </w:tr>
      <w:tr w:rsidR="00AA2478" w:rsidRPr="00600724" w14:paraId="643CFED5" w14:textId="77777777" w:rsidTr="00AA2478">
        <w:trPr>
          <w:trHeight w:val="800"/>
        </w:trPr>
        <w:tc>
          <w:tcPr>
            <w:tcW w:w="965" w:type="dxa"/>
          </w:tcPr>
          <w:p w14:paraId="3330E4B4"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75C2A8BA" w14:textId="77777777" w:rsidR="00AA2478" w:rsidRPr="00512024" w:rsidRDefault="00AA2478" w:rsidP="00AA2478">
            <w:pPr>
              <w:jc w:val="left"/>
              <w:rPr>
                <w:rFonts w:eastAsia="Times New Roman" w:cs="Times New Roman"/>
                <w:sz w:val="24"/>
                <w:szCs w:val="24"/>
                <w:lang w:val="tt-RU" w:eastAsia="ru-RU"/>
              </w:rPr>
            </w:pPr>
          </w:p>
        </w:tc>
        <w:tc>
          <w:tcPr>
            <w:tcW w:w="992" w:type="dxa"/>
          </w:tcPr>
          <w:p w14:paraId="47CFD185" w14:textId="77777777" w:rsidR="00AA2478" w:rsidRPr="00512024" w:rsidRDefault="00AA2478" w:rsidP="00AA2478">
            <w:pPr>
              <w:jc w:val="center"/>
              <w:rPr>
                <w:rFonts w:cs="Times New Roman"/>
                <w:sz w:val="24"/>
                <w:szCs w:val="24"/>
                <w:lang w:val="tt-RU"/>
              </w:rPr>
            </w:pPr>
          </w:p>
        </w:tc>
        <w:tc>
          <w:tcPr>
            <w:tcW w:w="992" w:type="dxa"/>
          </w:tcPr>
          <w:p w14:paraId="0AA5AF2A" w14:textId="77777777" w:rsidR="00AA2478" w:rsidRPr="00512024" w:rsidRDefault="00AA2478" w:rsidP="00AA2478">
            <w:pPr>
              <w:jc w:val="left"/>
              <w:rPr>
                <w:rFonts w:cs="Times New Roman"/>
                <w:sz w:val="24"/>
                <w:szCs w:val="24"/>
                <w:lang w:val="tt-RU"/>
              </w:rPr>
            </w:pPr>
          </w:p>
        </w:tc>
        <w:tc>
          <w:tcPr>
            <w:tcW w:w="1134" w:type="dxa"/>
          </w:tcPr>
          <w:p w14:paraId="113D9B8D" w14:textId="77777777" w:rsidR="00AA2478" w:rsidRPr="00512024" w:rsidRDefault="00AA2478" w:rsidP="00AA2478">
            <w:pPr>
              <w:jc w:val="left"/>
              <w:rPr>
                <w:rFonts w:cs="Times New Roman"/>
                <w:sz w:val="24"/>
                <w:szCs w:val="24"/>
                <w:lang w:val="tt-RU"/>
              </w:rPr>
            </w:pPr>
          </w:p>
        </w:tc>
        <w:tc>
          <w:tcPr>
            <w:tcW w:w="3969" w:type="dxa"/>
          </w:tcPr>
          <w:p w14:paraId="03853A08" w14:textId="77777777" w:rsidR="00AA2478" w:rsidRPr="00145A4E" w:rsidRDefault="00863D41" w:rsidP="00AA2478">
            <w:pPr>
              <w:jc w:val="center"/>
              <w:rPr>
                <w:rFonts w:cs="Times New Roman"/>
                <w:b/>
                <w:sz w:val="16"/>
                <w:szCs w:val="16"/>
                <w:lang w:val="tt-RU"/>
              </w:rPr>
            </w:pPr>
            <w:hyperlink r:id="rId61" w:history="1">
              <w:r w:rsidR="00AA2478" w:rsidRPr="00145A4E">
                <w:rPr>
                  <w:rStyle w:val="af2"/>
                  <w:rFonts w:cs="Times New Roman"/>
                  <w:b/>
                  <w:sz w:val="16"/>
                  <w:szCs w:val="16"/>
                  <w:lang w:val="tt-RU"/>
                </w:rPr>
                <w:t>https://mon.tatarstan.ru/razrabotki-urokov-po-rodnomu-tatarskomu-yaziku-i.htm</w:t>
              </w:r>
            </w:hyperlink>
          </w:p>
          <w:p w14:paraId="290FF529" w14:textId="77777777" w:rsidR="00AA2478" w:rsidRPr="00145A4E" w:rsidRDefault="00AA2478" w:rsidP="00AA2478">
            <w:pPr>
              <w:jc w:val="center"/>
              <w:rPr>
                <w:rFonts w:cs="Times New Roman"/>
                <w:b/>
                <w:sz w:val="16"/>
                <w:szCs w:val="16"/>
                <w:lang w:val="tt-RU"/>
              </w:rPr>
            </w:pPr>
          </w:p>
        </w:tc>
      </w:tr>
      <w:tr w:rsidR="00AA2478" w:rsidRPr="00CB6317" w14:paraId="5B2010C0" w14:textId="77777777" w:rsidTr="00AA2478">
        <w:trPr>
          <w:trHeight w:val="764"/>
        </w:trPr>
        <w:tc>
          <w:tcPr>
            <w:tcW w:w="965" w:type="dxa"/>
          </w:tcPr>
          <w:p w14:paraId="13092286"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607E2CCB" w14:textId="77777777" w:rsidR="00AA2478" w:rsidRPr="00512024" w:rsidRDefault="00AA2478" w:rsidP="00AA2478">
            <w:pPr>
              <w:jc w:val="left"/>
              <w:rPr>
                <w:rFonts w:eastAsia="Times New Roman" w:cs="Times New Roman"/>
                <w:sz w:val="24"/>
                <w:szCs w:val="24"/>
                <w:lang w:val="tt-RU" w:eastAsia="ru-RU"/>
              </w:rPr>
            </w:pPr>
            <w:r>
              <w:rPr>
                <w:rFonts w:eastAsia="Times New Roman" w:cs="Times New Roman"/>
                <w:sz w:val="24"/>
                <w:szCs w:val="24"/>
                <w:lang w:val="tt-RU" w:eastAsia="ru-RU"/>
              </w:rPr>
              <w:t xml:space="preserve">Неизвестная форма глагола прошедшего времени./ </w:t>
            </w:r>
            <w:r w:rsidRPr="00B35F38">
              <w:rPr>
                <w:rFonts w:eastAsia="Times New Roman" w:cs="Times New Roman"/>
                <w:sz w:val="24"/>
                <w:szCs w:val="24"/>
                <w:lang w:val="tt-RU" w:eastAsia="ru-RU"/>
              </w:rPr>
              <w:t>Фигыльнең билгесез үткән заман формасы</w:t>
            </w:r>
          </w:p>
        </w:tc>
        <w:tc>
          <w:tcPr>
            <w:tcW w:w="992" w:type="dxa"/>
          </w:tcPr>
          <w:p w14:paraId="638957D6" w14:textId="77777777" w:rsidR="00AA2478" w:rsidRPr="00512024" w:rsidRDefault="00AA2478" w:rsidP="00AA2478">
            <w:pPr>
              <w:jc w:val="center"/>
              <w:rPr>
                <w:rFonts w:cs="Times New Roman"/>
                <w:sz w:val="24"/>
                <w:szCs w:val="24"/>
                <w:lang w:val="tt-RU"/>
              </w:rPr>
            </w:pPr>
          </w:p>
        </w:tc>
        <w:tc>
          <w:tcPr>
            <w:tcW w:w="992" w:type="dxa"/>
          </w:tcPr>
          <w:p w14:paraId="26FBA2C2" w14:textId="77777777" w:rsidR="00AA2478" w:rsidRPr="00512024" w:rsidRDefault="00AA2478" w:rsidP="00AA2478">
            <w:pPr>
              <w:jc w:val="left"/>
              <w:rPr>
                <w:rFonts w:cs="Times New Roman"/>
                <w:sz w:val="24"/>
                <w:szCs w:val="24"/>
                <w:lang w:val="tt-RU"/>
              </w:rPr>
            </w:pPr>
          </w:p>
        </w:tc>
        <w:tc>
          <w:tcPr>
            <w:tcW w:w="1134" w:type="dxa"/>
          </w:tcPr>
          <w:p w14:paraId="1E9FA32D" w14:textId="77777777" w:rsidR="00AA2478" w:rsidRPr="00512024" w:rsidRDefault="00AA2478" w:rsidP="00AA2478">
            <w:pPr>
              <w:jc w:val="left"/>
              <w:rPr>
                <w:rFonts w:cs="Times New Roman"/>
                <w:sz w:val="24"/>
                <w:szCs w:val="24"/>
                <w:lang w:val="tt-RU"/>
              </w:rPr>
            </w:pPr>
          </w:p>
        </w:tc>
        <w:tc>
          <w:tcPr>
            <w:tcW w:w="3969" w:type="dxa"/>
          </w:tcPr>
          <w:p w14:paraId="6D43BFC0" w14:textId="77777777" w:rsidR="00AA2478" w:rsidRDefault="00AA2478" w:rsidP="00AA2478">
            <w:pPr>
              <w:jc w:val="center"/>
            </w:pPr>
          </w:p>
        </w:tc>
      </w:tr>
      <w:tr w:rsidR="00AA2478" w:rsidRPr="00600724" w14:paraId="20E9BFDB" w14:textId="77777777" w:rsidTr="00AA2478">
        <w:trPr>
          <w:trHeight w:val="764"/>
        </w:trPr>
        <w:tc>
          <w:tcPr>
            <w:tcW w:w="965" w:type="dxa"/>
          </w:tcPr>
          <w:p w14:paraId="782F7415"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4F853DC4" w14:textId="77777777" w:rsidR="00AA2478" w:rsidRPr="00512024" w:rsidRDefault="00AA2478" w:rsidP="00AA2478">
            <w:pPr>
              <w:jc w:val="left"/>
              <w:rPr>
                <w:rFonts w:cs="Times New Roman"/>
                <w:sz w:val="24"/>
                <w:szCs w:val="24"/>
                <w:lang w:val="tt-RU"/>
              </w:rPr>
            </w:pPr>
            <w:r w:rsidRPr="00512024">
              <w:rPr>
                <w:rFonts w:eastAsia="Times New Roman" w:cs="Times New Roman"/>
                <w:sz w:val="24"/>
                <w:szCs w:val="24"/>
                <w:lang w:val="tt-RU" w:eastAsia="ru-RU"/>
              </w:rPr>
              <w:t>Отрицательная форма глагола прошедшего времени изъявительного наклонения /</w:t>
            </w:r>
            <w:r w:rsidRPr="00512024">
              <w:rPr>
                <w:rFonts w:eastAsia="Calibri" w:cs="Times New Roman"/>
                <w:sz w:val="24"/>
                <w:szCs w:val="24"/>
                <w:lang w:val="tt-RU"/>
              </w:rPr>
              <w:t xml:space="preserve"> </w:t>
            </w:r>
            <w:r w:rsidRPr="00512024">
              <w:rPr>
                <w:rFonts w:cs="Times New Roman"/>
                <w:sz w:val="24"/>
                <w:szCs w:val="24"/>
                <w:lang w:val="tt-RU"/>
              </w:rPr>
              <w:t>Үткән заман хикәя фигыльнең юклык формасы</w:t>
            </w:r>
          </w:p>
        </w:tc>
        <w:tc>
          <w:tcPr>
            <w:tcW w:w="992" w:type="dxa"/>
            <w:vMerge w:val="restart"/>
          </w:tcPr>
          <w:p w14:paraId="459F7706"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p w14:paraId="11A5ED76" w14:textId="77777777" w:rsidR="00AA2478" w:rsidRPr="00512024" w:rsidRDefault="00AA2478" w:rsidP="00AA2478">
            <w:pPr>
              <w:jc w:val="center"/>
              <w:rPr>
                <w:rFonts w:cs="Times New Roman"/>
                <w:sz w:val="24"/>
                <w:szCs w:val="24"/>
                <w:lang w:val="tt-RU"/>
              </w:rPr>
            </w:pPr>
          </w:p>
          <w:p w14:paraId="259377E6" w14:textId="77777777" w:rsidR="00AA2478" w:rsidRPr="00512024" w:rsidRDefault="00AA2478" w:rsidP="00AA2478">
            <w:pPr>
              <w:jc w:val="center"/>
              <w:rPr>
                <w:rFonts w:cs="Times New Roman"/>
                <w:sz w:val="24"/>
                <w:szCs w:val="24"/>
                <w:lang w:val="tt-RU"/>
              </w:rPr>
            </w:pPr>
          </w:p>
        </w:tc>
        <w:tc>
          <w:tcPr>
            <w:tcW w:w="992" w:type="dxa"/>
          </w:tcPr>
          <w:p w14:paraId="256B7697" w14:textId="77777777" w:rsidR="00AA2478" w:rsidRPr="00512024" w:rsidRDefault="00AA2478" w:rsidP="00AA2478">
            <w:pPr>
              <w:jc w:val="left"/>
              <w:rPr>
                <w:rFonts w:cs="Times New Roman"/>
                <w:sz w:val="24"/>
                <w:szCs w:val="24"/>
                <w:lang w:val="tt-RU"/>
              </w:rPr>
            </w:pPr>
          </w:p>
        </w:tc>
        <w:tc>
          <w:tcPr>
            <w:tcW w:w="1134" w:type="dxa"/>
          </w:tcPr>
          <w:p w14:paraId="26B15600" w14:textId="77777777" w:rsidR="00AA2478" w:rsidRPr="00512024" w:rsidRDefault="00AA2478" w:rsidP="00AA2478">
            <w:pPr>
              <w:jc w:val="left"/>
              <w:rPr>
                <w:rFonts w:cs="Times New Roman"/>
                <w:sz w:val="24"/>
                <w:szCs w:val="24"/>
                <w:lang w:val="tt-RU"/>
              </w:rPr>
            </w:pPr>
          </w:p>
        </w:tc>
        <w:tc>
          <w:tcPr>
            <w:tcW w:w="3969" w:type="dxa"/>
          </w:tcPr>
          <w:p w14:paraId="7C3CFAFD" w14:textId="77777777" w:rsidR="00AA2478" w:rsidRPr="00145A4E" w:rsidRDefault="00863D41" w:rsidP="00AA2478">
            <w:pPr>
              <w:jc w:val="center"/>
              <w:rPr>
                <w:rFonts w:cs="Times New Roman"/>
                <w:b/>
                <w:sz w:val="16"/>
                <w:szCs w:val="16"/>
                <w:lang w:val="tt-RU"/>
              </w:rPr>
            </w:pPr>
            <w:hyperlink r:id="rId62" w:history="1">
              <w:r w:rsidR="00AA2478" w:rsidRPr="00145A4E">
                <w:rPr>
                  <w:rStyle w:val="af2"/>
                  <w:rFonts w:cs="Times New Roman"/>
                  <w:b/>
                  <w:sz w:val="16"/>
                  <w:szCs w:val="16"/>
                  <w:lang w:val="tt-RU"/>
                </w:rPr>
                <w:t>https://nsportal.ru/shkola/rodnoy-yazyk-i-literatura/library/2018/11/19/3nche-syynyf-rus-torkeme-utkn-zaman-hikya</w:t>
              </w:r>
            </w:hyperlink>
          </w:p>
          <w:p w14:paraId="4A75B691" w14:textId="77777777" w:rsidR="00AA2478" w:rsidRPr="00145A4E" w:rsidRDefault="00AA2478" w:rsidP="00AA2478">
            <w:pPr>
              <w:jc w:val="center"/>
              <w:rPr>
                <w:rFonts w:cs="Times New Roman"/>
                <w:b/>
                <w:sz w:val="16"/>
                <w:szCs w:val="16"/>
                <w:lang w:val="tt-RU"/>
              </w:rPr>
            </w:pPr>
          </w:p>
        </w:tc>
      </w:tr>
      <w:tr w:rsidR="00AA2478" w:rsidRPr="00600724" w14:paraId="4218CA8C" w14:textId="77777777" w:rsidTr="00AA2478">
        <w:trPr>
          <w:trHeight w:val="764"/>
        </w:trPr>
        <w:tc>
          <w:tcPr>
            <w:tcW w:w="965" w:type="dxa"/>
          </w:tcPr>
          <w:p w14:paraId="4271EC9B"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78ECB0E" w14:textId="77777777" w:rsidR="00AA2478" w:rsidRPr="00512024" w:rsidRDefault="00AA2478" w:rsidP="00AA2478">
            <w:pPr>
              <w:jc w:val="left"/>
              <w:rPr>
                <w:rFonts w:eastAsia="Times New Roman" w:cs="Times New Roman"/>
                <w:sz w:val="24"/>
                <w:szCs w:val="24"/>
                <w:lang w:val="tt-RU" w:eastAsia="ru-RU"/>
              </w:rPr>
            </w:pPr>
          </w:p>
        </w:tc>
        <w:tc>
          <w:tcPr>
            <w:tcW w:w="992" w:type="dxa"/>
            <w:vMerge/>
          </w:tcPr>
          <w:p w14:paraId="2C109C46" w14:textId="77777777" w:rsidR="00AA2478" w:rsidRPr="00512024" w:rsidRDefault="00AA2478" w:rsidP="00AA2478">
            <w:pPr>
              <w:jc w:val="center"/>
              <w:rPr>
                <w:rFonts w:cs="Times New Roman"/>
                <w:sz w:val="24"/>
                <w:szCs w:val="24"/>
                <w:lang w:val="tt-RU"/>
              </w:rPr>
            </w:pPr>
          </w:p>
        </w:tc>
        <w:tc>
          <w:tcPr>
            <w:tcW w:w="992" w:type="dxa"/>
          </w:tcPr>
          <w:p w14:paraId="1447E826" w14:textId="77777777" w:rsidR="00AA2478" w:rsidRPr="00512024" w:rsidRDefault="00AA2478" w:rsidP="00AA2478">
            <w:pPr>
              <w:jc w:val="left"/>
              <w:rPr>
                <w:rFonts w:cs="Times New Roman"/>
                <w:sz w:val="24"/>
                <w:szCs w:val="24"/>
                <w:lang w:val="tt-RU"/>
              </w:rPr>
            </w:pPr>
          </w:p>
        </w:tc>
        <w:tc>
          <w:tcPr>
            <w:tcW w:w="1134" w:type="dxa"/>
          </w:tcPr>
          <w:p w14:paraId="25A1AE8E" w14:textId="77777777" w:rsidR="00AA2478" w:rsidRPr="00512024" w:rsidRDefault="00AA2478" w:rsidP="00AA2478">
            <w:pPr>
              <w:jc w:val="left"/>
              <w:rPr>
                <w:rFonts w:cs="Times New Roman"/>
                <w:sz w:val="24"/>
                <w:szCs w:val="24"/>
                <w:lang w:val="tt-RU"/>
              </w:rPr>
            </w:pPr>
          </w:p>
        </w:tc>
        <w:tc>
          <w:tcPr>
            <w:tcW w:w="3969" w:type="dxa"/>
          </w:tcPr>
          <w:p w14:paraId="46B252A1" w14:textId="77777777" w:rsidR="00AA2478" w:rsidRPr="00AA2478" w:rsidRDefault="00AA2478" w:rsidP="00AA2478">
            <w:pPr>
              <w:jc w:val="center"/>
              <w:rPr>
                <w:lang w:val="tt-RU"/>
              </w:rPr>
            </w:pPr>
          </w:p>
        </w:tc>
      </w:tr>
      <w:tr w:rsidR="00AA2478" w:rsidRPr="00600724" w14:paraId="5EA344EA" w14:textId="77777777" w:rsidTr="00AA2478">
        <w:trPr>
          <w:trHeight w:val="764"/>
        </w:trPr>
        <w:tc>
          <w:tcPr>
            <w:tcW w:w="965" w:type="dxa"/>
          </w:tcPr>
          <w:p w14:paraId="4C1F3174"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63B90BC0" w14:textId="77777777" w:rsidR="00AA2478" w:rsidRPr="00512024" w:rsidRDefault="00AA2478" w:rsidP="00AA2478">
            <w:pPr>
              <w:jc w:val="left"/>
              <w:rPr>
                <w:rFonts w:eastAsia="Times New Roman" w:cs="Times New Roman"/>
                <w:sz w:val="24"/>
                <w:szCs w:val="24"/>
                <w:lang w:val="tt-RU" w:eastAsia="ru-RU"/>
              </w:rPr>
            </w:pPr>
          </w:p>
        </w:tc>
        <w:tc>
          <w:tcPr>
            <w:tcW w:w="992" w:type="dxa"/>
            <w:vMerge/>
          </w:tcPr>
          <w:p w14:paraId="4D04B212" w14:textId="77777777" w:rsidR="00AA2478" w:rsidRPr="00512024" w:rsidRDefault="00AA2478" w:rsidP="00AA2478">
            <w:pPr>
              <w:jc w:val="center"/>
              <w:rPr>
                <w:rFonts w:cs="Times New Roman"/>
                <w:sz w:val="24"/>
                <w:szCs w:val="24"/>
                <w:lang w:val="tt-RU"/>
              </w:rPr>
            </w:pPr>
          </w:p>
        </w:tc>
        <w:tc>
          <w:tcPr>
            <w:tcW w:w="992" w:type="dxa"/>
          </w:tcPr>
          <w:p w14:paraId="483036E7" w14:textId="77777777" w:rsidR="00AA2478" w:rsidRPr="00512024" w:rsidRDefault="00AA2478" w:rsidP="00AA2478">
            <w:pPr>
              <w:jc w:val="left"/>
              <w:rPr>
                <w:rFonts w:cs="Times New Roman"/>
                <w:sz w:val="24"/>
                <w:szCs w:val="24"/>
                <w:lang w:val="tt-RU"/>
              </w:rPr>
            </w:pPr>
          </w:p>
        </w:tc>
        <w:tc>
          <w:tcPr>
            <w:tcW w:w="1134" w:type="dxa"/>
          </w:tcPr>
          <w:p w14:paraId="7CB71800" w14:textId="77777777" w:rsidR="00AA2478" w:rsidRPr="00512024" w:rsidRDefault="00AA2478" w:rsidP="00AA2478">
            <w:pPr>
              <w:jc w:val="left"/>
              <w:rPr>
                <w:rFonts w:cs="Times New Roman"/>
                <w:sz w:val="24"/>
                <w:szCs w:val="24"/>
                <w:lang w:val="tt-RU"/>
              </w:rPr>
            </w:pPr>
          </w:p>
        </w:tc>
        <w:tc>
          <w:tcPr>
            <w:tcW w:w="3969" w:type="dxa"/>
          </w:tcPr>
          <w:p w14:paraId="1720C145" w14:textId="77777777" w:rsidR="00AA2478" w:rsidRPr="00145A4E" w:rsidRDefault="00AA2478" w:rsidP="00AA2478">
            <w:pPr>
              <w:jc w:val="center"/>
              <w:rPr>
                <w:rFonts w:cs="Times New Roman"/>
                <w:b/>
                <w:sz w:val="16"/>
                <w:szCs w:val="16"/>
                <w:lang w:val="tt-RU"/>
              </w:rPr>
            </w:pPr>
          </w:p>
        </w:tc>
      </w:tr>
      <w:tr w:rsidR="00AA2478" w:rsidRPr="00600724" w14:paraId="6F0CDA67" w14:textId="77777777" w:rsidTr="00AA2478">
        <w:trPr>
          <w:trHeight w:val="840"/>
        </w:trPr>
        <w:tc>
          <w:tcPr>
            <w:tcW w:w="965" w:type="dxa"/>
          </w:tcPr>
          <w:p w14:paraId="38979E79"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2BA75D27" w14:textId="77777777" w:rsidR="00AA2478" w:rsidRPr="00512024" w:rsidRDefault="00AA2478" w:rsidP="00AA2478">
            <w:pPr>
              <w:jc w:val="left"/>
              <w:rPr>
                <w:rFonts w:eastAsia="Times New Roman" w:cs="Times New Roman"/>
                <w:sz w:val="24"/>
                <w:szCs w:val="24"/>
                <w:lang w:val="tt-RU" w:eastAsia="ru-RU"/>
              </w:rPr>
            </w:pPr>
            <w:r>
              <w:rPr>
                <w:rFonts w:eastAsia="Times New Roman" w:cs="Times New Roman"/>
                <w:sz w:val="24"/>
                <w:szCs w:val="24"/>
                <w:lang w:val="tt-RU" w:eastAsia="ru-RU"/>
              </w:rPr>
              <w:t xml:space="preserve">Отрицательная форма у известного глагола прошедшего времени./ </w:t>
            </w:r>
            <w:r w:rsidRPr="00B35F38">
              <w:rPr>
                <w:rFonts w:eastAsia="Times New Roman" w:cs="Times New Roman"/>
                <w:sz w:val="24"/>
                <w:szCs w:val="24"/>
                <w:lang w:val="tt-RU" w:eastAsia="ru-RU"/>
              </w:rPr>
              <w:t>Билгеле үткән заман хикәя фигыльнең юклык формасы</w:t>
            </w:r>
          </w:p>
        </w:tc>
        <w:tc>
          <w:tcPr>
            <w:tcW w:w="992" w:type="dxa"/>
          </w:tcPr>
          <w:p w14:paraId="4EAD68CD" w14:textId="77777777" w:rsidR="00AA2478" w:rsidRPr="00512024" w:rsidRDefault="00AA2478" w:rsidP="00AA2478">
            <w:pPr>
              <w:jc w:val="center"/>
              <w:rPr>
                <w:rFonts w:cs="Times New Roman"/>
                <w:sz w:val="24"/>
                <w:szCs w:val="24"/>
                <w:lang w:val="tt-RU"/>
              </w:rPr>
            </w:pPr>
          </w:p>
        </w:tc>
        <w:tc>
          <w:tcPr>
            <w:tcW w:w="992" w:type="dxa"/>
          </w:tcPr>
          <w:p w14:paraId="6D9A4CD2" w14:textId="77777777" w:rsidR="00AA2478" w:rsidRPr="00512024" w:rsidRDefault="00AA2478" w:rsidP="00AA2478">
            <w:pPr>
              <w:jc w:val="left"/>
              <w:rPr>
                <w:rFonts w:cs="Times New Roman"/>
                <w:sz w:val="24"/>
                <w:szCs w:val="24"/>
                <w:lang w:val="tt-RU"/>
              </w:rPr>
            </w:pPr>
          </w:p>
        </w:tc>
        <w:tc>
          <w:tcPr>
            <w:tcW w:w="1134" w:type="dxa"/>
          </w:tcPr>
          <w:p w14:paraId="53821803" w14:textId="77777777" w:rsidR="00AA2478" w:rsidRPr="00512024" w:rsidRDefault="00AA2478" w:rsidP="00AA2478">
            <w:pPr>
              <w:jc w:val="left"/>
              <w:rPr>
                <w:rFonts w:cs="Times New Roman"/>
                <w:sz w:val="24"/>
                <w:szCs w:val="24"/>
                <w:lang w:val="tt-RU"/>
              </w:rPr>
            </w:pPr>
          </w:p>
        </w:tc>
        <w:tc>
          <w:tcPr>
            <w:tcW w:w="3969" w:type="dxa"/>
          </w:tcPr>
          <w:p w14:paraId="40E01184" w14:textId="77777777" w:rsidR="00AA2478" w:rsidRPr="00B35F38" w:rsidRDefault="00AA2478" w:rsidP="00AA2478">
            <w:pPr>
              <w:jc w:val="center"/>
              <w:rPr>
                <w:lang w:val="tt-RU"/>
              </w:rPr>
            </w:pPr>
          </w:p>
        </w:tc>
      </w:tr>
      <w:tr w:rsidR="00AA2478" w:rsidRPr="00600724" w14:paraId="51D3DC19" w14:textId="77777777" w:rsidTr="00AA2478">
        <w:trPr>
          <w:trHeight w:val="840"/>
        </w:trPr>
        <w:tc>
          <w:tcPr>
            <w:tcW w:w="965" w:type="dxa"/>
          </w:tcPr>
          <w:p w14:paraId="5B239F5F"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0A5E664" w14:textId="77777777" w:rsidR="00AA2478" w:rsidRPr="00512024" w:rsidRDefault="00AA2478" w:rsidP="00AA2478">
            <w:pPr>
              <w:jc w:val="left"/>
              <w:rPr>
                <w:rFonts w:eastAsia="Times New Roman" w:cs="Times New Roman"/>
                <w:sz w:val="24"/>
                <w:szCs w:val="24"/>
                <w:lang w:val="tt-RU" w:eastAsia="ru-RU"/>
              </w:rPr>
            </w:pPr>
            <w:r w:rsidRPr="00B35F38">
              <w:rPr>
                <w:rFonts w:eastAsia="Times New Roman" w:cs="Times New Roman"/>
                <w:sz w:val="24"/>
                <w:szCs w:val="24"/>
                <w:lang w:val="tt-RU" w:eastAsia="ru-RU"/>
              </w:rPr>
              <w:t>Отрицательная форма у известного глагола прошедшего времени./ Билгеле үткән заман хикәя фигыльнең юклык формасы</w:t>
            </w:r>
          </w:p>
        </w:tc>
        <w:tc>
          <w:tcPr>
            <w:tcW w:w="992" w:type="dxa"/>
          </w:tcPr>
          <w:p w14:paraId="77844CDD" w14:textId="77777777" w:rsidR="00AA2478" w:rsidRPr="00512024" w:rsidRDefault="00AA2478" w:rsidP="00AA2478">
            <w:pPr>
              <w:jc w:val="center"/>
              <w:rPr>
                <w:rFonts w:cs="Times New Roman"/>
                <w:sz w:val="24"/>
                <w:szCs w:val="24"/>
                <w:lang w:val="tt-RU"/>
              </w:rPr>
            </w:pPr>
          </w:p>
        </w:tc>
        <w:tc>
          <w:tcPr>
            <w:tcW w:w="992" w:type="dxa"/>
          </w:tcPr>
          <w:p w14:paraId="29859F84" w14:textId="77777777" w:rsidR="00AA2478" w:rsidRPr="00512024" w:rsidRDefault="00AA2478" w:rsidP="00AA2478">
            <w:pPr>
              <w:jc w:val="left"/>
              <w:rPr>
                <w:rFonts w:cs="Times New Roman"/>
                <w:sz w:val="24"/>
                <w:szCs w:val="24"/>
                <w:lang w:val="tt-RU"/>
              </w:rPr>
            </w:pPr>
          </w:p>
        </w:tc>
        <w:tc>
          <w:tcPr>
            <w:tcW w:w="1134" w:type="dxa"/>
          </w:tcPr>
          <w:p w14:paraId="06455942" w14:textId="77777777" w:rsidR="00AA2478" w:rsidRPr="00512024" w:rsidRDefault="00AA2478" w:rsidP="00AA2478">
            <w:pPr>
              <w:jc w:val="left"/>
              <w:rPr>
                <w:rFonts w:cs="Times New Roman"/>
                <w:sz w:val="24"/>
                <w:szCs w:val="24"/>
                <w:lang w:val="tt-RU"/>
              </w:rPr>
            </w:pPr>
          </w:p>
        </w:tc>
        <w:tc>
          <w:tcPr>
            <w:tcW w:w="3969" w:type="dxa"/>
          </w:tcPr>
          <w:p w14:paraId="2D7DE556" w14:textId="77777777" w:rsidR="00AA2478" w:rsidRPr="00B35F38" w:rsidRDefault="00AA2478" w:rsidP="00AA2478">
            <w:pPr>
              <w:jc w:val="center"/>
              <w:rPr>
                <w:lang w:val="tt-RU"/>
              </w:rPr>
            </w:pPr>
          </w:p>
        </w:tc>
      </w:tr>
      <w:tr w:rsidR="00AA2478" w:rsidRPr="00600724" w14:paraId="7F991295" w14:textId="77777777" w:rsidTr="00AA2478">
        <w:trPr>
          <w:trHeight w:val="840"/>
        </w:trPr>
        <w:tc>
          <w:tcPr>
            <w:tcW w:w="965" w:type="dxa"/>
          </w:tcPr>
          <w:p w14:paraId="47AF8C57"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34A7B69B" w14:textId="77777777" w:rsidR="00AA2478" w:rsidRPr="00512024" w:rsidRDefault="00AA2478" w:rsidP="00AA2478">
            <w:pPr>
              <w:jc w:val="left"/>
              <w:rPr>
                <w:rFonts w:eastAsia="Times New Roman" w:cs="Times New Roman"/>
                <w:sz w:val="24"/>
                <w:szCs w:val="24"/>
                <w:lang w:val="tt-RU" w:eastAsia="ru-RU"/>
              </w:rPr>
            </w:pPr>
            <w:r w:rsidRPr="00B35F38">
              <w:rPr>
                <w:rFonts w:eastAsia="Times New Roman" w:cs="Times New Roman"/>
                <w:sz w:val="24"/>
                <w:szCs w:val="24"/>
                <w:lang w:val="tt-RU" w:eastAsia="ru-RU"/>
              </w:rPr>
              <w:t>Отрицательная форма у известного глагола прошедшего времени./ Билгеле үткән заман хикәя фигыльнең юклык формасы</w:t>
            </w:r>
          </w:p>
        </w:tc>
        <w:tc>
          <w:tcPr>
            <w:tcW w:w="992" w:type="dxa"/>
          </w:tcPr>
          <w:p w14:paraId="21151959" w14:textId="77777777" w:rsidR="00AA2478" w:rsidRPr="00512024" w:rsidRDefault="00AA2478" w:rsidP="00AA2478">
            <w:pPr>
              <w:jc w:val="center"/>
              <w:rPr>
                <w:rFonts w:cs="Times New Roman"/>
                <w:sz w:val="24"/>
                <w:szCs w:val="24"/>
                <w:lang w:val="tt-RU"/>
              </w:rPr>
            </w:pPr>
          </w:p>
        </w:tc>
        <w:tc>
          <w:tcPr>
            <w:tcW w:w="992" w:type="dxa"/>
          </w:tcPr>
          <w:p w14:paraId="417A3849" w14:textId="77777777" w:rsidR="00AA2478" w:rsidRPr="00512024" w:rsidRDefault="00AA2478" w:rsidP="00AA2478">
            <w:pPr>
              <w:jc w:val="left"/>
              <w:rPr>
                <w:rFonts w:cs="Times New Roman"/>
                <w:sz w:val="24"/>
                <w:szCs w:val="24"/>
                <w:lang w:val="tt-RU"/>
              </w:rPr>
            </w:pPr>
          </w:p>
        </w:tc>
        <w:tc>
          <w:tcPr>
            <w:tcW w:w="1134" w:type="dxa"/>
          </w:tcPr>
          <w:p w14:paraId="08CE10E7" w14:textId="77777777" w:rsidR="00AA2478" w:rsidRPr="00512024" w:rsidRDefault="00AA2478" w:rsidP="00AA2478">
            <w:pPr>
              <w:jc w:val="left"/>
              <w:rPr>
                <w:rFonts w:cs="Times New Roman"/>
                <w:sz w:val="24"/>
                <w:szCs w:val="24"/>
                <w:lang w:val="tt-RU"/>
              </w:rPr>
            </w:pPr>
          </w:p>
        </w:tc>
        <w:tc>
          <w:tcPr>
            <w:tcW w:w="3969" w:type="dxa"/>
          </w:tcPr>
          <w:p w14:paraId="646B333A" w14:textId="77777777" w:rsidR="00AA2478" w:rsidRPr="00B35F38" w:rsidRDefault="00AA2478" w:rsidP="00AA2478">
            <w:pPr>
              <w:jc w:val="center"/>
              <w:rPr>
                <w:lang w:val="tt-RU"/>
              </w:rPr>
            </w:pPr>
          </w:p>
        </w:tc>
      </w:tr>
      <w:tr w:rsidR="00AA2478" w:rsidRPr="00600724" w14:paraId="6D780D5B" w14:textId="77777777" w:rsidTr="00AA2478">
        <w:trPr>
          <w:trHeight w:val="840"/>
        </w:trPr>
        <w:tc>
          <w:tcPr>
            <w:tcW w:w="965" w:type="dxa"/>
          </w:tcPr>
          <w:p w14:paraId="2E6AC827"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518D5AE8" w14:textId="77777777" w:rsidR="00AA2478" w:rsidRPr="00512024" w:rsidRDefault="00AA2478" w:rsidP="00AA2478">
            <w:pPr>
              <w:jc w:val="left"/>
              <w:rPr>
                <w:rFonts w:cs="Times New Roman"/>
                <w:sz w:val="24"/>
                <w:szCs w:val="24"/>
                <w:lang w:val="tt-RU"/>
              </w:rPr>
            </w:pPr>
            <w:r w:rsidRPr="00512024">
              <w:rPr>
                <w:rFonts w:eastAsia="Times New Roman" w:cs="Times New Roman"/>
                <w:sz w:val="24"/>
                <w:szCs w:val="24"/>
                <w:lang w:val="tt-RU" w:eastAsia="ru-RU"/>
              </w:rPr>
              <w:t>Изъявительное наклонение  будущего  времени.</w:t>
            </w:r>
            <w:r w:rsidRPr="00512024">
              <w:rPr>
                <w:rFonts w:eastAsia="Calibri" w:cs="Times New Roman"/>
                <w:sz w:val="24"/>
                <w:szCs w:val="24"/>
              </w:rPr>
              <w:t xml:space="preserve"> Употребление глаголов в речи.</w:t>
            </w:r>
            <w:r w:rsidRPr="00512024">
              <w:rPr>
                <w:rFonts w:eastAsia="Times New Roman" w:cs="Times New Roman"/>
                <w:sz w:val="24"/>
                <w:szCs w:val="24"/>
                <w:lang w:val="tt-RU" w:eastAsia="ru-RU"/>
              </w:rPr>
              <w:t>/</w:t>
            </w:r>
            <w:r w:rsidRPr="00512024">
              <w:rPr>
                <w:rFonts w:cs="Times New Roman"/>
                <w:sz w:val="24"/>
                <w:szCs w:val="24"/>
                <w:lang w:val="tt-RU"/>
              </w:rPr>
              <w:t xml:space="preserve"> Фигыльнең киләчәк заман формасы. Фигыльнең сөйләмдә кулланылышы</w:t>
            </w:r>
            <w:r>
              <w:rPr>
                <w:rFonts w:cs="Times New Roman"/>
                <w:sz w:val="24"/>
                <w:szCs w:val="24"/>
                <w:lang w:val="tt-RU"/>
              </w:rPr>
              <w:t>.</w:t>
            </w:r>
          </w:p>
        </w:tc>
        <w:tc>
          <w:tcPr>
            <w:tcW w:w="992" w:type="dxa"/>
            <w:vMerge w:val="restart"/>
          </w:tcPr>
          <w:p w14:paraId="36E54ED9"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p w14:paraId="160EA923" w14:textId="77777777" w:rsidR="00AA2478" w:rsidRPr="00512024" w:rsidRDefault="00AA2478" w:rsidP="00AA2478">
            <w:pPr>
              <w:jc w:val="center"/>
              <w:rPr>
                <w:rFonts w:cs="Times New Roman"/>
                <w:sz w:val="24"/>
                <w:szCs w:val="24"/>
                <w:lang w:val="tt-RU"/>
              </w:rPr>
            </w:pPr>
          </w:p>
          <w:p w14:paraId="4B7B5012" w14:textId="77777777" w:rsidR="00AA2478" w:rsidRPr="00512024" w:rsidRDefault="00AA2478" w:rsidP="00AA2478">
            <w:pPr>
              <w:jc w:val="center"/>
              <w:rPr>
                <w:rFonts w:cs="Times New Roman"/>
                <w:sz w:val="24"/>
                <w:szCs w:val="24"/>
                <w:lang w:val="tt-RU"/>
              </w:rPr>
            </w:pPr>
          </w:p>
          <w:p w14:paraId="54BBB0C2" w14:textId="77777777" w:rsidR="00AA2478" w:rsidRPr="00512024" w:rsidRDefault="00AA2478" w:rsidP="00AA2478">
            <w:pPr>
              <w:jc w:val="center"/>
              <w:rPr>
                <w:rFonts w:cs="Times New Roman"/>
                <w:sz w:val="24"/>
                <w:szCs w:val="24"/>
                <w:lang w:val="tt-RU"/>
              </w:rPr>
            </w:pPr>
          </w:p>
        </w:tc>
        <w:tc>
          <w:tcPr>
            <w:tcW w:w="992" w:type="dxa"/>
          </w:tcPr>
          <w:p w14:paraId="3F78E3BC" w14:textId="77777777" w:rsidR="00AA2478" w:rsidRPr="00512024" w:rsidRDefault="00AA2478" w:rsidP="00AA2478">
            <w:pPr>
              <w:jc w:val="left"/>
              <w:rPr>
                <w:rFonts w:cs="Times New Roman"/>
                <w:sz w:val="24"/>
                <w:szCs w:val="24"/>
                <w:lang w:val="tt-RU"/>
              </w:rPr>
            </w:pPr>
          </w:p>
        </w:tc>
        <w:tc>
          <w:tcPr>
            <w:tcW w:w="1134" w:type="dxa"/>
          </w:tcPr>
          <w:p w14:paraId="1BC5744C" w14:textId="77777777" w:rsidR="00AA2478" w:rsidRPr="00512024" w:rsidRDefault="00AA2478" w:rsidP="00AA2478">
            <w:pPr>
              <w:jc w:val="left"/>
              <w:rPr>
                <w:rFonts w:cs="Times New Roman"/>
                <w:sz w:val="24"/>
                <w:szCs w:val="24"/>
                <w:lang w:val="tt-RU"/>
              </w:rPr>
            </w:pPr>
          </w:p>
        </w:tc>
        <w:tc>
          <w:tcPr>
            <w:tcW w:w="3969" w:type="dxa"/>
            <w:vMerge w:val="restart"/>
          </w:tcPr>
          <w:p w14:paraId="010B48A7" w14:textId="77777777" w:rsidR="00AA2478" w:rsidRPr="00145A4E" w:rsidRDefault="00863D41" w:rsidP="00AA2478">
            <w:pPr>
              <w:jc w:val="center"/>
              <w:rPr>
                <w:rFonts w:cs="Times New Roman"/>
                <w:b/>
                <w:sz w:val="16"/>
                <w:szCs w:val="16"/>
                <w:lang w:val="tt-RU"/>
              </w:rPr>
            </w:pPr>
            <w:hyperlink r:id="rId63" w:history="1">
              <w:r w:rsidR="00AA2478" w:rsidRPr="00145A4E">
                <w:rPr>
                  <w:rStyle w:val="af2"/>
                  <w:rFonts w:cs="Times New Roman"/>
                  <w:b/>
                  <w:sz w:val="16"/>
                  <w:szCs w:val="16"/>
                  <w:lang w:val="tt-RU"/>
                </w:rPr>
                <w:t>https://nsportal.ru/nachalnaya-shkola/regionalnyy-komponent/2020/12/16/hikya-figylnen-kilchk-zaman-formalary</w:t>
              </w:r>
            </w:hyperlink>
          </w:p>
          <w:p w14:paraId="28EED542" w14:textId="77777777" w:rsidR="00AA2478" w:rsidRPr="00145A4E" w:rsidRDefault="00AA2478" w:rsidP="00AA2478">
            <w:pPr>
              <w:jc w:val="center"/>
              <w:rPr>
                <w:rFonts w:cs="Times New Roman"/>
                <w:b/>
                <w:sz w:val="16"/>
                <w:szCs w:val="16"/>
                <w:lang w:val="tt-RU"/>
              </w:rPr>
            </w:pPr>
          </w:p>
        </w:tc>
      </w:tr>
      <w:tr w:rsidR="00AA2478" w:rsidRPr="00600724" w14:paraId="30136C8A" w14:textId="77777777" w:rsidTr="00AA2478">
        <w:trPr>
          <w:trHeight w:val="840"/>
        </w:trPr>
        <w:tc>
          <w:tcPr>
            <w:tcW w:w="965" w:type="dxa"/>
          </w:tcPr>
          <w:p w14:paraId="31A5533C"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E76E7B6" w14:textId="77777777" w:rsidR="00AA2478" w:rsidRPr="00512024" w:rsidRDefault="00AA2478" w:rsidP="00AA2478">
            <w:pPr>
              <w:jc w:val="left"/>
              <w:rPr>
                <w:rFonts w:eastAsia="Times New Roman" w:cs="Times New Roman"/>
                <w:sz w:val="24"/>
                <w:szCs w:val="24"/>
                <w:lang w:val="tt-RU" w:eastAsia="ru-RU"/>
              </w:rPr>
            </w:pPr>
          </w:p>
        </w:tc>
        <w:tc>
          <w:tcPr>
            <w:tcW w:w="992" w:type="dxa"/>
            <w:vMerge/>
          </w:tcPr>
          <w:p w14:paraId="22A3EC76" w14:textId="77777777" w:rsidR="00AA2478" w:rsidRPr="00512024" w:rsidRDefault="00AA2478" w:rsidP="00AA2478">
            <w:pPr>
              <w:jc w:val="center"/>
              <w:rPr>
                <w:rFonts w:cs="Times New Roman"/>
                <w:sz w:val="24"/>
                <w:szCs w:val="24"/>
                <w:lang w:val="tt-RU"/>
              </w:rPr>
            </w:pPr>
          </w:p>
        </w:tc>
        <w:tc>
          <w:tcPr>
            <w:tcW w:w="992" w:type="dxa"/>
          </w:tcPr>
          <w:p w14:paraId="05B33F51" w14:textId="77777777" w:rsidR="00AA2478" w:rsidRPr="00512024" w:rsidRDefault="00AA2478" w:rsidP="00AA2478">
            <w:pPr>
              <w:jc w:val="left"/>
              <w:rPr>
                <w:rFonts w:cs="Times New Roman"/>
                <w:sz w:val="24"/>
                <w:szCs w:val="24"/>
                <w:lang w:val="tt-RU"/>
              </w:rPr>
            </w:pPr>
          </w:p>
        </w:tc>
        <w:tc>
          <w:tcPr>
            <w:tcW w:w="1134" w:type="dxa"/>
          </w:tcPr>
          <w:p w14:paraId="4890AEBD" w14:textId="77777777" w:rsidR="00AA2478" w:rsidRPr="00512024" w:rsidRDefault="00AA2478" w:rsidP="00AA2478">
            <w:pPr>
              <w:jc w:val="left"/>
              <w:rPr>
                <w:rFonts w:cs="Times New Roman"/>
                <w:sz w:val="24"/>
                <w:szCs w:val="24"/>
                <w:lang w:val="tt-RU"/>
              </w:rPr>
            </w:pPr>
          </w:p>
        </w:tc>
        <w:tc>
          <w:tcPr>
            <w:tcW w:w="3969" w:type="dxa"/>
            <w:vMerge/>
          </w:tcPr>
          <w:p w14:paraId="718C57DB" w14:textId="77777777" w:rsidR="00AA2478" w:rsidRPr="00145A4E" w:rsidRDefault="00AA2478" w:rsidP="00AA2478">
            <w:pPr>
              <w:jc w:val="center"/>
              <w:rPr>
                <w:rFonts w:cs="Times New Roman"/>
                <w:b/>
                <w:sz w:val="16"/>
                <w:szCs w:val="16"/>
                <w:lang w:val="tt-RU"/>
              </w:rPr>
            </w:pPr>
          </w:p>
        </w:tc>
      </w:tr>
      <w:tr w:rsidR="00AA2478" w:rsidRPr="00CB6317" w14:paraId="12AAEE60" w14:textId="77777777" w:rsidTr="00AA2478">
        <w:trPr>
          <w:trHeight w:val="800"/>
        </w:trPr>
        <w:tc>
          <w:tcPr>
            <w:tcW w:w="965" w:type="dxa"/>
          </w:tcPr>
          <w:p w14:paraId="7437A6E6"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160AAB4F" w14:textId="77777777" w:rsidR="00AA2478" w:rsidRPr="00512024" w:rsidRDefault="00AA2478" w:rsidP="00AA2478">
            <w:pPr>
              <w:jc w:val="left"/>
              <w:rPr>
                <w:rFonts w:eastAsia="Calibri" w:cs="Times New Roman"/>
                <w:sz w:val="24"/>
                <w:szCs w:val="24"/>
              </w:rPr>
            </w:pPr>
            <w:r w:rsidRPr="00B35F38">
              <w:rPr>
                <w:rFonts w:eastAsia="Calibri" w:cs="Times New Roman"/>
                <w:sz w:val="24"/>
                <w:szCs w:val="24"/>
              </w:rPr>
              <w:t>Изъявительное наклонение  будущего  времени. Употребление глаголов в речи./ Фигыльнең килә</w:t>
            </w:r>
            <w:proofErr w:type="gramStart"/>
            <w:r w:rsidRPr="00B35F38">
              <w:rPr>
                <w:rFonts w:eastAsia="Calibri" w:cs="Times New Roman"/>
                <w:sz w:val="24"/>
                <w:szCs w:val="24"/>
              </w:rPr>
              <w:t>ч</w:t>
            </w:r>
            <w:proofErr w:type="gramEnd"/>
            <w:r w:rsidRPr="00B35F38">
              <w:rPr>
                <w:rFonts w:eastAsia="Calibri" w:cs="Times New Roman"/>
                <w:sz w:val="24"/>
                <w:szCs w:val="24"/>
              </w:rPr>
              <w:t>әк заман формасы. Фигыльнең сөйләмдә кулланылышы</w:t>
            </w:r>
          </w:p>
        </w:tc>
        <w:tc>
          <w:tcPr>
            <w:tcW w:w="992" w:type="dxa"/>
          </w:tcPr>
          <w:p w14:paraId="325AC2F4" w14:textId="77777777" w:rsidR="00AA2478" w:rsidRPr="00512024" w:rsidRDefault="00AA2478" w:rsidP="00AA2478">
            <w:pPr>
              <w:jc w:val="center"/>
              <w:rPr>
                <w:rFonts w:cs="Times New Roman"/>
                <w:sz w:val="24"/>
                <w:szCs w:val="24"/>
                <w:lang w:val="tt-RU"/>
              </w:rPr>
            </w:pPr>
          </w:p>
        </w:tc>
        <w:tc>
          <w:tcPr>
            <w:tcW w:w="992" w:type="dxa"/>
          </w:tcPr>
          <w:p w14:paraId="5EF5C888" w14:textId="77777777" w:rsidR="00AA2478" w:rsidRPr="00512024" w:rsidRDefault="00AA2478" w:rsidP="00AA2478">
            <w:pPr>
              <w:jc w:val="left"/>
              <w:rPr>
                <w:rFonts w:cs="Times New Roman"/>
                <w:sz w:val="24"/>
                <w:szCs w:val="24"/>
                <w:lang w:val="tt-RU"/>
              </w:rPr>
            </w:pPr>
          </w:p>
        </w:tc>
        <w:tc>
          <w:tcPr>
            <w:tcW w:w="1134" w:type="dxa"/>
          </w:tcPr>
          <w:p w14:paraId="161AE499" w14:textId="77777777" w:rsidR="00AA2478" w:rsidRPr="00512024" w:rsidRDefault="00AA2478" w:rsidP="00AA2478">
            <w:pPr>
              <w:jc w:val="left"/>
              <w:rPr>
                <w:rFonts w:cs="Times New Roman"/>
                <w:sz w:val="24"/>
                <w:szCs w:val="24"/>
                <w:lang w:val="tt-RU"/>
              </w:rPr>
            </w:pPr>
          </w:p>
        </w:tc>
        <w:tc>
          <w:tcPr>
            <w:tcW w:w="3969" w:type="dxa"/>
          </w:tcPr>
          <w:p w14:paraId="20C0773C" w14:textId="77777777" w:rsidR="00AA2478" w:rsidRDefault="00AA2478" w:rsidP="00AA2478">
            <w:pPr>
              <w:jc w:val="center"/>
            </w:pPr>
          </w:p>
        </w:tc>
      </w:tr>
      <w:tr w:rsidR="00AA2478" w:rsidRPr="00CB6317" w14:paraId="2F961312" w14:textId="77777777" w:rsidTr="00AA2478">
        <w:trPr>
          <w:trHeight w:val="800"/>
        </w:trPr>
        <w:tc>
          <w:tcPr>
            <w:tcW w:w="965" w:type="dxa"/>
          </w:tcPr>
          <w:p w14:paraId="4287877B"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646552C5" w14:textId="77777777" w:rsidR="00AA2478" w:rsidRPr="00512024" w:rsidRDefault="00AA2478" w:rsidP="00AA2478">
            <w:pPr>
              <w:jc w:val="left"/>
              <w:rPr>
                <w:rFonts w:eastAsia="Calibri" w:cs="Times New Roman"/>
                <w:sz w:val="24"/>
                <w:szCs w:val="24"/>
              </w:rPr>
            </w:pPr>
            <w:proofErr w:type="gramStart"/>
            <w:r>
              <w:rPr>
                <w:rFonts w:eastAsia="Calibri" w:cs="Times New Roman"/>
                <w:sz w:val="24"/>
                <w:szCs w:val="24"/>
              </w:rPr>
              <w:t>Слова</w:t>
            </w:r>
            <w:proofErr w:type="gramEnd"/>
            <w:r>
              <w:rPr>
                <w:rFonts w:eastAsia="Calibri" w:cs="Times New Roman"/>
                <w:sz w:val="24"/>
                <w:szCs w:val="24"/>
              </w:rPr>
              <w:t xml:space="preserve"> обозначающие времени. /</w:t>
            </w:r>
            <w:r w:rsidRPr="009202CD">
              <w:rPr>
                <w:rFonts w:eastAsia="Calibri" w:cs="Times New Roman"/>
                <w:sz w:val="24"/>
                <w:szCs w:val="24"/>
              </w:rPr>
              <w:t>Вакытны белдерә торган сүзлә</w:t>
            </w:r>
            <w:proofErr w:type="gramStart"/>
            <w:r w:rsidRPr="009202CD">
              <w:rPr>
                <w:rFonts w:eastAsia="Calibri" w:cs="Times New Roman"/>
                <w:sz w:val="24"/>
                <w:szCs w:val="24"/>
              </w:rPr>
              <w:t>р</w:t>
            </w:r>
            <w:proofErr w:type="gramEnd"/>
          </w:p>
        </w:tc>
        <w:tc>
          <w:tcPr>
            <w:tcW w:w="992" w:type="dxa"/>
          </w:tcPr>
          <w:p w14:paraId="1E254EA6" w14:textId="77777777" w:rsidR="00AA2478" w:rsidRPr="00512024" w:rsidRDefault="00AA2478" w:rsidP="00AA2478">
            <w:pPr>
              <w:jc w:val="center"/>
              <w:rPr>
                <w:rFonts w:cs="Times New Roman"/>
                <w:sz w:val="24"/>
                <w:szCs w:val="24"/>
                <w:lang w:val="tt-RU"/>
              </w:rPr>
            </w:pPr>
          </w:p>
        </w:tc>
        <w:tc>
          <w:tcPr>
            <w:tcW w:w="992" w:type="dxa"/>
          </w:tcPr>
          <w:p w14:paraId="1846EC2E" w14:textId="77777777" w:rsidR="00AA2478" w:rsidRPr="00512024" w:rsidRDefault="00AA2478" w:rsidP="00AA2478">
            <w:pPr>
              <w:jc w:val="left"/>
              <w:rPr>
                <w:rFonts w:cs="Times New Roman"/>
                <w:sz w:val="24"/>
                <w:szCs w:val="24"/>
                <w:lang w:val="tt-RU"/>
              </w:rPr>
            </w:pPr>
          </w:p>
        </w:tc>
        <w:tc>
          <w:tcPr>
            <w:tcW w:w="1134" w:type="dxa"/>
          </w:tcPr>
          <w:p w14:paraId="73DF6B30" w14:textId="77777777" w:rsidR="00AA2478" w:rsidRPr="00512024" w:rsidRDefault="00AA2478" w:rsidP="00AA2478">
            <w:pPr>
              <w:jc w:val="left"/>
              <w:rPr>
                <w:rFonts w:cs="Times New Roman"/>
                <w:sz w:val="24"/>
                <w:szCs w:val="24"/>
                <w:lang w:val="tt-RU"/>
              </w:rPr>
            </w:pPr>
          </w:p>
        </w:tc>
        <w:tc>
          <w:tcPr>
            <w:tcW w:w="3969" w:type="dxa"/>
          </w:tcPr>
          <w:p w14:paraId="5D1FFF68" w14:textId="77777777" w:rsidR="00AA2478" w:rsidRDefault="00AA2478" w:rsidP="00AA2478">
            <w:pPr>
              <w:jc w:val="center"/>
            </w:pPr>
          </w:p>
        </w:tc>
      </w:tr>
      <w:tr w:rsidR="00AA2478" w:rsidRPr="00CB6317" w14:paraId="19DCD2FD" w14:textId="77777777" w:rsidTr="00AA2478">
        <w:trPr>
          <w:trHeight w:val="800"/>
        </w:trPr>
        <w:tc>
          <w:tcPr>
            <w:tcW w:w="965" w:type="dxa"/>
          </w:tcPr>
          <w:p w14:paraId="2B666EA9"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13B00A10" w14:textId="77777777" w:rsidR="00AA2478" w:rsidRPr="009202CD" w:rsidRDefault="00AA2478" w:rsidP="00AA2478">
            <w:pPr>
              <w:jc w:val="left"/>
              <w:rPr>
                <w:rFonts w:eastAsia="Calibri" w:cs="Times New Roman"/>
                <w:sz w:val="24"/>
                <w:szCs w:val="24"/>
              </w:rPr>
            </w:pPr>
            <w:proofErr w:type="gramStart"/>
            <w:r w:rsidRPr="009202CD">
              <w:rPr>
                <w:rFonts w:eastAsia="Calibri" w:cs="Times New Roman"/>
                <w:sz w:val="24"/>
                <w:szCs w:val="24"/>
              </w:rPr>
              <w:t>Слова</w:t>
            </w:r>
            <w:proofErr w:type="gramEnd"/>
            <w:r w:rsidRPr="009202CD">
              <w:rPr>
                <w:rFonts w:eastAsia="Calibri" w:cs="Times New Roman"/>
                <w:sz w:val="24"/>
                <w:szCs w:val="24"/>
              </w:rPr>
              <w:t xml:space="preserve"> обозначающие времени. /Вакытны белдерә торган сүзлә</w:t>
            </w:r>
            <w:proofErr w:type="gramStart"/>
            <w:r w:rsidRPr="009202CD">
              <w:rPr>
                <w:rFonts w:eastAsia="Calibri" w:cs="Times New Roman"/>
                <w:sz w:val="24"/>
                <w:szCs w:val="24"/>
              </w:rPr>
              <w:t>р</w:t>
            </w:r>
            <w:proofErr w:type="gramEnd"/>
          </w:p>
        </w:tc>
        <w:tc>
          <w:tcPr>
            <w:tcW w:w="992" w:type="dxa"/>
          </w:tcPr>
          <w:p w14:paraId="637EB1EC" w14:textId="77777777" w:rsidR="00AA2478" w:rsidRPr="00512024" w:rsidRDefault="00AA2478" w:rsidP="00AA2478">
            <w:pPr>
              <w:jc w:val="center"/>
              <w:rPr>
                <w:rFonts w:cs="Times New Roman"/>
                <w:sz w:val="24"/>
                <w:szCs w:val="24"/>
                <w:lang w:val="tt-RU"/>
              </w:rPr>
            </w:pPr>
          </w:p>
        </w:tc>
        <w:tc>
          <w:tcPr>
            <w:tcW w:w="992" w:type="dxa"/>
          </w:tcPr>
          <w:p w14:paraId="0E7C87B9" w14:textId="77777777" w:rsidR="00AA2478" w:rsidRPr="00512024" w:rsidRDefault="00AA2478" w:rsidP="00AA2478">
            <w:pPr>
              <w:jc w:val="left"/>
              <w:rPr>
                <w:rFonts w:cs="Times New Roman"/>
                <w:sz w:val="24"/>
                <w:szCs w:val="24"/>
                <w:lang w:val="tt-RU"/>
              </w:rPr>
            </w:pPr>
          </w:p>
        </w:tc>
        <w:tc>
          <w:tcPr>
            <w:tcW w:w="1134" w:type="dxa"/>
          </w:tcPr>
          <w:p w14:paraId="5A6F87A4" w14:textId="77777777" w:rsidR="00AA2478" w:rsidRPr="00512024" w:rsidRDefault="00AA2478" w:rsidP="00AA2478">
            <w:pPr>
              <w:jc w:val="left"/>
              <w:rPr>
                <w:rFonts w:cs="Times New Roman"/>
                <w:sz w:val="24"/>
                <w:szCs w:val="24"/>
                <w:lang w:val="tt-RU"/>
              </w:rPr>
            </w:pPr>
          </w:p>
        </w:tc>
        <w:tc>
          <w:tcPr>
            <w:tcW w:w="3969" w:type="dxa"/>
          </w:tcPr>
          <w:p w14:paraId="03B38AB4" w14:textId="77777777" w:rsidR="00AA2478" w:rsidRDefault="00AA2478" w:rsidP="00AA2478">
            <w:pPr>
              <w:jc w:val="center"/>
            </w:pPr>
          </w:p>
        </w:tc>
      </w:tr>
      <w:tr w:rsidR="00AA2478" w:rsidRPr="00CB6317" w14:paraId="16CEA252" w14:textId="77777777" w:rsidTr="00AA2478">
        <w:trPr>
          <w:trHeight w:val="800"/>
        </w:trPr>
        <w:tc>
          <w:tcPr>
            <w:tcW w:w="965" w:type="dxa"/>
          </w:tcPr>
          <w:p w14:paraId="47970535"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7AF9F2B" w14:textId="77777777" w:rsidR="00AA2478" w:rsidRPr="009202CD" w:rsidRDefault="00AA2478" w:rsidP="00AA2478">
            <w:pPr>
              <w:jc w:val="left"/>
              <w:rPr>
                <w:rFonts w:eastAsia="Calibri" w:cs="Times New Roman"/>
                <w:sz w:val="24"/>
                <w:szCs w:val="24"/>
              </w:rPr>
            </w:pPr>
            <w:proofErr w:type="gramStart"/>
            <w:r w:rsidRPr="009202CD">
              <w:rPr>
                <w:rFonts w:eastAsia="Calibri" w:cs="Times New Roman"/>
                <w:sz w:val="24"/>
                <w:szCs w:val="24"/>
              </w:rPr>
              <w:t>Слова</w:t>
            </w:r>
            <w:proofErr w:type="gramEnd"/>
            <w:r w:rsidRPr="009202CD">
              <w:rPr>
                <w:rFonts w:eastAsia="Calibri" w:cs="Times New Roman"/>
                <w:sz w:val="24"/>
                <w:szCs w:val="24"/>
              </w:rPr>
              <w:t xml:space="preserve"> обозначающие времени. /Вакытны белдерә торган сүзлә</w:t>
            </w:r>
            <w:proofErr w:type="gramStart"/>
            <w:r w:rsidRPr="009202CD">
              <w:rPr>
                <w:rFonts w:eastAsia="Calibri" w:cs="Times New Roman"/>
                <w:sz w:val="24"/>
                <w:szCs w:val="24"/>
              </w:rPr>
              <w:t>р</w:t>
            </w:r>
            <w:proofErr w:type="gramEnd"/>
          </w:p>
        </w:tc>
        <w:tc>
          <w:tcPr>
            <w:tcW w:w="992" w:type="dxa"/>
          </w:tcPr>
          <w:p w14:paraId="7779F116" w14:textId="77777777" w:rsidR="00AA2478" w:rsidRPr="00512024" w:rsidRDefault="00AA2478" w:rsidP="00AA2478">
            <w:pPr>
              <w:jc w:val="center"/>
              <w:rPr>
                <w:rFonts w:cs="Times New Roman"/>
                <w:sz w:val="24"/>
                <w:szCs w:val="24"/>
                <w:lang w:val="tt-RU"/>
              </w:rPr>
            </w:pPr>
          </w:p>
        </w:tc>
        <w:tc>
          <w:tcPr>
            <w:tcW w:w="992" w:type="dxa"/>
          </w:tcPr>
          <w:p w14:paraId="1C22C93D" w14:textId="77777777" w:rsidR="00AA2478" w:rsidRPr="00512024" w:rsidRDefault="00AA2478" w:rsidP="00AA2478">
            <w:pPr>
              <w:jc w:val="left"/>
              <w:rPr>
                <w:rFonts w:cs="Times New Roman"/>
                <w:sz w:val="24"/>
                <w:szCs w:val="24"/>
                <w:lang w:val="tt-RU"/>
              </w:rPr>
            </w:pPr>
          </w:p>
        </w:tc>
        <w:tc>
          <w:tcPr>
            <w:tcW w:w="1134" w:type="dxa"/>
          </w:tcPr>
          <w:p w14:paraId="7D8EE087" w14:textId="77777777" w:rsidR="00AA2478" w:rsidRPr="00512024" w:rsidRDefault="00AA2478" w:rsidP="00AA2478">
            <w:pPr>
              <w:jc w:val="left"/>
              <w:rPr>
                <w:rFonts w:cs="Times New Roman"/>
                <w:sz w:val="24"/>
                <w:szCs w:val="24"/>
                <w:lang w:val="tt-RU"/>
              </w:rPr>
            </w:pPr>
          </w:p>
        </w:tc>
        <w:tc>
          <w:tcPr>
            <w:tcW w:w="3969" w:type="dxa"/>
          </w:tcPr>
          <w:p w14:paraId="6D48A429" w14:textId="77777777" w:rsidR="00AA2478" w:rsidRDefault="00AA2478" w:rsidP="00AA2478">
            <w:pPr>
              <w:jc w:val="center"/>
            </w:pPr>
          </w:p>
        </w:tc>
      </w:tr>
      <w:tr w:rsidR="00AA2478" w:rsidRPr="00CB6317" w14:paraId="6D47CB43" w14:textId="77777777" w:rsidTr="00AA2478">
        <w:trPr>
          <w:trHeight w:val="800"/>
        </w:trPr>
        <w:tc>
          <w:tcPr>
            <w:tcW w:w="965" w:type="dxa"/>
          </w:tcPr>
          <w:p w14:paraId="1035ED26"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7FD7779C" w14:textId="77777777" w:rsidR="00AA2478" w:rsidRPr="00512024" w:rsidRDefault="00AA2478" w:rsidP="00AA2478">
            <w:pPr>
              <w:jc w:val="left"/>
              <w:rPr>
                <w:rFonts w:eastAsia="Calibri" w:cs="Times New Roman"/>
                <w:sz w:val="24"/>
                <w:szCs w:val="24"/>
              </w:rPr>
            </w:pPr>
            <w:r>
              <w:rPr>
                <w:rFonts w:eastAsia="Calibri" w:cs="Times New Roman"/>
                <w:sz w:val="24"/>
                <w:szCs w:val="24"/>
              </w:rPr>
              <w:t>Повторение./</w:t>
            </w:r>
            <w:r w:rsidRPr="009202CD">
              <w:rPr>
                <w:rFonts w:eastAsia="Calibri" w:cs="Times New Roman"/>
                <w:sz w:val="24"/>
                <w:szCs w:val="24"/>
              </w:rPr>
              <w:t>Кабатлау</w:t>
            </w:r>
          </w:p>
        </w:tc>
        <w:tc>
          <w:tcPr>
            <w:tcW w:w="992" w:type="dxa"/>
          </w:tcPr>
          <w:p w14:paraId="08148D58" w14:textId="77777777" w:rsidR="00AA2478" w:rsidRPr="00512024" w:rsidRDefault="00AA2478" w:rsidP="00AA2478">
            <w:pPr>
              <w:jc w:val="center"/>
              <w:rPr>
                <w:rFonts w:cs="Times New Roman"/>
                <w:sz w:val="24"/>
                <w:szCs w:val="24"/>
                <w:lang w:val="tt-RU"/>
              </w:rPr>
            </w:pPr>
          </w:p>
        </w:tc>
        <w:tc>
          <w:tcPr>
            <w:tcW w:w="992" w:type="dxa"/>
          </w:tcPr>
          <w:p w14:paraId="177F0B37" w14:textId="77777777" w:rsidR="00AA2478" w:rsidRPr="00512024" w:rsidRDefault="00AA2478" w:rsidP="00AA2478">
            <w:pPr>
              <w:jc w:val="left"/>
              <w:rPr>
                <w:rFonts w:cs="Times New Roman"/>
                <w:sz w:val="24"/>
                <w:szCs w:val="24"/>
                <w:lang w:val="tt-RU"/>
              </w:rPr>
            </w:pPr>
          </w:p>
        </w:tc>
        <w:tc>
          <w:tcPr>
            <w:tcW w:w="1134" w:type="dxa"/>
          </w:tcPr>
          <w:p w14:paraId="7FDDF0D4" w14:textId="77777777" w:rsidR="00AA2478" w:rsidRPr="00512024" w:rsidRDefault="00AA2478" w:rsidP="00AA2478">
            <w:pPr>
              <w:jc w:val="left"/>
              <w:rPr>
                <w:rFonts w:cs="Times New Roman"/>
                <w:sz w:val="24"/>
                <w:szCs w:val="24"/>
                <w:lang w:val="tt-RU"/>
              </w:rPr>
            </w:pPr>
          </w:p>
        </w:tc>
        <w:tc>
          <w:tcPr>
            <w:tcW w:w="3969" w:type="dxa"/>
          </w:tcPr>
          <w:p w14:paraId="006CE989" w14:textId="77777777" w:rsidR="00AA2478" w:rsidRDefault="00AA2478" w:rsidP="00AA2478">
            <w:pPr>
              <w:jc w:val="center"/>
            </w:pPr>
          </w:p>
        </w:tc>
      </w:tr>
      <w:tr w:rsidR="00AA2478" w:rsidRPr="00CB6317" w14:paraId="3088F811" w14:textId="77777777" w:rsidTr="00AA2478">
        <w:trPr>
          <w:trHeight w:val="800"/>
        </w:trPr>
        <w:tc>
          <w:tcPr>
            <w:tcW w:w="965" w:type="dxa"/>
          </w:tcPr>
          <w:p w14:paraId="764DC6C5"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20CF5B7F" w14:textId="77777777" w:rsidR="00AA2478" w:rsidRPr="00512024" w:rsidRDefault="00AA2478" w:rsidP="00AA2478">
            <w:pPr>
              <w:jc w:val="left"/>
              <w:rPr>
                <w:rFonts w:eastAsia="Calibri" w:cs="Times New Roman"/>
                <w:sz w:val="24"/>
                <w:szCs w:val="24"/>
              </w:rPr>
            </w:pPr>
            <w:r w:rsidRPr="009202CD">
              <w:rPr>
                <w:rFonts w:eastAsia="Calibri" w:cs="Times New Roman"/>
                <w:sz w:val="24"/>
                <w:szCs w:val="24"/>
              </w:rPr>
              <w:t>Повторение./Кабатлау</w:t>
            </w:r>
          </w:p>
        </w:tc>
        <w:tc>
          <w:tcPr>
            <w:tcW w:w="992" w:type="dxa"/>
          </w:tcPr>
          <w:p w14:paraId="4DF5C837" w14:textId="77777777" w:rsidR="00AA2478" w:rsidRPr="00512024" w:rsidRDefault="00AA2478" w:rsidP="00AA2478">
            <w:pPr>
              <w:jc w:val="center"/>
              <w:rPr>
                <w:rFonts w:cs="Times New Roman"/>
                <w:sz w:val="24"/>
                <w:szCs w:val="24"/>
                <w:lang w:val="tt-RU"/>
              </w:rPr>
            </w:pPr>
          </w:p>
        </w:tc>
        <w:tc>
          <w:tcPr>
            <w:tcW w:w="992" w:type="dxa"/>
          </w:tcPr>
          <w:p w14:paraId="690EBED8" w14:textId="77777777" w:rsidR="00AA2478" w:rsidRPr="00512024" w:rsidRDefault="00AA2478" w:rsidP="00AA2478">
            <w:pPr>
              <w:jc w:val="left"/>
              <w:rPr>
                <w:rFonts w:cs="Times New Roman"/>
                <w:sz w:val="24"/>
                <w:szCs w:val="24"/>
                <w:lang w:val="tt-RU"/>
              </w:rPr>
            </w:pPr>
          </w:p>
        </w:tc>
        <w:tc>
          <w:tcPr>
            <w:tcW w:w="1134" w:type="dxa"/>
          </w:tcPr>
          <w:p w14:paraId="75BC4EA4" w14:textId="77777777" w:rsidR="00AA2478" w:rsidRPr="00512024" w:rsidRDefault="00AA2478" w:rsidP="00AA2478">
            <w:pPr>
              <w:jc w:val="left"/>
              <w:rPr>
                <w:rFonts w:cs="Times New Roman"/>
                <w:sz w:val="24"/>
                <w:szCs w:val="24"/>
                <w:lang w:val="tt-RU"/>
              </w:rPr>
            </w:pPr>
          </w:p>
        </w:tc>
        <w:tc>
          <w:tcPr>
            <w:tcW w:w="3969" w:type="dxa"/>
          </w:tcPr>
          <w:p w14:paraId="5421D22D" w14:textId="77777777" w:rsidR="00AA2478" w:rsidRDefault="00AA2478" w:rsidP="00AA2478">
            <w:pPr>
              <w:jc w:val="center"/>
            </w:pPr>
          </w:p>
        </w:tc>
      </w:tr>
      <w:tr w:rsidR="00AA2478" w:rsidRPr="00CB6317" w14:paraId="78D8C8E3" w14:textId="77777777" w:rsidTr="00AA2478">
        <w:trPr>
          <w:trHeight w:val="800"/>
        </w:trPr>
        <w:tc>
          <w:tcPr>
            <w:tcW w:w="965" w:type="dxa"/>
          </w:tcPr>
          <w:p w14:paraId="11A17759"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7A6C5CA2" w14:textId="77777777" w:rsidR="00AA2478" w:rsidRPr="00512024" w:rsidRDefault="00AA2478" w:rsidP="00AA2478">
            <w:pPr>
              <w:jc w:val="left"/>
              <w:rPr>
                <w:rFonts w:eastAsia="Calibri" w:cs="Times New Roman"/>
                <w:sz w:val="24"/>
                <w:szCs w:val="24"/>
              </w:rPr>
            </w:pPr>
            <w:r w:rsidRPr="009202CD">
              <w:rPr>
                <w:rFonts w:eastAsia="Calibri" w:cs="Times New Roman"/>
                <w:sz w:val="24"/>
                <w:szCs w:val="24"/>
              </w:rPr>
              <w:t>Повторение./Кабатлау</w:t>
            </w:r>
          </w:p>
        </w:tc>
        <w:tc>
          <w:tcPr>
            <w:tcW w:w="992" w:type="dxa"/>
          </w:tcPr>
          <w:p w14:paraId="2A2AA1BF" w14:textId="77777777" w:rsidR="00AA2478" w:rsidRPr="00512024" w:rsidRDefault="00AA2478" w:rsidP="00AA2478">
            <w:pPr>
              <w:jc w:val="center"/>
              <w:rPr>
                <w:rFonts w:cs="Times New Roman"/>
                <w:sz w:val="24"/>
                <w:szCs w:val="24"/>
                <w:lang w:val="tt-RU"/>
              </w:rPr>
            </w:pPr>
          </w:p>
        </w:tc>
        <w:tc>
          <w:tcPr>
            <w:tcW w:w="992" w:type="dxa"/>
          </w:tcPr>
          <w:p w14:paraId="408BEFA2" w14:textId="77777777" w:rsidR="00AA2478" w:rsidRPr="00512024" w:rsidRDefault="00AA2478" w:rsidP="00AA2478">
            <w:pPr>
              <w:jc w:val="left"/>
              <w:rPr>
                <w:rFonts w:cs="Times New Roman"/>
                <w:sz w:val="24"/>
                <w:szCs w:val="24"/>
                <w:lang w:val="tt-RU"/>
              </w:rPr>
            </w:pPr>
          </w:p>
        </w:tc>
        <w:tc>
          <w:tcPr>
            <w:tcW w:w="1134" w:type="dxa"/>
          </w:tcPr>
          <w:p w14:paraId="5374EC1F" w14:textId="77777777" w:rsidR="00AA2478" w:rsidRPr="00512024" w:rsidRDefault="00AA2478" w:rsidP="00AA2478">
            <w:pPr>
              <w:jc w:val="left"/>
              <w:rPr>
                <w:rFonts w:cs="Times New Roman"/>
                <w:sz w:val="24"/>
                <w:szCs w:val="24"/>
                <w:lang w:val="tt-RU"/>
              </w:rPr>
            </w:pPr>
          </w:p>
        </w:tc>
        <w:tc>
          <w:tcPr>
            <w:tcW w:w="3969" w:type="dxa"/>
          </w:tcPr>
          <w:p w14:paraId="47934C09" w14:textId="77777777" w:rsidR="00AA2478" w:rsidRDefault="00AA2478" w:rsidP="00AA2478">
            <w:pPr>
              <w:jc w:val="center"/>
            </w:pPr>
          </w:p>
        </w:tc>
      </w:tr>
      <w:tr w:rsidR="00AA2478" w:rsidRPr="00CB6317" w14:paraId="27F400FE" w14:textId="77777777" w:rsidTr="00AA2478">
        <w:trPr>
          <w:trHeight w:val="800"/>
        </w:trPr>
        <w:tc>
          <w:tcPr>
            <w:tcW w:w="965" w:type="dxa"/>
          </w:tcPr>
          <w:p w14:paraId="2F9FA194"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1A068103" w14:textId="77777777" w:rsidR="00AA2478" w:rsidRPr="009202CD" w:rsidRDefault="00AA2478" w:rsidP="00AA2478">
            <w:pPr>
              <w:jc w:val="left"/>
              <w:rPr>
                <w:rFonts w:eastAsia="Calibri" w:cs="Times New Roman"/>
                <w:sz w:val="24"/>
                <w:szCs w:val="24"/>
              </w:rPr>
            </w:pPr>
            <w:r w:rsidRPr="009202CD">
              <w:rPr>
                <w:rFonts w:eastAsia="Calibri" w:cs="Times New Roman"/>
                <w:sz w:val="24"/>
                <w:szCs w:val="24"/>
              </w:rPr>
              <w:t>Повторение./Кабатлау</w:t>
            </w:r>
          </w:p>
        </w:tc>
        <w:tc>
          <w:tcPr>
            <w:tcW w:w="992" w:type="dxa"/>
          </w:tcPr>
          <w:p w14:paraId="06900631" w14:textId="77777777" w:rsidR="00AA2478" w:rsidRPr="00512024" w:rsidRDefault="00AA2478" w:rsidP="00AA2478">
            <w:pPr>
              <w:jc w:val="center"/>
              <w:rPr>
                <w:rFonts w:cs="Times New Roman"/>
                <w:sz w:val="24"/>
                <w:szCs w:val="24"/>
                <w:lang w:val="tt-RU"/>
              </w:rPr>
            </w:pPr>
          </w:p>
        </w:tc>
        <w:tc>
          <w:tcPr>
            <w:tcW w:w="992" w:type="dxa"/>
          </w:tcPr>
          <w:p w14:paraId="5E4A3ED2" w14:textId="77777777" w:rsidR="00AA2478" w:rsidRPr="00512024" w:rsidRDefault="00AA2478" w:rsidP="00AA2478">
            <w:pPr>
              <w:jc w:val="left"/>
              <w:rPr>
                <w:rFonts w:cs="Times New Roman"/>
                <w:sz w:val="24"/>
                <w:szCs w:val="24"/>
                <w:lang w:val="tt-RU"/>
              </w:rPr>
            </w:pPr>
          </w:p>
        </w:tc>
        <w:tc>
          <w:tcPr>
            <w:tcW w:w="1134" w:type="dxa"/>
          </w:tcPr>
          <w:p w14:paraId="6158E0E5" w14:textId="77777777" w:rsidR="00AA2478" w:rsidRPr="00512024" w:rsidRDefault="00AA2478" w:rsidP="00AA2478">
            <w:pPr>
              <w:jc w:val="left"/>
              <w:rPr>
                <w:rFonts w:cs="Times New Roman"/>
                <w:sz w:val="24"/>
                <w:szCs w:val="24"/>
                <w:lang w:val="tt-RU"/>
              </w:rPr>
            </w:pPr>
          </w:p>
        </w:tc>
        <w:tc>
          <w:tcPr>
            <w:tcW w:w="3969" w:type="dxa"/>
          </w:tcPr>
          <w:p w14:paraId="29B88C88" w14:textId="77777777" w:rsidR="00AA2478" w:rsidRDefault="00AA2478" w:rsidP="00AA2478">
            <w:pPr>
              <w:jc w:val="center"/>
            </w:pPr>
          </w:p>
        </w:tc>
      </w:tr>
      <w:tr w:rsidR="00AA2478" w:rsidRPr="00600724" w14:paraId="28CB352D" w14:textId="77777777" w:rsidTr="00AA2478">
        <w:trPr>
          <w:trHeight w:val="800"/>
        </w:trPr>
        <w:tc>
          <w:tcPr>
            <w:tcW w:w="965" w:type="dxa"/>
          </w:tcPr>
          <w:p w14:paraId="56D6E3F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CF476D1" w14:textId="77777777" w:rsidR="00AA2478" w:rsidRPr="00512024" w:rsidRDefault="00AA2478" w:rsidP="00AA2478">
            <w:pPr>
              <w:jc w:val="left"/>
              <w:rPr>
                <w:rFonts w:cs="Times New Roman"/>
                <w:sz w:val="24"/>
                <w:szCs w:val="24"/>
                <w:lang w:val="tt-RU"/>
              </w:rPr>
            </w:pPr>
            <w:r w:rsidRPr="00512024">
              <w:rPr>
                <w:rFonts w:eastAsia="Calibri" w:cs="Times New Roman"/>
                <w:sz w:val="24"/>
                <w:szCs w:val="24"/>
              </w:rPr>
              <w:t>Главные члены предложения: подлежащее и сказуемое (повторение)</w:t>
            </w:r>
            <w:proofErr w:type="gramStart"/>
            <w:r w:rsidRPr="00512024">
              <w:rPr>
                <w:rFonts w:eastAsia="Calibri" w:cs="Times New Roman"/>
                <w:sz w:val="24"/>
                <w:szCs w:val="24"/>
              </w:rPr>
              <w:t>.</w:t>
            </w:r>
            <w:proofErr w:type="gramEnd"/>
            <w:r w:rsidRPr="00512024">
              <w:rPr>
                <w:rFonts w:eastAsia="Calibri" w:cs="Times New Roman"/>
                <w:sz w:val="24"/>
                <w:szCs w:val="24"/>
              </w:rPr>
              <w:t xml:space="preserve"> /</w:t>
            </w:r>
            <w:r w:rsidRPr="00512024">
              <w:rPr>
                <w:rFonts w:cs="Times New Roman"/>
                <w:sz w:val="24"/>
                <w:szCs w:val="24"/>
                <w:lang w:val="tt-RU"/>
              </w:rPr>
              <w:t>Җө</w:t>
            </w:r>
            <w:proofErr w:type="gramStart"/>
            <w:r w:rsidRPr="00512024">
              <w:rPr>
                <w:rFonts w:cs="Times New Roman"/>
                <w:sz w:val="24"/>
                <w:szCs w:val="24"/>
                <w:lang w:val="tt-RU"/>
              </w:rPr>
              <w:t>м</w:t>
            </w:r>
            <w:proofErr w:type="gramEnd"/>
            <w:r w:rsidRPr="00512024">
              <w:rPr>
                <w:rFonts w:cs="Times New Roman"/>
                <w:sz w:val="24"/>
                <w:szCs w:val="24"/>
                <w:lang w:val="tt-RU"/>
              </w:rPr>
              <w:t xml:space="preserve">ләнең баш кисәкләре </w:t>
            </w:r>
          </w:p>
          <w:p w14:paraId="197EDB9D" w14:textId="77777777" w:rsidR="00AA2478" w:rsidRPr="00512024" w:rsidRDefault="00AA2478" w:rsidP="00AA2478">
            <w:pPr>
              <w:jc w:val="left"/>
              <w:rPr>
                <w:rFonts w:cs="Times New Roman"/>
                <w:sz w:val="24"/>
                <w:szCs w:val="24"/>
                <w:lang w:val="tt-RU"/>
              </w:rPr>
            </w:pPr>
          </w:p>
        </w:tc>
        <w:tc>
          <w:tcPr>
            <w:tcW w:w="992" w:type="dxa"/>
          </w:tcPr>
          <w:p w14:paraId="32BBC58A"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p w14:paraId="68961F1D" w14:textId="77777777" w:rsidR="00AA2478" w:rsidRPr="00512024" w:rsidRDefault="00AA2478" w:rsidP="00AA2478">
            <w:pPr>
              <w:jc w:val="center"/>
              <w:rPr>
                <w:rFonts w:cs="Times New Roman"/>
                <w:sz w:val="24"/>
                <w:szCs w:val="24"/>
                <w:lang w:val="tt-RU"/>
              </w:rPr>
            </w:pPr>
          </w:p>
          <w:p w14:paraId="62348F86" w14:textId="77777777" w:rsidR="00AA2478" w:rsidRPr="00512024" w:rsidRDefault="00AA2478" w:rsidP="00AA2478">
            <w:pPr>
              <w:jc w:val="center"/>
              <w:rPr>
                <w:rFonts w:cs="Times New Roman"/>
                <w:sz w:val="24"/>
                <w:szCs w:val="24"/>
                <w:lang w:val="tt-RU"/>
              </w:rPr>
            </w:pPr>
          </w:p>
        </w:tc>
        <w:tc>
          <w:tcPr>
            <w:tcW w:w="992" w:type="dxa"/>
          </w:tcPr>
          <w:p w14:paraId="1572E86A" w14:textId="77777777" w:rsidR="00AA2478" w:rsidRPr="00512024" w:rsidRDefault="00AA2478" w:rsidP="00AA2478">
            <w:pPr>
              <w:jc w:val="left"/>
              <w:rPr>
                <w:rFonts w:cs="Times New Roman"/>
                <w:sz w:val="24"/>
                <w:szCs w:val="24"/>
                <w:lang w:val="tt-RU"/>
              </w:rPr>
            </w:pPr>
          </w:p>
        </w:tc>
        <w:tc>
          <w:tcPr>
            <w:tcW w:w="1134" w:type="dxa"/>
          </w:tcPr>
          <w:p w14:paraId="744AF116" w14:textId="77777777" w:rsidR="00AA2478" w:rsidRPr="00512024" w:rsidRDefault="00AA2478" w:rsidP="00AA2478">
            <w:pPr>
              <w:jc w:val="left"/>
              <w:rPr>
                <w:rFonts w:cs="Times New Roman"/>
                <w:sz w:val="24"/>
                <w:szCs w:val="24"/>
                <w:lang w:val="tt-RU"/>
              </w:rPr>
            </w:pPr>
          </w:p>
        </w:tc>
        <w:tc>
          <w:tcPr>
            <w:tcW w:w="3969" w:type="dxa"/>
          </w:tcPr>
          <w:p w14:paraId="7A0FDD3D" w14:textId="77777777" w:rsidR="00AA2478" w:rsidRPr="00145A4E" w:rsidRDefault="00863D41" w:rsidP="00AA2478">
            <w:pPr>
              <w:jc w:val="center"/>
              <w:rPr>
                <w:rFonts w:cs="Times New Roman"/>
                <w:b/>
                <w:sz w:val="16"/>
                <w:szCs w:val="16"/>
                <w:lang w:val="tt-RU"/>
              </w:rPr>
            </w:pPr>
            <w:hyperlink r:id="rId64" w:history="1">
              <w:r w:rsidR="00AA2478" w:rsidRPr="00145A4E">
                <w:rPr>
                  <w:rStyle w:val="af2"/>
                  <w:rFonts w:cs="Times New Roman"/>
                  <w:b/>
                  <w:sz w:val="16"/>
                  <w:szCs w:val="16"/>
                  <w:lang w:val="tt-RU"/>
                </w:rPr>
                <w:t>https://nsportal.ru/nachalnaya-shkola/regionalnyy-komponent/2019/09/22/zhomlnen-bash-kisklre</w:t>
              </w:r>
            </w:hyperlink>
          </w:p>
          <w:p w14:paraId="4DA75DED" w14:textId="77777777" w:rsidR="00AA2478" w:rsidRPr="00145A4E" w:rsidRDefault="00AA2478" w:rsidP="00AA2478">
            <w:pPr>
              <w:jc w:val="center"/>
              <w:rPr>
                <w:rFonts w:cs="Times New Roman"/>
                <w:b/>
                <w:sz w:val="16"/>
                <w:szCs w:val="16"/>
                <w:lang w:val="tt-RU"/>
              </w:rPr>
            </w:pPr>
          </w:p>
        </w:tc>
      </w:tr>
      <w:tr w:rsidR="00AA2478" w:rsidRPr="00CB6317" w14:paraId="07DF26B5" w14:textId="77777777" w:rsidTr="00AA2478">
        <w:trPr>
          <w:trHeight w:val="850"/>
        </w:trPr>
        <w:tc>
          <w:tcPr>
            <w:tcW w:w="965" w:type="dxa"/>
          </w:tcPr>
          <w:p w14:paraId="16C3BE4A"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6E67E689" w14:textId="77777777" w:rsidR="00AA2478" w:rsidRPr="00512024" w:rsidRDefault="00AA2478" w:rsidP="00AA2478">
            <w:pPr>
              <w:jc w:val="left"/>
              <w:rPr>
                <w:rFonts w:cs="Times New Roman"/>
                <w:sz w:val="24"/>
                <w:szCs w:val="24"/>
                <w:lang w:val="tt-RU"/>
              </w:rPr>
            </w:pPr>
            <w:r w:rsidRPr="009202CD">
              <w:rPr>
                <w:rFonts w:cs="Times New Roman"/>
                <w:sz w:val="24"/>
                <w:szCs w:val="24"/>
                <w:lang w:val="tt-RU"/>
              </w:rPr>
              <w:t>Главные члены предложения: подлежащее и сказуемое (повторение). /Җөмләнең баш кисәкләре</w:t>
            </w:r>
          </w:p>
        </w:tc>
        <w:tc>
          <w:tcPr>
            <w:tcW w:w="992" w:type="dxa"/>
          </w:tcPr>
          <w:p w14:paraId="230404D1" w14:textId="77777777" w:rsidR="00AA2478" w:rsidRPr="00512024" w:rsidRDefault="00AA2478" w:rsidP="00AA2478">
            <w:pPr>
              <w:jc w:val="center"/>
              <w:rPr>
                <w:rFonts w:cs="Times New Roman"/>
                <w:sz w:val="24"/>
                <w:szCs w:val="24"/>
                <w:lang w:val="tt-RU"/>
              </w:rPr>
            </w:pPr>
          </w:p>
        </w:tc>
        <w:tc>
          <w:tcPr>
            <w:tcW w:w="992" w:type="dxa"/>
          </w:tcPr>
          <w:p w14:paraId="6C3980E4" w14:textId="77777777" w:rsidR="00AA2478" w:rsidRPr="00512024" w:rsidRDefault="00AA2478" w:rsidP="00AA2478">
            <w:pPr>
              <w:jc w:val="left"/>
              <w:rPr>
                <w:rFonts w:cs="Times New Roman"/>
                <w:sz w:val="24"/>
                <w:szCs w:val="24"/>
                <w:lang w:val="tt-RU"/>
              </w:rPr>
            </w:pPr>
          </w:p>
        </w:tc>
        <w:tc>
          <w:tcPr>
            <w:tcW w:w="1134" w:type="dxa"/>
          </w:tcPr>
          <w:p w14:paraId="7512A928" w14:textId="77777777" w:rsidR="00AA2478" w:rsidRPr="00512024" w:rsidRDefault="00AA2478" w:rsidP="00AA2478">
            <w:pPr>
              <w:jc w:val="left"/>
              <w:rPr>
                <w:rFonts w:cs="Times New Roman"/>
                <w:sz w:val="24"/>
                <w:szCs w:val="24"/>
                <w:lang w:val="tt-RU"/>
              </w:rPr>
            </w:pPr>
          </w:p>
        </w:tc>
        <w:tc>
          <w:tcPr>
            <w:tcW w:w="3969" w:type="dxa"/>
          </w:tcPr>
          <w:p w14:paraId="67F046F6" w14:textId="77777777" w:rsidR="00AA2478" w:rsidRPr="00145A4E" w:rsidRDefault="00AA2478" w:rsidP="00AA2478">
            <w:pPr>
              <w:jc w:val="center"/>
              <w:rPr>
                <w:rFonts w:cs="Times New Roman"/>
                <w:b/>
                <w:color w:val="4F81BD" w:themeColor="accent1"/>
                <w:sz w:val="16"/>
                <w:szCs w:val="16"/>
                <w:lang w:val="tt-RU"/>
              </w:rPr>
            </w:pPr>
          </w:p>
        </w:tc>
      </w:tr>
      <w:tr w:rsidR="00AA2478" w:rsidRPr="00CB6317" w14:paraId="5073184A" w14:textId="77777777" w:rsidTr="00AA2478">
        <w:trPr>
          <w:trHeight w:val="850"/>
        </w:trPr>
        <w:tc>
          <w:tcPr>
            <w:tcW w:w="965" w:type="dxa"/>
          </w:tcPr>
          <w:p w14:paraId="16DCB15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2B8C2A4D" w14:textId="77777777" w:rsidR="00AA2478" w:rsidRPr="009202CD" w:rsidRDefault="00AA2478" w:rsidP="00AA2478">
            <w:pPr>
              <w:jc w:val="left"/>
              <w:rPr>
                <w:rFonts w:cs="Times New Roman"/>
                <w:sz w:val="24"/>
                <w:szCs w:val="24"/>
                <w:lang w:val="tt-RU"/>
              </w:rPr>
            </w:pPr>
            <w:r w:rsidRPr="009202CD">
              <w:rPr>
                <w:rFonts w:cs="Times New Roman"/>
                <w:sz w:val="24"/>
                <w:szCs w:val="24"/>
                <w:lang w:val="tt-RU"/>
              </w:rPr>
              <w:t>Главные члены предложения: подлежащее и сказуемое (повторение). /Җөмләнең баш кисәкләре</w:t>
            </w:r>
          </w:p>
        </w:tc>
        <w:tc>
          <w:tcPr>
            <w:tcW w:w="992" w:type="dxa"/>
          </w:tcPr>
          <w:p w14:paraId="3B3FA1B1" w14:textId="77777777" w:rsidR="00AA2478" w:rsidRPr="00512024" w:rsidRDefault="00AA2478" w:rsidP="00AA2478">
            <w:pPr>
              <w:jc w:val="center"/>
              <w:rPr>
                <w:rFonts w:cs="Times New Roman"/>
                <w:sz w:val="24"/>
                <w:szCs w:val="24"/>
                <w:lang w:val="tt-RU"/>
              </w:rPr>
            </w:pPr>
          </w:p>
        </w:tc>
        <w:tc>
          <w:tcPr>
            <w:tcW w:w="992" w:type="dxa"/>
          </w:tcPr>
          <w:p w14:paraId="132AD55A" w14:textId="77777777" w:rsidR="00AA2478" w:rsidRPr="00512024" w:rsidRDefault="00AA2478" w:rsidP="00AA2478">
            <w:pPr>
              <w:jc w:val="left"/>
              <w:rPr>
                <w:rFonts w:cs="Times New Roman"/>
                <w:sz w:val="24"/>
                <w:szCs w:val="24"/>
                <w:lang w:val="tt-RU"/>
              </w:rPr>
            </w:pPr>
          </w:p>
        </w:tc>
        <w:tc>
          <w:tcPr>
            <w:tcW w:w="1134" w:type="dxa"/>
          </w:tcPr>
          <w:p w14:paraId="6D478D33" w14:textId="77777777" w:rsidR="00AA2478" w:rsidRPr="00512024" w:rsidRDefault="00AA2478" w:rsidP="00AA2478">
            <w:pPr>
              <w:jc w:val="left"/>
              <w:rPr>
                <w:rFonts w:cs="Times New Roman"/>
                <w:sz w:val="24"/>
                <w:szCs w:val="24"/>
                <w:lang w:val="tt-RU"/>
              </w:rPr>
            </w:pPr>
          </w:p>
        </w:tc>
        <w:tc>
          <w:tcPr>
            <w:tcW w:w="3969" w:type="dxa"/>
          </w:tcPr>
          <w:p w14:paraId="6D00BD82" w14:textId="77777777" w:rsidR="00AA2478" w:rsidRPr="00145A4E" w:rsidRDefault="00AA2478" w:rsidP="00AA2478">
            <w:pPr>
              <w:jc w:val="center"/>
              <w:rPr>
                <w:rFonts w:cs="Times New Roman"/>
                <w:b/>
                <w:color w:val="4F81BD" w:themeColor="accent1"/>
                <w:sz w:val="16"/>
                <w:szCs w:val="16"/>
                <w:lang w:val="tt-RU"/>
              </w:rPr>
            </w:pPr>
          </w:p>
        </w:tc>
      </w:tr>
      <w:tr w:rsidR="00AA2478" w:rsidRPr="00CB6317" w14:paraId="4BC96F0A" w14:textId="77777777" w:rsidTr="00AA2478">
        <w:trPr>
          <w:trHeight w:val="850"/>
        </w:trPr>
        <w:tc>
          <w:tcPr>
            <w:tcW w:w="965" w:type="dxa"/>
          </w:tcPr>
          <w:p w14:paraId="6A77B6A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0DA73AD4" w14:textId="77777777" w:rsidR="00AA2478" w:rsidRPr="009202CD" w:rsidRDefault="00AA2478" w:rsidP="00AA2478">
            <w:pPr>
              <w:jc w:val="left"/>
              <w:rPr>
                <w:rFonts w:cs="Times New Roman"/>
                <w:sz w:val="24"/>
                <w:szCs w:val="24"/>
                <w:lang w:val="tt-RU"/>
              </w:rPr>
            </w:pPr>
            <w:r>
              <w:rPr>
                <w:rFonts w:cs="Times New Roman"/>
                <w:sz w:val="24"/>
                <w:szCs w:val="24"/>
                <w:lang w:val="tt-RU"/>
              </w:rPr>
              <w:t xml:space="preserve">Подлежащее./ </w:t>
            </w:r>
            <w:r w:rsidRPr="009202CD">
              <w:rPr>
                <w:rFonts w:cs="Times New Roman"/>
                <w:sz w:val="24"/>
                <w:szCs w:val="24"/>
                <w:lang w:val="tt-RU"/>
              </w:rPr>
              <w:t>Ия</w:t>
            </w:r>
          </w:p>
        </w:tc>
        <w:tc>
          <w:tcPr>
            <w:tcW w:w="992" w:type="dxa"/>
          </w:tcPr>
          <w:p w14:paraId="63888ACA" w14:textId="77777777" w:rsidR="00AA2478" w:rsidRPr="00512024" w:rsidRDefault="00AA2478" w:rsidP="00AA2478">
            <w:pPr>
              <w:jc w:val="center"/>
              <w:rPr>
                <w:rFonts w:cs="Times New Roman"/>
                <w:sz w:val="24"/>
                <w:szCs w:val="24"/>
                <w:lang w:val="tt-RU"/>
              </w:rPr>
            </w:pPr>
          </w:p>
        </w:tc>
        <w:tc>
          <w:tcPr>
            <w:tcW w:w="992" w:type="dxa"/>
          </w:tcPr>
          <w:p w14:paraId="084154EF" w14:textId="77777777" w:rsidR="00AA2478" w:rsidRPr="00512024" w:rsidRDefault="00AA2478" w:rsidP="00AA2478">
            <w:pPr>
              <w:jc w:val="left"/>
              <w:rPr>
                <w:rFonts w:cs="Times New Roman"/>
                <w:sz w:val="24"/>
                <w:szCs w:val="24"/>
                <w:lang w:val="tt-RU"/>
              </w:rPr>
            </w:pPr>
          </w:p>
        </w:tc>
        <w:tc>
          <w:tcPr>
            <w:tcW w:w="1134" w:type="dxa"/>
          </w:tcPr>
          <w:p w14:paraId="4D63F75E" w14:textId="77777777" w:rsidR="00AA2478" w:rsidRPr="00512024" w:rsidRDefault="00AA2478" w:rsidP="00AA2478">
            <w:pPr>
              <w:jc w:val="left"/>
              <w:rPr>
                <w:rFonts w:cs="Times New Roman"/>
                <w:sz w:val="24"/>
                <w:szCs w:val="24"/>
                <w:lang w:val="tt-RU"/>
              </w:rPr>
            </w:pPr>
          </w:p>
        </w:tc>
        <w:tc>
          <w:tcPr>
            <w:tcW w:w="3969" w:type="dxa"/>
          </w:tcPr>
          <w:p w14:paraId="0F15A0E0" w14:textId="77777777" w:rsidR="00AA2478" w:rsidRPr="00145A4E" w:rsidRDefault="00AA2478" w:rsidP="00AA2478">
            <w:pPr>
              <w:jc w:val="center"/>
              <w:rPr>
                <w:rFonts w:cs="Times New Roman"/>
                <w:b/>
                <w:color w:val="4F81BD" w:themeColor="accent1"/>
                <w:sz w:val="16"/>
                <w:szCs w:val="16"/>
                <w:lang w:val="tt-RU"/>
              </w:rPr>
            </w:pPr>
          </w:p>
        </w:tc>
      </w:tr>
      <w:tr w:rsidR="00AA2478" w:rsidRPr="00600724" w14:paraId="0F5771C6" w14:textId="77777777" w:rsidTr="00AA2478">
        <w:trPr>
          <w:trHeight w:val="1136"/>
        </w:trPr>
        <w:tc>
          <w:tcPr>
            <w:tcW w:w="965" w:type="dxa"/>
          </w:tcPr>
          <w:p w14:paraId="09B5BF48"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val="restart"/>
          </w:tcPr>
          <w:p w14:paraId="1C77EF2C" w14:textId="77777777" w:rsidR="00AA2478" w:rsidRPr="00512024" w:rsidRDefault="00AA2478" w:rsidP="00AA2478">
            <w:pPr>
              <w:spacing w:line="360" w:lineRule="auto"/>
              <w:jc w:val="left"/>
              <w:rPr>
                <w:rFonts w:eastAsia="Calibri" w:cs="Times New Roman"/>
                <w:sz w:val="24"/>
                <w:szCs w:val="24"/>
              </w:rPr>
            </w:pPr>
            <w:r w:rsidRPr="00512024">
              <w:rPr>
                <w:rFonts w:eastAsia="Calibri" w:cs="Times New Roman"/>
                <w:sz w:val="24"/>
                <w:szCs w:val="24"/>
              </w:rPr>
              <w:t>Второстепенные члены предложения (ознакомление)/</w:t>
            </w:r>
          </w:p>
          <w:p w14:paraId="401F1F6F"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Җөмләнең иярчен кисәкләре белән таныштыру</w:t>
            </w:r>
          </w:p>
          <w:p w14:paraId="0505C4DD" w14:textId="77777777" w:rsidR="00AA2478" w:rsidRPr="00512024" w:rsidRDefault="00AA2478" w:rsidP="00AA2478">
            <w:pPr>
              <w:jc w:val="left"/>
              <w:rPr>
                <w:rFonts w:cs="Times New Roman"/>
                <w:sz w:val="24"/>
                <w:szCs w:val="24"/>
                <w:lang w:val="tt-RU"/>
              </w:rPr>
            </w:pPr>
          </w:p>
        </w:tc>
        <w:tc>
          <w:tcPr>
            <w:tcW w:w="992" w:type="dxa"/>
            <w:vMerge w:val="restart"/>
          </w:tcPr>
          <w:p w14:paraId="495DF61A"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2</w:t>
            </w:r>
          </w:p>
          <w:p w14:paraId="34B7168B" w14:textId="77777777" w:rsidR="00AA2478" w:rsidRPr="00512024" w:rsidRDefault="00AA2478" w:rsidP="00AA2478">
            <w:pPr>
              <w:jc w:val="center"/>
              <w:rPr>
                <w:rFonts w:cs="Times New Roman"/>
                <w:sz w:val="24"/>
                <w:szCs w:val="24"/>
                <w:lang w:val="tt-RU"/>
              </w:rPr>
            </w:pPr>
          </w:p>
        </w:tc>
        <w:tc>
          <w:tcPr>
            <w:tcW w:w="992" w:type="dxa"/>
          </w:tcPr>
          <w:p w14:paraId="6EE896D4" w14:textId="77777777" w:rsidR="00AA2478" w:rsidRPr="00512024" w:rsidRDefault="00AA2478" w:rsidP="00AA2478">
            <w:pPr>
              <w:jc w:val="left"/>
              <w:rPr>
                <w:rFonts w:cs="Times New Roman"/>
                <w:sz w:val="24"/>
                <w:szCs w:val="24"/>
                <w:lang w:val="tt-RU"/>
              </w:rPr>
            </w:pPr>
          </w:p>
        </w:tc>
        <w:tc>
          <w:tcPr>
            <w:tcW w:w="1134" w:type="dxa"/>
          </w:tcPr>
          <w:p w14:paraId="6BEF3607" w14:textId="77777777" w:rsidR="00AA2478" w:rsidRPr="00512024" w:rsidRDefault="00AA2478" w:rsidP="00AA2478">
            <w:pPr>
              <w:jc w:val="left"/>
              <w:rPr>
                <w:rFonts w:cs="Times New Roman"/>
                <w:sz w:val="24"/>
                <w:szCs w:val="24"/>
                <w:lang w:val="tt-RU"/>
              </w:rPr>
            </w:pPr>
          </w:p>
        </w:tc>
        <w:tc>
          <w:tcPr>
            <w:tcW w:w="3969" w:type="dxa"/>
          </w:tcPr>
          <w:p w14:paraId="52F8A3DA" w14:textId="77777777" w:rsidR="00AA2478" w:rsidRPr="00145A4E" w:rsidRDefault="00863D41" w:rsidP="00AA2478">
            <w:pPr>
              <w:jc w:val="center"/>
              <w:rPr>
                <w:rFonts w:cs="Times New Roman"/>
                <w:b/>
                <w:sz w:val="16"/>
                <w:szCs w:val="16"/>
                <w:lang w:val="tt-RU"/>
              </w:rPr>
            </w:pPr>
            <w:hyperlink r:id="rId65" w:history="1">
              <w:r w:rsidR="00AA2478" w:rsidRPr="00145A4E">
                <w:rPr>
                  <w:rStyle w:val="af2"/>
                  <w:rFonts w:cs="Times New Roman"/>
                  <w:b/>
                  <w:sz w:val="16"/>
                  <w:szCs w:val="16"/>
                  <w:lang w:val="tt-RU"/>
                </w:rPr>
                <w:t>https://infourok.ru/җөmlәneң-iyarchen-kisәklәre-aergych-4-nche-syjnyf-6084435.html</w:t>
              </w:r>
            </w:hyperlink>
          </w:p>
          <w:p w14:paraId="27B2BF09" w14:textId="77777777" w:rsidR="00AA2478" w:rsidRPr="00145A4E" w:rsidRDefault="00AA2478" w:rsidP="00AA2478">
            <w:pPr>
              <w:jc w:val="center"/>
              <w:rPr>
                <w:rFonts w:cs="Times New Roman"/>
                <w:b/>
                <w:sz w:val="16"/>
                <w:szCs w:val="16"/>
                <w:lang w:val="tt-RU"/>
              </w:rPr>
            </w:pPr>
          </w:p>
        </w:tc>
      </w:tr>
      <w:tr w:rsidR="00AA2478" w:rsidRPr="00600724" w14:paraId="78BF85FF" w14:textId="77777777" w:rsidTr="00AA2478">
        <w:trPr>
          <w:trHeight w:val="1136"/>
        </w:trPr>
        <w:tc>
          <w:tcPr>
            <w:tcW w:w="965" w:type="dxa"/>
          </w:tcPr>
          <w:p w14:paraId="28B46092"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2AE977E3" w14:textId="77777777" w:rsidR="00AA2478" w:rsidRPr="00AA2478" w:rsidRDefault="00AA2478" w:rsidP="00AA2478">
            <w:pPr>
              <w:spacing w:line="360" w:lineRule="auto"/>
              <w:jc w:val="left"/>
              <w:rPr>
                <w:rFonts w:eastAsia="Calibri" w:cs="Times New Roman"/>
                <w:sz w:val="24"/>
                <w:szCs w:val="24"/>
                <w:lang w:val="tt-RU"/>
              </w:rPr>
            </w:pPr>
          </w:p>
        </w:tc>
        <w:tc>
          <w:tcPr>
            <w:tcW w:w="992" w:type="dxa"/>
            <w:vMerge/>
          </w:tcPr>
          <w:p w14:paraId="59A917CE" w14:textId="77777777" w:rsidR="00AA2478" w:rsidRPr="00512024" w:rsidRDefault="00AA2478" w:rsidP="00AA2478">
            <w:pPr>
              <w:jc w:val="center"/>
              <w:rPr>
                <w:rFonts w:cs="Times New Roman"/>
                <w:sz w:val="24"/>
                <w:szCs w:val="24"/>
                <w:lang w:val="tt-RU"/>
              </w:rPr>
            </w:pPr>
          </w:p>
        </w:tc>
        <w:tc>
          <w:tcPr>
            <w:tcW w:w="992" w:type="dxa"/>
          </w:tcPr>
          <w:p w14:paraId="47031998" w14:textId="77777777" w:rsidR="00AA2478" w:rsidRPr="00512024" w:rsidRDefault="00AA2478" w:rsidP="00AA2478">
            <w:pPr>
              <w:jc w:val="left"/>
              <w:rPr>
                <w:rFonts w:cs="Times New Roman"/>
                <w:sz w:val="24"/>
                <w:szCs w:val="24"/>
                <w:lang w:val="tt-RU"/>
              </w:rPr>
            </w:pPr>
          </w:p>
        </w:tc>
        <w:tc>
          <w:tcPr>
            <w:tcW w:w="1134" w:type="dxa"/>
          </w:tcPr>
          <w:p w14:paraId="5CF9BB4D" w14:textId="77777777" w:rsidR="00AA2478" w:rsidRPr="00512024" w:rsidRDefault="00AA2478" w:rsidP="00AA2478">
            <w:pPr>
              <w:jc w:val="left"/>
              <w:rPr>
                <w:rFonts w:cs="Times New Roman"/>
                <w:sz w:val="24"/>
                <w:szCs w:val="24"/>
                <w:lang w:val="tt-RU"/>
              </w:rPr>
            </w:pPr>
          </w:p>
        </w:tc>
        <w:tc>
          <w:tcPr>
            <w:tcW w:w="3969" w:type="dxa"/>
          </w:tcPr>
          <w:p w14:paraId="73936611" w14:textId="77777777" w:rsidR="00AA2478" w:rsidRPr="00AA2478" w:rsidRDefault="00AA2478" w:rsidP="00AA2478">
            <w:pPr>
              <w:jc w:val="center"/>
              <w:rPr>
                <w:lang w:val="tt-RU"/>
              </w:rPr>
            </w:pPr>
          </w:p>
        </w:tc>
      </w:tr>
      <w:tr w:rsidR="00AA2478" w:rsidRPr="00600724" w14:paraId="5D100AC6" w14:textId="77777777" w:rsidTr="00AA2478">
        <w:trPr>
          <w:trHeight w:val="563"/>
        </w:trPr>
        <w:tc>
          <w:tcPr>
            <w:tcW w:w="965" w:type="dxa"/>
          </w:tcPr>
          <w:p w14:paraId="66847029"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vMerge/>
          </w:tcPr>
          <w:p w14:paraId="01CFBDB9" w14:textId="77777777" w:rsidR="00AA2478" w:rsidRPr="00512024" w:rsidRDefault="00AA2478" w:rsidP="00AA2478">
            <w:pPr>
              <w:spacing w:line="360" w:lineRule="auto"/>
              <w:jc w:val="left"/>
              <w:rPr>
                <w:rFonts w:eastAsia="Calibri" w:cs="Times New Roman"/>
                <w:sz w:val="24"/>
                <w:szCs w:val="24"/>
                <w:lang w:val="tt-RU"/>
              </w:rPr>
            </w:pPr>
          </w:p>
        </w:tc>
        <w:tc>
          <w:tcPr>
            <w:tcW w:w="992" w:type="dxa"/>
            <w:vMerge/>
          </w:tcPr>
          <w:p w14:paraId="19AE1A1B" w14:textId="77777777" w:rsidR="00AA2478" w:rsidRPr="00512024" w:rsidRDefault="00AA2478" w:rsidP="00AA2478">
            <w:pPr>
              <w:jc w:val="center"/>
              <w:rPr>
                <w:rFonts w:cs="Times New Roman"/>
                <w:sz w:val="24"/>
                <w:szCs w:val="24"/>
                <w:lang w:val="tt-RU"/>
              </w:rPr>
            </w:pPr>
          </w:p>
        </w:tc>
        <w:tc>
          <w:tcPr>
            <w:tcW w:w="992" w:type="dxa"/>
          </w:tcPr>
          <w:p w14:paraId="472C449E" w14:textId="77777777" w:rsidR="00AA2478" w:rsidRPr="00512024" w:rsidRDefault="00AA2478" w:rsidP="00AA2478">
            <w:pPr>
              <w:jc w:val="left"/>
              <w:rPr>
                <w:rFonts w:cs="Times New Roman"/>
                <w:sz w:val="24"/>
                <w:szCs w:val="24"/>
                <w:lang w:val="tt-RU"/>
              </w:rPr>
            </w:pPr>
          </w:p>
        </w:tc>
        <w:tc>
          <w:tcPr>
            <w:tcW w:w="1134" w:type="dxa"/>
          </w:tcPr>
          <w:p w14:paraId="085144D5" w14:textId="77777777" w:rsidR="00AA2478" w:rsidRPr="00512024" w:rsidRDefault="00AA2478" w:rsidP="00AA2478">
            <w:pPr>
              <w:jc w:val="left"/>
              <w:rPr>
                <w:rFonts w:cs="Times New Roman"/>
                <w:sz w:val="24"/>
                <w:szCs w:val="24"/>
                <w:lang w:val="tt-RU"/>
              </w:rPr>
            </w:pPr>
          </w:p>
        </w:tc>
        <w:tc>
          <w:tcPr>
            <w:tcW w:w="3969" w:type="dxa"/>
          </w:tcPr>
          <w:p w14:paraId="30CA5448" w14:textId="77777777" w:rsidR="00AA2478" w:rsidRPr="00145A4E" w:rsidRDefault="00AA2478" w:rsidP="00AA2478">
            <w:pPr>
              <w:jc w:val="center"/>
              <w:rPr>
                <w:rFonts w:cs="Times New Roman"/>
                <w:b/>
                <w:sz w:val="16"/>
                <w:szCs w:val="16"/>
                <w:lang w:val="tt-RU"/>
              </w:rPr>
            </w:pPr>
          </w:p>
        </w:tc>
      </w:tr>
      <w:tr w:rsidR="00AA2478" w:rsidRPr="00925DBC" w14:paraId="4213FEA4" w14:textId="77777777" w:rsidTr="00AA2478">
        <w:tc>
          <w:tcPr>
            <w:tcW w:w="965" w:type="dxa"/>
          </w:tcPr>
          <w:p w14:paraId="4B7A25BF"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2806E5BB" w14:textId="77777777" w:rsidR="00AA2478" w:rsidRPr="00512024" w:rsidRDefault="00AA2478" w:rsidP="00AA2478">
            <w:pPr>
              <w:jc w:val="left"/>
              <w:rPr>
                <w:rFonts w:cs="Times New Roman"/>
                <w:sz w:val="24"/>
                <w:szCs w:val="24"/>
                <w:lang w:val="tt-RU"/>
              </w:rPr>
            </w:pPr>
            <w:r w:rsidRPr="00512024">
              <w:rPr>
                <w:rFonts w:cs="Times New Roman"/>
                <w:sz w:val="24"/>
                <w:szCs w:val="24"/>
              </w:rPr>
              <w:t>Повторение.</w:t>
            </w:r>
            <w:r w:rsidRPr="00512024">
              <w:rPr>
                <w:rFonts w:cs="Times New Roman"/>
                <w:sz w:val="24"/>
                <w:szCs w:val="24"/>
                <w:lang w:val="tt-RU"/>
              </w:rPr>
              <w:t xml:space="preserve"> Кабатлау</w:t>
            </w:r>
          </w:p>
        </w:tc>
        <w:tc>
          <w:tcPr>
            <w:tcW w:w="992" w:type="dxa"/>
          </w:tcPr>
          <w:p w14:paraId="2BA80C81" w14:textId="77777777" w:rsidR="00AA2478" w:rsidRPr="00512024" w:rsidRDefault="00AA2478" w:rsidP="00AA2478">
            <w:pPr>
              <w:jc w:val="center"/>
              <w:rPr>
                <w:rFonts w:cs="Times New Roman"/>
                <w:sz w:val="24"/>
                <w:szCs w:val="24"/>
                <w:lang w:val="en-US"/>
              </w:rPr>
            </w:pPr>
            <w:r w:rsidRPr="00512024">
              <w:rPr>
                <w:rFonts w:cs="Times New Roman"/>
                <w:sz w:val="24"/>
                <w:szCs w:val="24"/>
                <w:lang w:val="tt-RU"/>
              </w:rPr>
              <w:t>1</w:t>
            </w:r>
          </w:p>
          <w:p w14:paraId="68F474F9" w14:textId="77777777" w:rsidR="00AA2478" w:rsidRPr="00512024" w:rsidRDefault="00AA2478" w:rsidP="00AA2478">
            <w:pPr>
              <w:jc w:val="center"/>
              <w:rPr>
                <w:rFonts w:cs="Times New Roman"/>
                <w:sz w:val="24"/>
                <w:szCs w:val="24"/>
                <w:lang w:val="tt-RU"/>
              </w:rPr>
            </w:pPr>
          </w:p>
        </w:tc>
        <w:tc>
          <w:tcPr>
            <w:tcW w:w="992" w:type="dxa"/>
          </w:tcPr>
          <w:p w14:paraId="05385292" w14:textId="77777777" w:rsidR="00AA2478" w:rsidRPr="00512024" w:rsidRDefault="00AA2478" w:rsidP="00AA2478">
            <w:pPr>
              <w:jc w:val="left"/>
              <w:rPr>
                <w:rFonts w:cs="Times New Roman"/>
                <w:sz w:val="24"/>
                <w:szCs w:val="24"/>
                <w:lang w:val="tt-RU"/>
              </w:rPr>
            </w:pPr>
          </w:p>
        </w:tc>
        <w:tc>
          <w:tcPr>
            <w:tcW w:w="1134" w:type="dxa"/>
          </w:tcPr>
          <w:p w14:paraId="5CC463E9" w14:textId="77777777" w:rsidR="00AA2478" w:rsidRPr="00512024" w:rsidRDefault="00AA2478" w:rsidP="00AA2478">
            <w:pPr>
              <w:jc w:val="left"/>
              <w:rPr>
                <w:rFonts w:cs="Times New Roman"/>
                <w:sz w:val="24"/>
                <w:szCs w:val="24"/>
                <w:lang w:val="tt-RU"/>
              </w:rPr>
            </w:pPr>
          </w:p>
        </w:tc>
        <w:tc>
          <w:tcPr>
            <w:tcW w:w="3969" w:type="dxa"/>
          </w:tcPr>
          <w:p w14:paraId="7539B650" w14:textId="77777777" w:rsidR="00AA2478" w:rsidRPr="00145A4E" w:rsidRDefault="00AA2478" w:rsidP="00AA2478">
            <w:pPr>
              <w:jc w:val="center"/>
              <w:rPr>
                <w:rFonts w:cs="Times New Roman"/>
                <w:b/>
                <w:sz w:val="16"/>
                <w:szCs w:val="16"/>
              </w:rPr>
            </w:pPr>
          </w:p>
        </w:tc>
      </w:tr>
      <w:tr w:rsidR="00AA2478" w:rsidRPr="00600724" w14:paraId="1D3EA3B5" w14:textId="77777777" w:rsidTr="00AA2478">
        <w:tc>
          <w:tcPr>
            <w:tcW w:w="965" w:type="dxa"/>
          </w:tcPr>
          <w:p w14:paraId="141CC2DB"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2E6C06E7" w14:textId="77777777" w:rsidR="00AA2478" w:rsidRPr="00512024" w:rsidRDefault="00AA2478" w:rsidP="00AA2478">
            <w:pPr>
              <w:spacing w:line="360" w:lineRule="auto"/>
              <w:jc w:val="left"/>
              <w:rPr>
                <w:rFonts w:eastAsia="Calibri" w:cs="Times New Roman"/>
                <w:sz w:val="24"/>
                <w:szCs w:val="24"/>
              </w:rPr>
            </w:pPr>
            <w:r w:rsidRPr="00512024">
              <w:rPr>
                <w:rFonts w:eastAsia="Calibri" w:cs="Times New Roman"/>
                <w:sz w:val="24"/>
                <w:szCs w:val="24"/>
              </w:rPr>
              <w:t xml:space="preserve">Повторение правил правописания, изученных в 1-3 классах. </w:t>
            </w:r>
          </w:p>
          <w:p w14:paraId="0151A05E" w14:textId="2B613252" w:rsidR="00AA2478" w:rsidRPr="00512024" w:rsidRDefault="00AA2478" w:rsidP="00AA2478">
            <w:pPr>
              <w:jc w:val="left"/>
              <w:rPr>
                <w:rFonts w:cs="Times New Roman"/>
                <w:sz w:val="24"/>
                <w:szCs w:val="24"/>
                <w:lang w:val="tt-RU"/>
              </w:rPr>
            </w:pPr>
            <w:r w:rsidRPr="00512024">
              <w:rPr>
                <w:rFonts w:cs="Times New Roman"/>
                <w:sz w:val="24"/>
                <w:szCs w:val="24"/>
              </w:rPr>
              <w:t>Гомуми кабатлау</w:t>
            </w:r>
          </w:p>
        </w:tc>
        <w:tc>
          <w:tcPr>
            <w:tcW w:w="992" w:type="dxa"/>
          </w:tcPr>
          <w:p w14:paraId="3381DE76" w14:textId="77777777" w:rsidR="00AA2478" w:rsidRPr="00512024" w:rsidRDefault="00AA2478" w:rsidP="00AA2478">
            <w:pPr>
              <w:jc w:val="center"/>
              <w:rPr>
                <w:rFonts w:cs="Times New Roman"/>
                <w:sz w:val="24"/>
                <w:szCs w:val="24"/>
                <w:lang w:val="en-US"/>
              </w:rPr>
            </w:pPr>
            <w:r w:rsidRPr="00512024">
              <w:rPr>
                <w:rFonts w:cs="Times New Roman"/>
                <w:sz w:val="24"/>
                <w:szCs w:val="24"/>
                <w:lang w:val="tt-RU"/>
              </w:rPr>
              <w:t>1</w:t>
            </w:r>
          </w:p>
          <w:p w14:paraId="18402412" w14:textId="77777777" w:rsidR="00AA2478" w:rsidRPr="00512024" w:rsidRDefault="00AA2478" w:rsidP="00AA2478">
            <w:pPr>
              <w:jc w:val="center"/>
              <w:rPr>
                <w:rFonts w:cs="Times New Roman"/>
                <w:sz w:val="24"/>
                <w:szCs w:val="24"/>
                <w:lang w:val="tt-RU"/>
              </w:rPr>
            </w:pPr>
          </w:p>
        </w:tc>
        <w:tc>
          <w:tcPr>
            <w:tcW w:w="992" w:type="dxa"/>
          </w:tcPr>
          <w:p w14:paraId="6FB4854A" w14:textId="77777777" w:rsidR="00AA2478" w:rsidRPr="00512024" w:rsidRDefault="00AA2478" w:rsidP="00AA2478">
            <w:pPr>
              <w:jc w:val="left"/>
              <w:rPr>
                <w:rFonts w:cs="Times New Roman"/>
                <w:sz w:val="24"/>
                <w:szCs w:val="24"/>
                <w:lang w:val="tt-RU"/>
              </w:rPr>
            </w:pPr>
          </w:p>
        </w:tc>
        <w:tc>
          <w:tcPr>
            <w:tcW w:w="1134" w:type="dxa"/>
          </w:tcPr>
          <w:p w14:paraId="7B6A59A8" w14:textId="77777777" w:rsidR="00AA2478" w:rsidRPr="00512024" w:rsidRDefault="00AA2478" w:rsidP="00AA2478">
            <w:pPr>
              <w:jc w:val="left"/>
              <w:rPr>
                <w:rFonts w:cs="Times New Roman"/>
                <w:sz w:val="24"/>
                <w:szCs w:val="24"/>
                <w:lang w:val="tt-RU"/>
              </w:rPr>
            </w:pPr>
          </w:p>
        </w:tc>
        <w:tc>
          <w:tcPr>
            <w:tcW w:w="3969" w:type="dxa"/>
          </w:tcPr>
          <w:p w14:paraId="39FE8EAC" w14:textId="77777777" w:rsidR="00AA2478" w:rsidRPr="00145A4E" w:rsidRDefault="00863D41" w:rsidP="00AA2478">
            <w:pPr>
              <w:jc w:val="center"/>
              <w:rPr>
                <w:rFonts w:cs="Times New Roman"/>
                <w:b/>
                <w:sz w:val="16"/>
                <w:szCs w:val="16"/>
                <w:lang w:val="tt-RU"/>
              </w:rPr>
            </w:pPr>
            <w:hyperlink r:id="rId66" w:history="1">
              <w:r w:rsidR="00AA2478" w:rsidRPr="00145A4E">
                <w:rPr>
                  <w:rStyle w:val="af2"/>
                  <w:rFonts w:cs="Times New Roman"/>
                  <w:b/>
                  <w:sz w:val="16"/>
                  <w:szCs w:val="16"/>
                  <w:lang w:val="tt-RU"/>
                </w:rPr>
                <w:t>https://mon.tatarstan.ru/razrabotki-urokov-po-rodnomu-tatarskomu-yaziku-i.htm</w:t>
              </w:r>
            </w:hyperlink>
          </w:p>
          <w:p w14:paraId="75B43413" w14:textId="77777777" w:rsidR="00AA2478" w:rsidRPr="00970E20" w:rsidRDefault="00AA2478" w:rsidP="00AA2478">
            <w:pPr>
              <w:jc w:val="center"/>
              <w:rPr>
                <w:rFonts w:cs="Times New Roman"/>
                <w:b/>
                <w:sz w:val="16"/>
                <w:szCs w:val="16"/>
                <w:lang w:val="tt-RU"/>
              </w:rPr>
            </w:pPr>
          </w:p>
        </w:tc>
      </w:tr>
      <w:tr w:rsidR="00AA2478" w:rsidRPr="00925DBC" w14:paraId="172F08B1" w14:textId="77777777" w:rsidTr="00AA2478">
        <w:tc>
          <w:tcPr>
            <w:tcW w:w="965" w:type="dxa"/>
          </w:tcPr>
          <w:p w14:paraId="071B1253" w14:textId="77777777" w:rsidR="00AA2478" w:rsidRPr="00512024" w:rsidRDefault="00AA2478" w:rsidP="00AA2478">
            <w:pPr>
              <w:pStyle w:val="ac"/>
              <w:numPr>
                <w:ilvl w:val="0"/>
                <w:numId w:val="21"/>
              </w:numPr>
              <w:jc w:val="left"/>
              <w:rPr>
                <w:rFonts w:cs="Times New Roman"/>
                <w:sz w:val="24"/>
                <w:szCs w:val="24"/>
                <w:lang w:val="tt-RU"/>
              </w:rPr>
            </w:pPr>
          </w:p>
        </w:tc>
        <w:tc>
          <w:tcPr>
            <w:tcW w:w="8118" w:type="dxa"/>
          </w:tcPr>
          <w:p w14:paraId="349ABD24"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Контроль диктант</w:t>
            </w:r>
          </w:p>
        </w:tc>
        <w:tc>
          <w:tcPr>
            <w:tcW w:w="992" w:type="dxa"/>
          </w:tcPr>
          <w:p w14:paraId="2F56D064" w14:textId="77777777" w:rsidR="00AA2478" w:rsidRPr="00512024" w:rsidRDefault="00AA2478" w:rsidP="00AA2478">
            <w:pPr>
              <w:jc w:val="center"/>
              <w:rPr>
                <w:rFonts w:cs="Times New Roman"/>
                <w:sz w:val="24"/>
                <w:szCs w:val="24"/>
                <w:lang w:val="tt-RU"/>
              </w:rPr>
            </w:pPr>
            <w:r w:rsidRPr="00512024">
              <w:rPr>
                <w:rFonts w:cs="Times New Roman"/>
                <w:sz w:val="24"/>
                <w:szCs w:val="24"/>
                <w:lang w:val="tt-RU"/>
              </w:rPr>
              <w:t>1</w:t>
            </w:r>
          </w:p>
        </w:tc>
        <w:tc>
          <w:tcPr>
            <w:tcW w:w="992" w:type="dxa"/>
          </w:tcPr>
          <w:p w14:paraId="30855CA7"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1</w:t>
            </w:r>
          </w:p>
        </w:tc>
        <w:tc>
          <w:tcPr>
            <w:tcW w:w="1134" w:type="dxa"/>
          </w:tcPr>
          <w:p w14:paraId="074041B9" w14:textId="77777777" w:rsidR="00AA2478" w:rsidRPr="00512024" w:rsidRDefault="00AA2478" w:rsidP="00AA2478">
            <w:pPr>
              <w:jc w:val="left"/>
              <w:rPr>
                <w:rFonts w:cs="Times New Roman"/>
                <w:sz w:val="24"/>
                <w:szCs w:val="24"/>
                <w:lang w:val="tt-RU"/>
              </w:rPr>
            </w:pPr>
          </w:p>
        </w:tc>
        <w:tc>
          <w:tcPr>
            <w:tcW w:w="3969" w:type="dxa"/>
          </w:tcPr>
          <w:p w14:paraId="4725FB85" w14:textId="77777777" w:rsidR="00AA2478" w:rsidRPr="00145A4E" w:rsidRDefault="00AA2478" w:rsidP="00AA2478">
            <w:pPr>
              <w:jc w:val="center"/>
              <w:rPr>
                <w:rFonts w:cs="Times New Roman"/>
                <w:b/>
                <w:sz w:val="16"/>
                <w:szCs w:val="16"/>
                <w:lang w:val="tt-RU"/>
              </w:rPr>
            </w:pPr>
          </w:p>
        </w:tc>
      </w:tr>
      <w:tr w:rsidR="00AA2478" w:rsidRPr="00925DBC" w14:paraId="4BE809F1" w14:textId="77777777" w:rsidTr="00AA2478">
        <w:tc>
          <w:tcPr>
            <w:tcW w:w="965" w:type="dxa"/>
          </w:tcPr>
          <w:p w14:paraId="026D2CF2" w14:textId="77777777" w:rsidR="00AA2478" w:rsidRPr="00512024" w:rsidRDefault="00AA2478" w:rsidP="00AA2478">
            <w:pPr>
              <w:ind w:left="385"/>
              <w:jc w:val="left"/>
              <w:rPr>
                <w:rFonts w:cs="Times New Roman"/>
                <w:sz w:val="24"/>
                <w:szCs w:val="24"/>
                <w:lang w:val="tt-RU"/>
              </w:rPr>
            </w:pPr>
          </w:p>
        </w:tc>
        <w:tc>
          <w:tcPr>
            <w:tcW w:w="8118" w:type="dxa"/>
          </w:tcPr>
          <w:p w14:paraId="3161EDB2" w14:textId="77777777" w:rsidR="00AA2478" w:rsidRPr="00512024" w:rsidRDefault="00AA2478" w:rsidP="00AA2478">
            <w:pPr>
              <w:jc w:val="left"/>
              <w:rPr>
                <w:rFonts w:cs="Times New Roman"/>
                <w:sz w:val="24"/>
                <w:szCs w:val="24"/>
                <w:lang w:val="tt-RU"/>
              </w:rPr>
            </w:pPr>
          </w:p>
        </w:tc>
        <w:tc>
          <w:tcPr>
            <w:tcW w:w="992" w:type="dxa"/>
          </w:tcPr>
          <w:p w14:paraId="14E89ED6" w14:textId="2173C9C5" w:rsidR="00AA2478" w:rsidRPr="00512024" w:rsidRDefault="00AA2478" w:rsidP="00AA2478">
            <w:pPr>
              <w:jc w:val="center"/>
              <w:rPr>
                <w:rFonts w:cs="Times New Roman"/>
                <w:sz w:val="24"/>
                <w:szCs w:val="24"/>
                <w:lang w:val="tt-RU"/>
              </w:rPr>
            </w:pPr>
            <w:r>
              <w:rPr>
                <w:rFonts w:cs="Times New Roman"/>
                <w:b/>
                <w:sz w:val="24"/>
                <w:szCs w:val="24"/>
                <w:lang w:val="tt-RU"/>
              </w:rPr>
              <w:t>98</w:t>
            </w:r>
          </w:p>
        </w:tc>
        <w:tc>
          <w:tcPr>
            <w:tcW w:w="992" w:type="dxa"/>
          </w:tcPr>
          <w:p w14:paraId="3B2221B4" w14:textId="77777777" w:rsidR="00AA2478" w:rsidRPr="00512024" w:rsidRDefault="00AA2478" w:rsidP="00AA2478">
            <w:pPr>
              <w:jc w:val="left"/>
              <w:rPr>
                <w:rFonts w:cs="Times New Roman"/>
                <w:sz w:val="24"/>
                <w:szCs w:val="24"/>
                <w:lang w:val="tt-RU"/>
              </w:rPr>
            </w:pPr>
            <w:r w:rsidRPr="00512024">
              <w:rPr>
                <w:rFonts w:cs="Times New Roman"/>
                <w:sz w:val="24"/>
                <w:szCs w:val="24"/>
                <w:lang w:val="tt-RU"/>
              </w:rPr>
              <w:t>4</w:t>
            </w:r>
          </w:p>
        </w:tc>
        <w:tc>
          <w:tcPr>
            <w:tcW w:w="1134" w:type="dxa"/>
          </w:tcPr>
          <w:p w14:paraId="2773C571" w14:textId="77777777" w:rsidR="00AA2478" w:rsidRPr="00512024" w:rsidRDefault="00AA2478" w:rsidP="00AA2478">
            <w:pPr>
              <w:jc w:val="left"/>
              <w:rPr>
                <w:rFonts w:cs="Times New Roman"/>
                <w:sz w:val="24"/>
                <w:szCs w:val="24"/>
                <w:highlight w:val="yellow"/>
                <w:lang w:val="tt-RU"/>
              </w:rPr>
            </w:pPr>
          </w:p>
        </w:tc>
        <w:tc>
          <w:tcPr>
            <w:tcW w:w="3969" w:type="dxa"/>
          </w:tcPr>
          <w:p w14:paraId="1F6A4BBB" w14:textId="77777777" w:rsidR="00AA2478" w:rsidRPr="00145A4E" w:rsidRDefault="00AA2478" w:rsidP="00AA2478">
            <w:pPr>
              <w:jc w:val="center"/>
              <w:rPr>
                <w:rFonts w:cs="Times New Roman"/>
                <w:b/>
                <w:sz w:val="16"/>
                <w:szCs w:val="16"/>
                <w:highlight w:val="yellow"/>
                <w:lang w:val="tt-RU"/>
              </w:rPr>
            </w:pPr>
          </w:p>
        </w:tc>
      </w:tr>
    </w:tbl>
    <w:p w14:paraId="1FD2478E" w14:textId="77777777" w:rsidR="00AA2478" w:rsidRPr="00A1775A" w:rsidRDefault="00AA2478" w:rsidP="00AA2478">
      <w:pPr>
        <w:spacing w:after="0" w:line="240" w:lineRule="auto"/>
        <w:rPr>
          <w:rFonts w:cs="Times New Roman"/>
          <w:b/>
          <w:sz w:val="24"/>
          <w:szCs w:val="24"/>
          <w:lang w:val="tt-RU"/>
        </w:rPr>
      </w:pPr>
    </w:p>
    <w:p w14:paraId="610FE6BB" w14:textId="77777777" w:rsidR="00AA2478" w:rsidRPr="00F1665B" w:rsidRDefault="00AA2478" w:rsidP="00AA2478">
      <w:pPr>
        <w:spacing w:after="0" w:line="240" w:lineRule="auto"/>
        <w:jc w:val="left"/>
        <w:rPr>
          <w:rFonts w:eastAsia="Calibri" w:cs="Times New Roman"/>
          <w:szCs w:val="28"/>
        </w:rPr>
      </w:pPr>
    </w:p>
    <w:p w14:paraId="3A136D19" w14:textId="77777777" w:rsidR="00AA2478" w:rsidRDefault="00AA2478" w:rsidP="00AA2478">
      <w:pPr>
        <w:spacing w:after="0" w:line="240" w:lineRule="auto"/>
        <w:jc w:val="left"/>
        <w:rPr>
          <w:rFonts w:eastAsia="Calibri" w:cs="Times New Roman"/>
          <w:szCs w:val="28"/>
        </w:rPr>
      </w:pPr>
    </w:p>
    <w:p w14:paraId="164D37C5" w14:textId="77777777" w:rsidR="00AA2478" w:rsidRDefault="00AA2478" w:rsidP="00AA2478">
      <w:pPr>
        <w:spacing w:after="0" w:line="240" w:lineRule="auto"/>
        <w:jc w:val="left"/>
        <w:rPr>
          <w:rFonts w:eastAsia="Calibri" w:cs="Times New Roman"/>
          <w:szCs w:val="28"/>
        </w:rPr>
      </w:pPr>
    </w:p>
    <w:p w14:paraId="76B4E6AE" w14:textId="77777777" w:rsidR="00AA2478" w:rsidRDefault="00AA2478" w:rsidP="00AA2478">
      <w:pPr>
        <w:spacing w:after="0" w:line="240" w:lineRule="auto"/>
        <w:jc w:val="center"/>
        <w:rPr>
          <w:rFonts w:cs="Times New Roman"/>
          <w:b/>
          <w:sz w:val="24"/>
          <w:szCs w:val="24"/>
          <w:lang w:val="tt-RU"/>
        </w:rPr>
      </w:pPr>
    </w:p>
    <w:sectPr w:rsidR="00AA2478" w:rsidSect="000E7201">
      <w:pgSz w:w="16838" w:h="11906" w:orient="landscape"/>
      <w:pgMar w:top="567" w:right="567" w:bottom="56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2FA26" w14:textId="77777777" w:rsidR="00863D41" w:rsidRDefault="00863D41" w:rsidP="00B104CA">
      <w:pPr>
        <w:spacing w:after="0" w:line="240" w:lineRule="auto"/>
      </w:pPr>
      <w:r>
        <w:separator/>
      </w:r>
    </w:p>
  </w:endnote>
  <w:endnote w:type="continuationSeparator" w:id="0">
    <w:p w14:paraId="03521A82" w14:textId="77777777" w:rsidR="00863D41" w:rsidRDefault="00863D41" w:rsidP="00B10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309020205020404"/>
    <w:charset w:val="00"/>
    <w:family w:val="modern"/>
    <w:notTrueType/>
    <w:pitch w:val="fixed"/>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E5049" w14:textId="0C6A9ECA" w:rsidR="00D83F33" w:rsidRDefault="00D83F33" w:rsidP="000E7201">
    <w:pPr>
      <w:pStyle w:val="af"/>
    </w:pPr>
  </w:p>
  <w:p w14:paraId="715A5929" w14:textId="77777777" w:rsidR="00D83F33" w:rsidRPr="000E7201" w:rsidRDefault="00D83F33" w:rsidP="000E720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080E3" w14:textId="77777777" w:rsidR="00863D41" w:rsidRDefault="00863D41" w:rsidP="00B104CA">
      <w:pPr>
        <w:spacing w:after="0" w:line="240" w:lineRule="auto"/>
      </w:pPr>
      <w:r>
        <w:separator/>
      </w:r>
    </w:p>
  </w:footnote>
  <w:footnote w:type="continuationSeparator" w:id="0">
    <w:p w14:paraId="4D4FEC59" w14:textId="77777777" w:rsidR="00863D41" w:rsidRDefault="00863D41" w:rsidP="00B104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6C71E11"/>
    <w:multiLevelType w:val="hybridMultilevel"/>
    <w:tmpl w:val="FAC6457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892B09"/>
    <w:multiLevelType w:val="hybridMultilevel"/>
    <w:tmpl w:val="43D6F1EE"/>
    <w:lvl w:ilvl="0" w:tplc="C06EF1E2">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DDC51D7"/>
    <w:multiLevelType w:val="hybridMultilevel"/>
    <w:tmpl w:val="9B5C8398"/>
    <w:lvl w:ilvl="0" w:tplc="83F2500C">
      <w:start w:val="1"/>
      <w:numFmt w:val="bullet"/>
      <w:lvlText w:val="−"/>
      <w:lvlJc w:val="left"/>
      <w:pPr>
        <w:ind w:left="1146" w:hanging="360"/>
      </w:pPr>
      <w:rPr>
        <w:rFonts w:ascii="Times New Roman" w:hAnsi="Times New Roman"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11EA6C0E"/>
    <w:multiLevelType w:val="hybridMultilevel"/>
    <w:tmpl w:val="F2A4233E"/>
    <w:lvl w:ilvl="0" w:tplc="0A665EAA">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29811D6"/>
    <w:multiLevelType w:val="hybridMultilevel"/>
    <w:tmpl w:val="90CA3782"/>
    <w:lvl w:ilvl="0" w:tplc="4726DA7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1578A2"/>
    <w:multiLevelType w:val="hybridMultilevel"/>
    <w:tmpl w:val="FA8206DA"/>
    <w:lvl w:ilvl="0" w:tplc="D11221A4">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ED60AD5"/>
    <w:multiLevelType w:val="hybridMultilevel"/>
    <w:tmpl w:val="7AEAF64C"/>
    <w:lvl w:ilvl="0" w:tplc="83F2500C">
      <w:start w:val="1"/>
      <w:numFmt w:val="bullet"/>
      <w:lvlText w:val="−"/>
      <w:lvlJc w:val="left"/>
      <w:pPr>
        <w:ind w:left="1070" w:hanging="360"/>
      </w:pPr>
      <w:rPr>
        <w:rFonts w:ascii="Times New Roman" w:hAnsi="Times New Roman"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30474C01"/>
    <w:multiLevelType w:val="hybridMultilevel"/>
    <w:tmpl w:val="57083ECC"/>
    <w:lvl w:ilvl="0" w:tplc="4B6CF8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29671A0"/>
    <w:multiLevelType w:val="hybridMultilevel"/>
    <w:tmpl w:val="B2200E1C"/>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3021428"/>
    <w:multiLevelType w:val="hybridMultilevel"/>
    <w:tmpl w:val="31E4598E"/>
    <w:lvl w:ilvl="0" w:tplc="F6B877E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4600E1E"/>
    <w:multiLevelType w:val="hybridMultilevel"/>
    <w:tmpl w:val="BD504B0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A200B8E"/>
    <w:multiLevelType w:val="hybridMultilevel"/>
    <w:tmpl w:val="F16A1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275B4C"/>
    <w:multiLevelType w:val="hybridMultilevel"/>
    <w:tmpl w:val="863C1334"/>
    <w:lvl w:ilvl="0" w:tplc="AA26E6BE">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3CF711BB"/>
    <w:multiLevelType w:val="hybridMultilevel"/>
    <w:tmpl w:val="FD565B38"/>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F9E628A"/>
    <w:multiLevelType w:val="hybridMultilevel"/>
    <w:tmpl w:val="33302476"/>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93F4921"/>
    <w:multiLevelType w:val="hybridMultilevel"/>
    <w:tmpl w:val="DD32615E"/>
    <w:lvl w:ilvl="0" w:tplc="2E721D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ED7F26"/>
    <w:multiLevelType w:val="hybridMultilevel"/>
    <w:tmpl w:val="F260F1BE"/>
    <w:lvl w:ilvl="0" w:tplc="BA003386">
      <w:start w:val="1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A6C2FF2"/>
    <w:multiLevelType w:val="hybridMultilevel"/>
    <w:tmpl w:val="0E4AAAAC"/>
    <w:lvl w:ilvl="0" w:tplc="83F2500C">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A9669F6"/>
    <w:multiLevelType w:val="hybridMultilevel"/>
    <w:tmpl w:val="6C80E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D85DF8"/>
    <w:multiLevelType w:val="hybridMultilevel"/>
    <w:tmpl w:val="1026F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2CF39E1"/>
    <w:multiLevelType w:val="hybridMultilevel"/>
    <w:tmpl w:val="CEA6492A"/>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74AA78DC"/>
    <w:multiLevelType w:val="hybridMultilevel"/>
    <w:tmpl w:val="2C787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5975B0"/>
    <w:multiLevelType w:val="hybridMultilevel"/>
    <w:tmpl w:val="21621F1E"/>
    <w:lvl w:ilvl="0" w:tplc="0419000F">
      <w:start w:val="1"/>
      <w:numFmt w:val="decimal"/>
      <w:lvlText w:val="%1."/>
      <w:lvlJc w:val="left"/>
      <w:pPr>
        <w:ind w:left="745"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7E357CEC"/>
    <w:multiLevelType w:val="hybridMultilevel"/>
    <w:tmpl w:val="606445D2"/>
    <w:lvl w:ilvl="0" w:tplc="68F641B0">
      <w:start w:val="1"/>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26"/>
  </w:num>
  <w:num w:numId="3">
    <w:abstractNumId w:val="10"/>
  </w:num>
  <w:num w:numId="4">
    <w:abstractNumId w:val="11"/>
  </w:num>
  <w:num w:numId="5">
    <w:abstractNumId w:val="25"/>
  </w:num>
  <w:num w:numId="6">
    <w:abstractNumId w:val="21"/>
  </w:num>
  <w:num w:numId="7">
    <w:abstractNumId w:val="13"/>
  </w:num>
  <w:num w:numId="8">
    <w:abstractNumId w:val="18"/>
  </w:num>
  <w:num w:numId="9">
    <w:abstractNumId w:val="28"/>
  </w:num>
  <w:num w:numId="10">
    <w:abstractNumId w:val="12"/>
  </w:num>
  <w:num w:numId="11">
    <w:abstractNumId w:val="32"/>
  </w:num>
  <w:num w:numId="12">
    <w:abstractNumId w:val="24"/>
  </w:num>
  <w:num w:numId="13">
    <w:abstractNumId w:val="27"/>
  </w:num>
  <w:num w:numId="14">
    <w:abstractNumId w:val="9"/>
  </w:num>
  <w:num w:numId="15">
    <w:abstractNumId w:val="14"/>
  </w:num>
  <w:num w:numId="16">
    <w:abstractNumId w:val="20"/>
  </w:num>
  <w:num w:numId="17">
    <w:abstractNumId w:val="31"/>
  </w:num>
  <w:num w:numId="18">
    <w:abstractNumId w:val="29"/>
  </w:num>
  <w:num w:numId="19">
    <w:abstractNumId w:val="19"/>
  </w:num>
  <w:num w:numId="20">
    <w:abstractNumId w:val="22"/>
  </w:num>
  <w:num w:numId="21">
    <w:abstractNumId w:val="23"/>
  </w:num>
  <w:num w:numId="22">
    <w:abstractNumId w:val="30"/>
  </w:num>
  <w:num w:numId="23">
    <w:abstractNumId w:val="17"/>
  </w:num>
  <w:num w:numId="24">
    <w:abstractNumId w:val="8"/>
  </w:num>
  <w:num w:numId="25">
    <w:abstractNumId w:val="6"/>
  </w:num>
  <w:num w:numId="26">
    <w:abstractNumId w:val="5"/>
  </w:num>
  <w:num w:numId="27">
    <w:abstractNumId w:val="4"/>
  </w:num>
  <w:num w:numId="28">
    <w:abstractNumId w:val="7"/>
  </w:num>
  <w:num w:numId="29">
    <w:abstractNumId w:val="3"/>
  </w:num>
  <w:num w:numId="30">
    <w:abstractNumId w:val="2"/>
  </w:num>
  <w:num w:numId="31">
    <w:abstractNumId w:val="1"/>
  </w:num>
  <w:num w:numId="32">
    <w:abstractNumId w:val="0"/>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E2B"/>
    <w:rsid w:val="00017D63"/>
    <w:rsid w:val="00032933"/>
    <w:rsid w:val="000637AC"/>
    <w:rsid w:val="00075F34"/>
    <w:rsid w:val="00086BEF"/>
    <w:rsid w:val="000B0841"/>
    <w:rsid w:val="000B1E38"/>
    <w:rsid w:val="000E4963"/>
    <w:rsid w:val="000E7201"/>
    <w:rsid w:val="00101942"/>
    <w:rsid w:val="001358B1"/>
    <w:rsid w:val="00135906"/>
    <w:rsid w:val="001626C5"/>
    <w:rsid w:val="001647A0"/>
    <w:rsid w:val="00164CE9"/>
    <w:rsid w:val="00166EBD"/>
    <w:rsid w:val="00175177"/>
    <w:rsid w:val="001B52D6"/>
    <w:rsid w:val="001B52F3"/>
    <w:rsid w:val="001B61E5"/>
    <w:rsid w:val="001E6F54"/>
    <w:rsid w:val="0021235E"/>
    <w:rsid w:val="00223FC9"/>
    <w:rsid w:val="00224EB7"/>
    <w:rsid w:val="002307B2"/>
    <w:rsid w:val="00245167"/>
    <w:rsid w:val="00262EE8"/>
    <w:rsid w:val="00263C00"/>
    <w:rsid w:val="002651E4"/>
    <w:rsid w:val="00270CF9"/>
    <w:rsid w:val="00272065"/>
    <w:rsid w:val="0027779C"/>
    <w:rsid w:val="00294F16"/>
    <w:rsid w:val="002B2615"/>
    <w:rsid w:val="002B539E"/>
    <w:rsid w:val="002C181D"/>
    <w:rsid w:val="002C23D0"/>
    <w:rsid w:val="002D6F04"/>
    <w:rsid w:val="00301BE6"/>
    <w:rsid w:val="003076C7"/>
    <w:rsid w:val="00320E40"/>
    <w:rsid w:val="00343F64"/>
    <w:rsid w:val="003A245F"/>
    <w:rsid w:val="003D6C28"/>
    <w:rsid w:val="003F201E"/>
    <w:rsid w:val="003F2955"/>
    <w:rsid w:val="00423309"/>
    <w:rsid w:val="004330E4"/>
    <w:rsid w:val="004450D6"/>
    <w:rsid w:val="004731BD"/>
    <w:rsid w:val="00483068"/>
    <w:rsid w:val="004A4C18"/>
    <w:rsid w:val="004B175A"/>
    <w:rsid w:val="004B2AD0"/>
    <w:rsid w:val="004B41C7"/>
    <w:rsid w:val="004C6EED"/>
    <w:rsid w:val="004D1DA0"/>
    <w:rsid w:val="004D60EA"/>
    <w:rsid w:val="005114F8"/>
    <w:rsid w:val="00512024"/>
    <w:rsid w:val="005169B8"/>
    <w:rsid w:val="00521567"/>
    <w:rsid w:val="00525595"/>
    <w:rsid w:val="0056661D"/>
    <w:rsid w:val="00574A32"/>
    <w:rsid w:val="00597B56"/>
    <w:rsid w:val="005B55CE"/>
    <w:rsid w:val="005D1FEE"/>
    <w:rsid w:val="005E0717"/>
    <w:rsid w:val="005F0D07"/>
    <w:rsid w:val="00600724"/>
    <w:rsid w:val="00615779"/>
    <w:rsid w:val="00615A7A"/>
    <w:rsid w:val="006204B6"/>
    <w:rsid w:val="006206AA"/>
    <w:rsid w:val="00640345"/>
    <w:rsid w:val="00644710"/>
    <w:rsid w:val="006734E0"/>
    <w:rsid w:val="00675F59"/>
    <w:rsid w:val="00680F51"/>
    <w:rsid w:val="0068626C"/>
    <w:rsid w:val="006C6970"/>
    <w:rsid w:val="006D2072"/>
    <w:rsid w:val="006D7270"/>
    <w:rsid w:val="0070796B"/>
    <w:rsid w:val="00730F97"/>
    <w:rsid w:val="00743B90"/>
    <w:rsid w:val="00746986"/>
    <w:rsid w:val="0075577A"/>
    <w:rsid w:val="007569F8"/>
    <w:rsid w:val="00767C73"/>
    <w:rsid w:val="007769D0"/>
    <w:rsid w:val="007857F4"/>
    <w:rsid w:val="007A38BE"/>
    <w:rsid w:val="007B1E2B"/>
    <w:rsid w:val="007D125D"/>
    <w:rsid w:val="007D2004"/>
    <w:rsid w:val="007D66BD"/>
    <w:rsid w:val="007E60F9"/>
    <w:rsid w:val="007F11C6"/>
    <w:rsid w:val="007F6DE8"/>
    <w:rsid w:val="00803746"/>
    <w:rsid w:val="00805C39"/>
    <w:rsid w:val="008316AB"/>
    <w:rsid w:val="00835339"/>
    <w:rsid w:val="00845A71"/>
    <w:rsid w:val="008501D6"/>
    <w:rsid w:val="0085310D"/>
    <w:rsid w:val="00863D41"/>
    <w:rsid w:val="0087659B"/>
    <w:rsid w:val="0089164A"/>
    <w:rsid w:val="008B3A78"/>
    <w:rsid w:val="008E348A"/>
    <w:rsid w:val="008E6002"/>
    <w:rsid w:val="008F6592"/>
    <w:rsid w:val="009179B0"/>
    <w:rsid w:val="00972065"/>
    <w:rsid w:val="009C7364"/>
    <w:rsid w:val="00A50EA2"/>
    <w:rsid w:val="00A654F0"/>
    <w:rsid w:val="00A732B2"/>
    <w:rsid w:val="00A97B0A"/>
    <w:rsid w:val="00AA2478"/>
    <w:rsid w:val="00AA3722"/>
    <w:rsid w:val="00AB035F"/>
    <w:rsid w:val="00AF2F1D"/>
    <w:rsid w:val="00AF3500"/>
    <w:rsid w:val="00AF3E86"/>
    <w:rsid w:val="00AF56A5"/>
    <w:rsid w:val="00B104CA"/>
    <w:rsid w:val="00B300B8"/>
    <w:rsid w:val="00B407A8"/>
    <w:rsid w:val="00B42D48"/>
    <w:rsid w:val="00B46CAC"/>
    <w:rsid w:val="00B62774"/>
    <w:rsid w:val="00B87451"/>
    <w:rsid w:val="00BC2026"/>
    <w:rsid w:val="00BE3139"/>
    <w:rsid w:val="00BE5ED9"/>
    <w:rsid w:val="00C4180D"/>
    <w:rsid w:val="00C64F5B"/>
    <w:rsid w:val="00C703CC"/>
    <w:rsid w:val="00C82464"/>
    <w:rsid w:val="00CA2AAC"/>
    <w:rsid w:val="00CB5F46"/>
    <w:rsid w:val="00CC64E3"/>
    <w:rsid w:val="00CF2637"/>
    <w:rsid w:val="00CF7EDC"/>
    <w:rsid w:val="00D072B3"/>
    <w:rsid w:val="00D30145"/>
    <w:rsid w:val="00D317EA"/>
    <w:rsid w:val="00D43601"/>
    <w:rsid w:val="00D51F18"/>
    <w:rsid w:val="00D610EB"/>
    <w:rsid w:val="00D83F33"/>
    <w:rsid w:val="00D84ADC"/>
    <w:rsid w:val="00D8696C"/>
    <w:rsid w:val="00D936B4"/>
    <w:rsid w:val="00D95A9A"/>
    <w:rsid w:val="00DA7CDD"/>
    <w:rsid w:val="00DE6E68"/>
    <w:rsid w:val="00DF5DF7"/>
    <w:rsid w:val="00E00CF4"/>
    <w:rsid w:val="00E016FB"/>
    <w:rsid w:val="00E117BB"/>
    <w:rsid w:val="00E20A1A"/>
    <w:rsid w:val="00E26FDF"/>
    <w:rsid w:val="00E661EA"/>
    <w:rsid w:val="00E806B3"/>
    <w:rsid w:val="00E80CEA"/>
    <w:rsid w:val="00E90E00"/>
    <w:rsid w:val="00EB0308"/>
    <w:rsid w:val="00EB2369"/>
    <w:rsid w:val="00EB3BC9"/>
    <w:rsid w:val="00EB47CD"/>
    <w:rsid w:val="00EB7016"/>
    <w:rsid w:val="00ED04BF"/>
    <w:rsid w:val="00ED1446"/>
    <w:rsid w:val="00F1665B"/>
    <w:rsid w:val="00F3383D"/>
    <w:rsid w:val="00F35D16"/>
    <w:rsid w:val="00F41033"/>
    <w:rsid w:val="00F436E2"/>
    <w:rsid w:val="00F57D08"/>
    <w:rsid w:val="00F63F59"/>
    <w:rsid w:val="00F92874"/>
    <w:rsid w:val="00F97390"/>
    <w:rsid w:val="00FA0D96"/>
    <w:rsid w:val="00FC7F88"/>
    <w:rsid w:val="00FD5A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1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D60EA"/>
    <w:pPr>
      <w:jc w:val="both"/>
    </w:pPr>
    <w:rPr>
      <w:rFonts w:ascii="Times New Roman" w:hAnsi="Times New Roman"/>
      <w:sz w:val="28"/>
    </w:rPr>
  </w:style>
  <w:style w:type="paragraph" w:styleId="1">
    <w:name w:val="heading 1"/>
    <w:basedOn w:val="a1"/>
    <w:next w:val="a1"/>
    <w:link w:val="10"/>
    <w:uiPriority w:val="9"/>
    <w:qFormat/>
    <w:rsid w:val="00AA2478"/>
    <w:pPr>
      <w:keepNext/>
      <w:keepLines/>
      <w:spacing w:before="480" w:after="0"/>
      <w:jc w:val="left"/>
      <w:outlineLvl w:val="0"/>
    </w:pPr>
    <w:rPr>
      <w:rFonts w:ascii="Calibri" w:eastAsia="MS Gothic" w:hAnsi="Calibri" w:cs="Times New Roman"/>
      <w:b/>
      <w:bCs/>
      <w:color w:val="365F91"/>
      <w:szCs w:val="28"/>
      <w:lang w:val="en-US"/>
    </w:rPr>
  </w:style>
  <w:style w:type="paragraph" w:styleId="21">
    <w:name w:val="heading 2"/>
    <w:basedOn w:val="a1"/>
    <w:next w:val="a1"/>
    <w:link w:val="22"/>
    <w:uiPriority w:val="9"/>
    <w:unhideWhenUsed/>
    <w:qFormat/>
    <w:rsid w:val="00AA2478"/>
    <w:pPr>
      <w:keepNext/>
      <w:keepLines/>
      <w:spacing w:before="200" w:after="0"/>
      <w:jc w:val="left"/>
      <w:outlineLvl w:val="1"/>
    </w:pPr>
    <w:rPr>
      <w:rFonts w:ascii="Calibri" w:eastAsia="MS Gothic" w:hAnsi="Calibri" w:cs="Times New Roman"/>
      <w:b/>
      <w:bCs/>
      <w:color w:val="4F81BD"/>
      <w:sz w:val="26"/>
      <w:szCs w:val="26"/>
      <w:lang w:val="en-US"/>
    </w:rPr>
  </w:style>
  <w:style w:type="paragraph" w:styleId="31">
    <w:name w:val="heading 3"/>
    <w:basedOn w:val="a1"/>
    <w:link w:val="32"/>
    <w:uiPriority w:val="9"/>
    <w:qFormat/>
    <w:rsid w:val="00ED1446"/>
    <w:pPr>
      <w:spacing w:before="100" w:beforeAutospacing="1" w:after="100" w:afterAutospacing="1" w:line="240" w:lineRule="auto"/>
      <w:jc w:val="left"/>
      <w:outlineLvl w:val="2"/>
    </w:pPr>
    <w:rPr>
      <w:rFonts w:eastAsia="Times New Roman" w:cs="Times New Roman"/>
      <w:b/>
      <w:bCs/>
      <w:sz w:val="27"/>
      <w:szCs w:val="27"/>
      <w:lang w:eastAsia="ru-RU"/>
    </w:rPr>
  </w:style>
  <w:style w:type="paragraph" w:styleId="4">
    <w:name w:val="heading 4"/>
    <w:basedOn w:val="a1"/>
    <w:next w:val="a1"/>
    <w:link w:val="40"/>
    <w:uiPriority w:val="9"/>
    <w:semiHidden/>
    <w:unhideWhenUsed/>
    <w:qFormat/>
    <w:rsid w:val="00AA2478"/>
    <w:pPr>
      <w:keepNext/>
      <w:keepLines/>
      <w:spacing w:before="200" w:after="0"/>
      <w:jc w:val="left"/>
      <w:outlineLvl w:val="3"/>
    </w:pPr>
    <w:rPr>
      <w:rFonts w:ascii="Calibri" w:eastAsia="MS Gothic" w:hAnsi="Calibri" w:cs="Times New Roman"/>
      <w:b/>
      <w:bCs/>
      <w:i/>
      <w:iCs/>
      <w:color w:val="4F81BD"/>
      <w:sz w:val="22"/>
      <w:lang w:val="en-US"/>
    </w:rPr>
  </w:style>
  <w:style w:type="paragraph" w:styleId="5">
    <w:name w:val="heading 5"/>
    <w:basedOn w:val="a1"/>
    <w:next w:val="a1"/>
    <w:link w:val="50"/>
    <w:uiPriority w:val="9"/>
    <w:semiHidden/>
    <w:unhideWhenUsed/>
    <w:qFormat/>
    <w:rsid w:val="00AA2478"/>
    <w:pPr>
      <w:keepNext/>
      <w:keepLines/>
      <w:spacing w:before="200" w:after="0"/>
      <w:jc w:val="left"/>
      <w:outlineLvl w:val="4"/>
    </w:pPr>
    <w:rPr>
      <w:rFonts w:ascii="Calibri" w:eastAsia="MS Gothic" w:hAnsi="Calibri" w:cs="Times New Roman"/>
      <w:color w:val="243F60"/>
      <w:sz w:val="22"/>
      <w:lang w:val="en-US"/>
    </w:rPr>
  </w:style>
  <w:style w:type="paragraph" w:styleId="6">
    <w:name w:val="heading 6"/>
    <w:basedOn w:val="a1"/>
    <w:next w:val="a1"/>
    <w:link w:val="60"/>
    <w:uiPriority w:val="9"/>
    <w:semiHidden/>
    <w:unhideWhenUsed/>
    <w:qFormat/>
    <w:rsid w:val="00AA2478"/>
    <w:pPr>
      <w:keepNext/>
      <w:keepLines/>
      <w:spacing w:before="200" w:after="0"/>
      <w:jc w:val="left"/>
      <w:outlineLvl w:val="5"/>
    </w:pPr>
    <w:rPr>
      <w:rFonts w:ascii="Calibri" w:eastAsia="MS Gothic" w:hAnsi="Calibri" w:cs="Times New Roman"/>
      <w:i/>
      <w:iCs/>
      <w:color w:val="243F60"/>
      <w:sz w:val="22"/>
      <w:lang w:val="en-US"/>
    </w:rPr>
  </w:style>
  <w:style w:type="paragraph" w:styleId="7">
    <w:name w:val="heading 7"/>
    <w:basedOn w:val="a1"/>
    <w:next w:val="a1"/>
    <w:link w:val="70"/>
    <w:uiPriority w:val="9"/>
    <w:semiHidden/>
    <w:unhideWhenUsed/>
    <w:qFormat/>
    <w:rsid w:val="00AA2478"/>
    <w:pPr>
      <w:keepNext/>
      <w:keepLines/>
      <w:spacing w:before="200" w:after="0"/>
      <w:jc w:val="left"/>
      <w:outlineLvl w:val="6"/>
    </w:pPr>
    <w:rPr>
      <w:rFonts w:ascii="Calibri" w:eastAsia="MS Gothic" w:hAnsi="Calibri" w:cs="Times New Roman"/>
      <w:i/>
      <w:iCs/>
      <w:color w:val="404040"/>
      <w:sz w:val="22"/>
      <w:lang w:val="en-US"/>
    </w:rPr>
  </w:style>
  <w:style w:type="paragraph" w:styleId="8">
    <w:name w:val="heading 8"/>
    <w:basedOn w:val="a1"/>
    <w:next w:val="a1"/>
    <w:link w:val="80"/>
    <w:uiPriority w:val="9"/>
    <w:semiHidden/>
    <w:unhideWhenUsed/>
    <w:qFormat/>
    <w:rsid w:val="00AA2478"/>
    <w:pPr>
      <w:keepNext/>
      <w:keepLines/>
      <w:spacing w:before="200" w:after="0"/>
      <w:jc w:val="left"/>
      <w:outlineLvl w:val="7"/>
    </w:pPr>
    <w:rPr>
      <w:rFonts w:ascii="Calibri" w:eastAsia="MS Gothic" w:hAnsi="Calibri" w:cs="Times New Roman"/>
      <w:color w:val="4F81BD"/>
      <w:sz w:val="20"/>
      <w:szCs w:val="20"/>
      <w:lang w:val="en-US"/>
    </w:rPr>
  </w:style>
  <w:style w:type="paragraph" w:styleId="9">
    <w:name w:val="heading 9"/>
    <w:basedOn w:val="a1"/>
    <w:next w:val="a1"/>
    <w:link w:val="90"/>
    <w:uiPriority w:val="9"/>
    <w:semiHidden/>
    <w:unhideWhenUsed/>
    <w:qFormat/>
    <w:rsid w:val="00AA2478"/>
    <w:pPr>
      <w:keepNext/>
      <w:keepLines/>
      <w:spacing w:before="200" w:after="0"/>
      <w:jc w:val="left"/>
      <w:outlineLvl w:val="8"/>
    </w:pPr>
    <w:rPr>
      <w:rFonts w:ascii="Calibri" w:eastAsia="MS Gothic" w:hAnsi="Calibri" w:cs="Times New Roman"/>
      <w:i/>
      <w:iCs/>
      <w:color w:val="404040"/>
      <w:sz w:val="20"/>
      <w:szCs w:val="20"/>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C64F5B"/>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C64F5B"/>
    <w:rPr>
      <w:rFonts w:ascii="Segoe UI" w:hAnsi="Segoe UI" w:cs="Segoe UI"/>
      <w:sz w:val="18"/>
      <w:szCs w:val="18"/>
    </w:rPr>
  </w:style>
  <w:style w:type="character" w:styleId="a7">
    <w:name w:val="annotation reference"/>
    <w:basedOn w:val="a2"/>
    <w:uiPriority w:val="99"/>
    <w:semiHidden/>
    <w:unhideWhenUsed/>
    <w:rsid w:val="00101942"/>
    <w:rPr>
      <w:sz w:val="16"/>
      <w:szCs w:val="16"/>
    </w:rPr>
  </w:style>
  <w:style w:type="paragraph" w:styleId="a8">
    <w:name w:val="annotation text"/>
    <w:basedOn w:val="a1"/>
    <w:link w:val="a9"/>
    <w:uiPriority w:val="99"/>
    <w:semiHidden/>
    <w:unhideWhenUsed/>
    <w:rsid w:val="00101942"/>
    <w:pPr>
      <w:spacing w:line="240" w:lineRule="auto"/>
    </w:pPr>
    <w:rPr>
      <w:sz w:val="20"/>
      <w:szCs w:val="20"/>
    </w:rPr>
  </w:style>
  <w:style w:type="character" w:customStyle="1" w:styleId="a9">
    <w:name w:val="Текст примечания Знак"/>
    <w:basedOn w:val="a2"/>
    <w:link w:val="a8"/>
    <w:uiPriority w:val="99"/>
    <w:semiHidden/>
    <w:rsid w:val="00101942"/>
    <w:rPr>
      <w:rFonts w:ascii="Times New Roman" w:hAnsi="Times New Roman"/>
      <w:sz w:val="20"/>
      <w:szCs w:val="20"/>
    </w:rPr>
  </w:style>
  <w:style w:type="paragraph" w:styleId="aa">
    <w:name w:val="annotation subject"/>
    <w:basedOn w:val="a8"/>
    <w:next w:val="a8"/>
    <w:link w:val="ab"/>
    <w:uiPriority w:val="99"/>
    <w:semiHidden/>
    <w:unhideWhenUsed/>
    <w:rsid w:val="00101942"/>
    <w:rPr>
      <w:b/>
      <w:bCs/>
    </w:rPr>
  </w:style>
  <w:style w:type="character" w:customStyle="1" w:styleId="ab">
    <w:name w:val="Тема примечания Знак"/>
    <w:basedOn w:val="a9"/>
    <w:link w:val="aa"/>
    <w:uiPriority w:val="99"/>
    <w:semiHidden/>
    <w:rsid w:val="00101942"/>
    <w:rPr>
      <w:rFonts w:ascii="Times New Roman" w:hAnsi="Times New Roman"/>
      <w:b/>
      <w:bCs/>
      <w:sz w:val="20"/>
      <w:szCs w:val="20"/>
    </w:rPr>
  </w:style>
  <w:style w:type="paragraph" w:styleId="ac">
    <w:name w:val="List Paragraph"/>
    <w:basedOn w:val="a1"/>
    <w:uiPriority w:val="34"/>
    <w:qFormat/>
    <w:rsid w:val="001B52D6"/>
    <w:pPr>
      <w:ind w:left="720"/>
      <w:contextualSpacing/>
    </w:pPr>
  </w:style>
  <w:style w:type="paragraph" w:styleId="ad">
    <w:name w:val="header"/>
    <w:basedOn w:val="a1"/>
    <w:link w:val="ae"/>
    <w:uiPriority w:val="99"/>
    <w:unhideWhenUsed/>
    <w:rsid w:val="00B104CA"/>
    <w:pPr>
      <w:tabs>
        <w:tab w:val="center" w:pos="4677"/>
        <w:tab w:val="right" w:pos="9355"/>
      </w:tabs>
      <w:spacing w:after="0" w:line="240" w:lineRule="auto"/>
    </w:pPr>
  </w:style>
  <w:style w:type="character" w:customStyle="1" w:styleId="ae">
    <w:name w:val="Верхний колонтитул Знак"/>
    <w:basedOn w:val="a2"/>
    <w:link w:val="ad"/>
    <w:uiPriority w:val="99"/>
    <w:rsid w:val="00B104CA"/>
    <w:rPr>
      <w:rFonts w:ascii="Times New Roman" w:hAnsi="Times New Roman"/>
      <w:sz w:val="28"/>
    </w:rPr>
  </w:style>
  <w:style w:type="paragraph" w:styleId="af">
    <w:name w:val="footer"/>
    <w:basedOn w:val="a1"/>
    <w:link w:val="af0"/>
    <w:uiPriority w:val="99"/>
    <w:unhideWhenUsed/>
    <w:rsid w:val="00B104CA"/>
    <w:pPr>
      <w:tabs>
        <w:tab w:val="center" w:pos="4677"/>
        <w:tab w:val="right" w:pos="9355"/>
      </w:tabs>
      <w:spacing w:after="0" w:line="240" w:lineRule="auto"/>
    </w:pPr>
  </w:style>
  <w:style w:type="character" w:customStyle="1" w:styleId="af0">
    <w:name w:val="Нижний колонтитул Знак"/>
    <w:basedOn w:val="a2"/>
    <w:link w:val="af"/>
    <w:uiPriority w:val="99"/>
    <w:rsid w:val="00B104CA"/>
    <w:rPr>
      <w:rFonts w:ascii="Times New Roman" w:hAnsi="Times New Roman"/>
      <w:sz w:val="28"/>
    </w:rPr>
  </w:style>
  <w:style w:type="character" w:customStyle="1" w:styleId="phone">
    <w:name w:val="phone"/>
    <w:basedOn w:val="a2"/>
    <w:rsid w:val="000E7201"/>
  </w:style>
  <w:style w:type="character" w:customStyle="1" w:styleId="quetip">
    <w:name w:val="quetip"/>
    <w:basedOn w:val="a2"/>
    <w:rsid w:val="000E7201"/>
  </w:style>
  <w:style w:type="table" w:styleId="af1">
    <w:name w:val="Table Grid"/>
    <w:basedOn w:val="a3"/>
    <w:uiPriority w:val="59"/>
    <w:rsid w:val="000E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3"/>
    <w:next w:val="af1"/>
    <w:uiPriority w:val="59"/>
    <w:rsid w:val="000E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2"/>
    <w:uiPriority w:val="99"/>
    <w:unhideWhenUsed/>
    <w:rsid w:val="000E7201"/>
    <w:rPr>
      <w:color w:val="0000FF" w:themeColor="hyperlink"/>
      <w:u w:val="single"/>
    </w:rPr>
  </w:style>
  <w:style w:type="paragraph" w:customStyle="1" w:styleId="af3">
    <w:name w:val="Слева_Т"/>
    <w:basedOn w:val="a1"/>
    <w:link w:val="af4"/>
    <w:qFormat/>
    <w:rsid w:val="000E7201"/>
    <w:pPr>
      <w:spacing w:after="0" w:line="360" w:lineRule="auto"/>
      <w:jc w:val="left"/>
    </w:pPr>
    <w:rPr>
      <w:rFonts w:cs="Times New Roman"/>
      <w:sz w:val="24"/>
      <w:szCs w:val="24"/>
    </w:rPr>
  </w:style>
  <w:style w:type="character" w:customStyle="1" w:styleId="af4">
    <w:name w:val="Слева_Т Знак"/>
    <w:basedOn w:val="a2"/>
    <w:link w:val="af3"/>
    <w:rsid w:val="000E7201"/>
    <w:rPr>
      <w:rFonts w:ascii="Times New Roman" w:hAnsi="Times New Roman" w:cs="Times New Roman"/>
      <w:sz w:val="24"/>
      <w:szCs w:val="24"/>
    </w:rPr>
  </w:style>
  <w:style w:type="paragraph" w:customStyle="1" w:styleId="Default">
    <w:name w:val="Default"/>
    <w:rsid w:val="000E7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0E7201"/>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32">
    <w:name w:val="Заголовок 3 Знак"/>
    <w:basedOn w:val="a2"/>
    <w:link w:val="31"/>
    <w:uiPriority w:val="9"/>
    <w:rsid w:val="00ED1446"/>
    <w:rPr>
      <w:rFonts w:ascii="Times New Roman" w:eastAsia="Times New Roman" w:hAnsi="Times New Roman" w:cs="Times New Roman"/>
      <w:b/>
      <w:bCs/>
      <w:sz w:val="27"/>
      <w:szCs w:val="27"/>
      <w:lang w:eastAsia="ru-RU"/>
    </w:rPr>
  </w:style>
  <w:style w:type="character" w:customStyle="1" w:styleId="inline-block">
    <w:name w:val="inline-block"/>
    <w:basedOn w:val="a2"/>
    <w:rsid w:val="00ED1446"/>
  </w:style>
  <w:style w:type="character" w:styleId="af5">
    <w:name w:val="FollowedHyperlink"/>
    <w:basedOn w:val="a2"/>
    <w:uiPriority w:val="99"/>
    <w:semiHidden/>
    <w:unhideWhenUsed/>
    <w:rsid w:val="00AA2478"/>
    <w:rPr>
      <w:color w:val="800080" w:themeColor="followedHyperlink"/>
      <w:u w:val="single"/>
    </w:rPr>
  </w:style>
  <w:style w:type="character" w:customStyle="1" w:styleId="10">
    <w:name w:val="Заголовок 1 Знак"/>
    <w:basedOn w:val="a2"/>
    <w:link w:val="1"/>
    <w:uiPriority w:val="9"/>
    <w:rsid w:val="00AA2478"/>
    <w:rPr>
      <w:rFonts w:ascii="Calibri" w:eastAsia="MS Gothic" w:hAnsi="Calibri" w:cs="Times New Roman"/>
      <w:b/>
      <w:bCs/>
      <w:color w:val="365F91"/>
      <w:sz w:val="28"/>
      <w:szCs w:val="28"/>
      <w:lang w:val="en-US"/>
    </w:rPr>
  </w:style>
  <w:style w:type="character" w:customStyle="1" w:styleId="22">
    <w:name w:val="Заголовок 2 Знак"/>
    <w:basedOn w:val="a2"/>
    <w:link w:val="21"/>
    <w:uiPriority w:val="9"/>
    <w:rsid w:val="00AA2478"/>
    <w:rPr>
      <w:rFonts w:ascii="Calibri" w:eastAsia="MS Gothic" w:hAnsi="Calibri" w:cs="Times New Roman"/>
      <w:b/>
      <w:bCs/>
      <w:color w:val="4F81BD"/>
      <w:sz w:val="26"/>
      <w:szCs w:val="26"/>
      <w:lang w:val="en-US"/>
    </w:rPr>
  </w:style>
  <w:style w:type="character" w:customStyle="1" w:styleId="40">
    <w:name w:val="Заголовок 4 Знак"/>
    <w:basedOn w:val="a2"/>
    <w:link w:val="4"/>
    <w:uiPriority w:val="9"/>
    <w:semiHidden/>
    <w:rsid w:val="00AA2478"/>
    <w:rPr>
      <w:rFonts w:ascii="Calibri" w:eastAsia="MS Gothic" w:hAnsi="Calibri" w:cs="Times New Roman"/>
      <w:b/>
      <w:bCs/>
      <w:i/>
      <w:iCs/>
      <w:color w:val="4F81BD"/>
      <w:lang w:val="en-US"/>
    </w:rPr>
  </w:style>
  <w:style w:type="character" w:customStyle="1" w:styleId="50">
    <w:name w:val="Заголовок 5 Знак"/>
    <w:basedOn w:val="a2"/>
    <w:link w:val="5"/>
    <w:uiPriority w:val="9"/>
    <w:semiHidden/>
    <w:rsid w:val="00AA2478"/>
    <w:rPr>
      <w:rFonts w:ascii="Calibri" w:eastAsia="MS Gothic" w:hAnsi="Calibri" w:cs="Times New Roman"/>
      <w:color w:val="243F60"/>
      <w:lang w:val="en-US"/>
    </w:rPr>
  </w:style>
  <w:style w:type="character" w:customStyle="1" w:styleId="60">
    <w:name w:val="Заголовок 6 Знак"/>
    <w:basedOn w:val="a2"/>
    <w:link w:val="6"/>
    <w:uiPriority w:val="9"/>
    <w:semiHidden/>
    <w:rsid w:val="00AA2478"/>
    <w:rPr>
      <w:rFonts w:ascii="Calibri" w:eastAsia="MS Gothic" w:hAnsi="Calibri" w:cs="Times New Roman"/>
      <w:i/>
      <w:iCs/>
      <w:color w:val="243F60"/>
      <w:lang w:val="en-US"/>
    </w:rPr>
  </w:style>
  <w:style w:type="character" w:customStyle="1" w:styleId="70">
    <w:name w:val="Заголовок 7 Знак"/>
    <w:basedOn w:val="a2"/>
    <w:link w:val="7"/>
    <w:uiPriority w:val="9"/>
    <w:semiHidden/>
    <w:rsid w:val="00AA2478"/>
    <w:rPr>
      <w:rFonts w:ascii="Calibri" w:eastAsia="MS Gothic" w:hAnsi="Calibri" w:cs="Times New Roman"/>
      <w:i/>
      <w:iCs/>
      <w:color w:val="404040"/>
      <w:lang w:val="en-US"/>
    </w:rPr>
  </w:style>
  <w:style w:type="character" w:customStyle="1" w:styleId="80">
    <w:name w:val="Заголовок 8 Знак"/>
    <w:basedOn w:val="a2"/>
    <w:link w:val="8"/>
    <w:uiPriority w:val="9"/>
    <w:semiHidden/>
    <w:rsid w:val="00AA2478"/>
    <w:rPr>
      <w:rFonts w:ascii="Calibri" w:eastAsia="MS Gothic" w:hAnsi="Calibri" w:cs="Times New Roman"/>
      <w:color w:val="4F81BD"/>
      <w:sz w:val="20"/>
      <w:szCs w:val="20"/>
      <w:lang w:val="en-US"/>
    </w:rPr>
  </w:style>
  <w:style w:type="character" w:customStyle="1" w:styleId="90">
    <w:name w:val="Заголовок 9 Знак"/>
    <w:basedOn w:val="a2"/>
    <w:link w:val="9"/>
    <w:uiPriority w:val="9"/>
    <w:semiHidden/>
    <w:rsid w:val="00AA2478"/>
    <w:rPr>
      <w:rFonts w:ascii="Calibri" w:eastAsia="MS Gothic" w:hAnsi="Calibri" w:cs="Times New Roman"/>
      <w:i/>
      <w:iCs/>
      <w:color w:val="404040"/>
      <w:sz w:val="20"/>
      <w:szCs w:val="20"/>
      <w:lang w:val="en-US"/>
    </w:rPr>
  </w:style>
  <w:style w:type="numbering" w:customStyle="1" w:styleId="13">
    <w:name w:val="Нет списка1"/>
    <w:next w:val="a4"/>
    <w:uiPriority w:val="99"/>
    <w:semiHidden/>
    <w:unhideWhenUsed/>
    <w:rsid w:val="00AA2478"/>
  </w:style>
  <w:style w:type="paragraph" w:styleId="af6">
    <w:name w:val="No Spacing"/>
    <w:uiPriority w:val="1"/>
    <w:qFormat/>
    <w:rsid w:val="00AA2478"/>
    <w:pPr>
      <w:spacing w:after="0" w:line="240" w:lineRule="auto"/>
    </w:pPr>
    <w:rPr>
      <w:rFonts w:ascii="Cambria" w:eastAsia="MS Mincho" w:hAnsi="Cambria" w:cs="Times New Roman"/>
      <w:lang w:val="en-US"/>
    </w:rPr>
  </w:style>
  <w:style w:type="paragraph" w:styleId="af7">
    <w:name w:val="Title"/>
    <w:basedOn w:val="a1"/>
    <w:next w:val="a1"/>
    <w:link w:val="af8"/>
    <w:uiPriority w:val="10"/>
    <w:qFormat/>
    <w:rsid w:val="00AA2478"/>
    <w:pPr>
      <w:pBdr>
        <w:bottom w:val="single" w:sz="8" w:space="4" w:color="4F81BD"/>
      </w:pBdr>
      <w:spacing w:after="300" w:line="240" w:lineRule="auto"/>
      <w:contextualSpacing/>
      <w:jc w:val="left"/>
    </w:pPr>
    <w:rPr>
      <w:rFonts w:ascii="Calibri" w:eastAsia="MS Gothic" w:hAnsi="Calibri" w:cs="Times New Roman"/>
      <w:color w:val="17365D"/>
      <w:spacing w:val="5"/>
      <w:kern w:val="28"/>
      <w:sz w:val="52"/>
      <w:szCs w:val="52"/>
      <w:lang w:val="en-US"/>
    </w:rPr>
  </w:style>
  <w:style w:type="character" w:customStyle="1" w:styleId="af8">
    <w:name w:val="Название Знак"/>
    <w:basedOn w:val="a2"/>
    <w:link w:val="af7"/>
    <w:uiPriority w:val="10"/>
    <w:rsid w:val="00AA2478"/>
    <w:rPr>
      <w:rFonts w:ascii="Calibri" w:eastAsia="MS Gothic" w:hAnsi="Calibri" w:cs="Times New Roman"/>
      <w:color w:val="17365D"/>
      <w:spacing w:val="5"/>
      <w:kern w:val="28"/>
      <w:sz w:val="52"/>
      <w:szCs w:val="52"/>
      <w:lang w:val="en-US"/>
    </w:rPr>
  </w:style>
  <w:style w:type="paragraph" w:styleId="af9">
    <w:name w:val="Subtitle"/>
    <w:basedOn w:val="a1"/>
    <w:next w:val="a1"/>
    <w:link w:val="afa"/>
    <w:uiPriority w:val="11"/>
    <w:qFormat/>
    <w:rsid w:val="00AA2478"/>
    <w:pPr>
      <w:numPr>
        <w:ilvl w:val="1"/>
      </w:numPr>
      <w:jc w:val="left"/>
    </w:pPr>
    <w:rPr>
      <w:rFonts w:ascii="Calibri" w:eastAsia="MS Gothic" w:hAnsi="Calibri" w:cs="Times New Roman"/>
      <w:i/>
      <w:iCs/>
      <w:color w:val="4F81BD"/>
      <w:spacing w:val="15"/>
      <w:sz w:val="24"/>
      <w:szCs w:val="24"/>
      <w:lang w:val="en-US"/>
    </w:rPr>
  </w:style>
  <w:style w:type="character" w:customStyle="1" w:styleId="afa">
    <w:name w:val="Подзаголовок Знак"/>
    <w:basedOn w:val="a2"/>
    <w:link w:val="af9"/>
    <w:uiPriority w:val="11"/>
    <w:rsid w:val="00AA2478"/>
    <w:rPr>
      <w:rFonts w:ascii="Calibri" w:eastAsia="MS Gothic" w:hAnsi="Calibri" w:cs="Times New Roman"/>
      <w:i/>
      <w:iCs/>
      <w:color w:val="4F81BD"/>
      <w:spacing w:val="15"/>
      <w:sz w:val="24"/>
      <w:szCs w:val="24"/>
      <w:lang w:val="en-US"/>
    </w:rPr>
  </w:style>
  <w:style w:type="paragraph" w:styleId="afb">
    <w:name w:val="Body Text"/>
    <w:basedOn w:val="a1"/>
    <w:link w:val="afc"/>
    <w:uiPriority w:val="99"/>
    <w:unhideWhenUsed/>
    <w:rsid w:val="00AA2478"/>
    <w:pPr>
      <w:spacing w:after="120"/>
      <w:jc w:val="left"/>
    </w:pPr>
    <w:rPr>
      <w:rFonts w:ascii="Cambria" w:eastAsia="MS Mincho" w:hAnsi="Cambria" w:cs="Times New Roman"/>
      <w:sz w:val="22"/>
      <w:lang w:val="en-US"/>
    </w:rPr>
  </w:style>
  <w:style w:type="character" w:customStyle="1" w:styleId="afc">
    <w:name w:val="Основной текст Знак"/>
    <w:basedOn w:val="a2"/>
    <w:link w:val="afb"/>
    <w:uiPriority w:val="99"/>
    <w:rsid w:val="00AA2478"/>
    <w:rPr>
      <w:rFonts w:ascii="Cambria" w:eastAsia="MS Mincho" w:hAnsi="Cambria" w:cs="Times New Roman"/>
      <w:lang w:val="en-US"/>
    </w:rPr>
  </w:style>
  <w:style w:type="paragraph" w:styleId="23">
    <w:name w:val="Body Text 2"/>
    <w:basedOn w:val="a1"/>
    <w:link w:val="24"/>
    <w:uiPriority w:val="99"/>
    <w:unhideWhenUsed/>
    <w:rsid w:val="00AA2478"/>
    <w:pPr>
      <w:spacing w:after="120" w:line="480" w:lineRule="auto"/>
      <w:jc w:val="left"/>
    </w:pPr>
    <w:rPr>
      <w:rFonts w:ascii="Cambria" w:eastAsia="MS Mincho" w:hAnsi="Cambria" w:cs="Times New Roman"/>
      <w:sz w:val="22"/>
      <w:lang w:val="en-US"/>
    </w:rPr>
  </w:style>
  <w:style w:type="character" w:customStyle="1" w:styleId="24">
    <w:name w:val="Основной текст 2 Знак"/>
    <w:basedOn w:val="a2"/>
    <w:link w:val="23"/>
    <w:uiPriority w:val="99"/>
    <w:rsid w:val="00AA2478"/>
    <w:rPr>
      <w:rFonts w:ascii="Cambria" w:eastAsia="MS Mincho" w:hAnsi="Cambria" w:cs="Times New Roman"/>
      <w:lang w:val="en-US"/>
    </w:rPr>
  </w:style>
  <w:style w:type="paragraph" w:styleId="33">
    <w:name w:val="Body Text 3"/>
    <w:basedOn w:val="a1"/>
    <w:link w:val="34"/>
    <w:uiPriority w:val="99"/>
    <w:unhideWhenUsed/>
    <w:rsid w:val="00AA2478"/>
    <w:pPr>
      <w:spacing w:after="120"/>
      <w:jc w:val="left"/>
    </w:pPr>
    <w:rPr>
      <w:rFonts w:ascii="Cambria" w:eastAsia="MS Mincho" w:hAnsi="Cambria" w:cs="Times New Roman"/>
      <w:sz w:val="16"/>
      <w:szCs w:val="16"/>
      <w:lang w:val="en-US"/>
    </w:rPr>
  </w:style>
  <w:style w:type="character" w:customStyle="1" w:styleId="34">
    <w:name w:val="Основной текст 3 Знак"/>
    <w:basedOn w:val="a2"/>
    <w:link w:val="33"/>
    <w:uiPriority w:val="99"/>
    <w:rsid w:val="00AA2478"/>
    <w:rPr>
      <w:rFonts w:ascii="Cambria" w:eastAsia="MS Mincho" w:hAnsi="Cambria" w:cs="Times New Roman"/>
      <w:sz w:val="16"/>
      <w:szCs w:val="16"/>
      <w:lang w:val="en-US"/>
    </w:rPr>
  </w:style>
  <w:style w:type="paragraph" w:styleId="afd">
    <w:name w:val="List"/>
    <w:basedOn w:val="a1"/>
    <w:uiPriority w:val="99"/>
    <w:unhideWhenUsed/>
    <w:rsid w:val="00AA2478"/>
    <w:pPr>
      <w:ind w:left="360" w:hanging="360"/>
      <w:contextualSpacing/>
      <w:jc w:val="left"/>
    </w:pPr>
    <w:rPr>
      <w:rFonts w:ascii="Cambria" w:eastAsia="MS Mincho" w:hAnsi="Cambria" w:cs="Times New Roman"/>
      <w:sz w:val="22"/>
      <w:lang w:val="en-US"/>
    </w:rPr>
  </w:style>
  <w:style w:type="paragraph" w:styleId="25">
    <w:name w:val="List 2"/>
    <w:basedOn w:val="a1"/>
    <w:uiPriority w:val="99"/>
    <w:unhideWhenUsed/>
    <w:rsid w:val="00AA2478"/>
    <w:pPr>
      <w:ind w:left="720" w:hanging="360"/>
      <w:contextualSpacing/>
      <w:jc w:val="left"/>
    </w:pPr>
    <w:rPr>
      <w:rFonts w:ascii="Cambria" w:eastAsia="MS Mincho" w:hAnsi="Cambria" w:cs="Times New Roman"/>
      <w:sz w:val="22"/>
      <w:lang w:val="en-US"/>
    </w:rPr>
  </w:style>
  <w:style w:type="paragraph" w:styleId="35">
    <w:name w:val="List 3"/>
    <w:basedOn w:val="a1"/>
    <w:uiPriority w:val="99"/>
    <w:unhideWhenUsed/>
    <w:rsid w:val="00AA2478"/>
    <w:pPr>
      <w:ind w:left="1080" w:hanging="360"/>
      <w:contextualSpacing/>
      <w:jc w:val="left"/>
    </w:pPr>
    <w:rPr>
      <w:rFonts w:ascii="Cambria" w:eastAsia="MS Mincho" w:hAnsi="Cambria" w:cs="Times New Roman"/>
      <w:sz w:val="22"/>
      <w:lang w:val="en-US"/>
    </w:rPr>
  </w:style>
  <w:style w:type="paragraph" w:styleId="a0">
    <w:name w:val="List Bullet"/>
    <w:basedOn w:val="a1"/>
    <w:uiPriority w:val="99"/>
    <w:unhideWhenUsed/>
    <w:rsid w:val="00AA2478"/>
    <w:pPr>
      <w:numPr>
        <w:numId w:val="24"/>
      </w:numPr>
      <w:contextualSpacing/>
      <w:jc w:val="left"/>
    </w:pPr>
    <w:rPr>
      <w:rFonts w:ascii="Cambria" w:eastAsia="MS Mincho" w:hAnsi="Cambria" w:cs="Times New Roman"/>
      <w:sz w:val="22"/>
      <w:lang w:val="en-US"/>
    </w:rPr>
  </w:style>
  <w:style w:type="paragraph" w:styleId="20">
    <w:name w:val="List Bullet 2"/>
    <w:basedOn w:val="a1"/>
    <w:uiPriority w:val="99"/>
    <w:unhideWhenUsed/>
    <w:rsid w:val="00AA2478"/>
    <w:pPr>
      <w:numPr>
        <w:numId w:val="25"/>
      </w:numPr>
      <w:contextualSpacing/>
      <w:jc w:val="left"/>
    </w:pPr>
    <w:rPr>
      <w:rFonts w:ascii="Cambria" w:eastAsia="MS Mincho" w:hAnsi="Cambria" w:cs="Times New Roman"/>
      <w:sz w:val="22"/>
      <w:lang w:val="en-US"/>
    </w:rPr>
  </w:style>
  <w:style w:type="paragraph" w:styleId="30">
    <w:name w:val="List Bullet 3"/>
    <w:basedOn w:val="a1"/>
    <w:uiPriority w:val="99"/>
    <w:unhideWhenUsed/>
    <w:rsid w:val="00AA2478"/>
    <w:pPr>
      <w:numPr>
        <w:numId w:val="26"/>
      </w:numPr>
      <w:contextualSpacing/>
      <w:jc w:val="left"/>
    </w:pPr>
    <w:rPr>
      <w:rFonts w:ascii="Cambria" w:eastAsia="MS Mincho" w:hAnsi="Cambria" w:cs="Times New Roman"/>
      <w:sz w:val="22"/>
      <w:lang w:val="en-US"/>
    </w:rPr>
  </w:style>
  <w:style w:type="paragraph" w:styleId="a">
    <w:name w:val="List Number"/>
    <w:basedOn w:val="a1"/>
    <w:uiPriority w:val="99"/>
    <w:unhideWhenUsed/>
    <w:rsid w:val="00AA2478"/>
    <w:pPr>
      <w:numPr>
        <w:numId w:val="28"/>
      </w:numPr>
      <w:contextualSpacing/>
      <w:jc w:val="left"/>
    </w:pPr>
    <w:rPr>
      <w:rFonts w:ascii="Cambria" w:eastAsia="MS Mincho" w:hAnsi="Cambria" w:cs="Times New Roman"/>
      <w:sz w:val="22"/>
      <w:lang w:val="en-US"/>
    </w:rPr>
  </w:style>
  <w:style w:type="paragraph" w:styleId="2">
    <w:name w:val="List Number 2"/>
    <w:basedOn w:val="a1"/>
    <w:uiPriority w:val="99"/>
    <w:unhideWhenUsed/>
    <w:rsid w:val="00AA2478"/>
    <w:pPr>
      <w:numPr>
        <w:numId w:val="29"/>
      </w:numPr>
      <w:contextualSpacing/>
      <w:jc w:val="left"/>
    </w:pPr>
    <w:rPr>
      <w:rFonts w:ascii="Cambria" w:eastAsia="MS Mincho" w:hAnsi="Cambria" w:cs="Times New Roman"/>
      <w:sz w:val="22"/>
      <w:lang w:val="en-US"/>
    </w:rPr>
  </w:style>
  <w:style w:type="paragraph" w:styleId="3">
    <w:name w:val="List Number 3"/>
    <w:basedOn w:val="a1"/>
    <w:uiPriority w:val="99"/>
    <w:unhideWhenUsed/>
    <w:rsid w:val="00AA2478"/>
    <w:pPr>
      <w:numPr>
        <w:numId w:val="30"/>
      </w:numPr>
      <w:contextualSpacing/>
      <w:jc w:val="left"/>
    </w:pPr>
    <w:rPr>
      <w:rFonts w:ascii="Cambria" w:eastAsia="MS Mincho" w:hAnsi="Cambria" w:cs="Times New Roman"/>
      <w:sz w:val="22"/>
      <w:lang w:val="en-US"/>
    </w:rPr>
  </w:style>
  <w:style w:type="paragraph" w:styleId="afe">
    <w:name w:val="List Continue"/>
    <w:basedOn w:val="a1"/>
    <w:uiPriority w:val="99"/>
    <w:unhideWhenUsed/>
    <w:rsid w:val="00AA2478"/>
    <w:pPr>
      <w:spacing w:after="120"/>
      <w:ind w:left="360"/>
      <w:contextualSpacing/>
      <w:jc w:val="left"/>
    </w:pPr>
    <w:rPr>
      <w:rFonts w:ascii="Cambria" w:eastAsia="MS Mincho" w:hAnsi="Cambria" w:cs="Times New Roman"/>
      <w:sz w:val="22"/>
      <w:lang w:val="en-US"/>
    </w:rPr>
  </w:style>
  <w:style w:type="paragraph" w:styleId="26">
    <w:name w:val="List Continue 2"/>
    <w:basedOn w:val="a1"/>
    <w:uiPriority w:val="99"/>
    <w:unhideWhenUsed/>
    <w:rsid w:val="00AA2478"/>
    <w:pPr>
      <w:spacing w:after="120"/>
      <w:ind w:left="720"/>
      <w:contextualSpacing/>
      <w:jc w:val="left"/>
    </w:pPr>
    <w:rPr>
      <w:rFonts w:ascii="Cambria" w:eastAsia="MS Mincho" w:hAnsi="Cambria" w:cs="Times New Roman"/>
      <w:sz w:val="22"/>
      <w:lang w:val="en-US"/>
    </w:rPr>
  </w:style>
  <w:style w:type="paragraph" w:styleId="36">
    <w:name w:val="List Continue 3"/>
    <w:basedOn w:val="a1"/>
    <w:uiPriority w:val="99"/>
    <w:unhideWhenUsed/>
    <w:rsid w:val="00AA2478"/>
    <w:pPr>
      <w:spacing w:after="120"/>
      <w:ind w:left="1080"/>
      <w:contextualSpacing/>
      <w:jc w:val="left"/>
    </w:pPr>
    <w:rPr>
      <w:rFonts w:ascii="Cambria" w:eastAsia="MS Mincho" w:hAnsi="Cambria" w:cs="Times New Roman"/>
      <w:sz w:val="22"/>
      <w:lang w:val="en-US"/>
    </w:rPr>
  </w:style>
  <w:style w:type="paragraph" w:styleId="aff">
    <w:name w:val="macro"/>
    <w:link w:val="aff0"/>
    <w:uiPriority w:val="99"/>
    <w:unhideWhenUsed/>
    <w:rsid w:val="00AA2478"/>
    <w:pPr>
      <w:tabs>
        <w:tab w:val="left" w:pos="576"/>
        <w:tab w:val="left" w:pos="1152"/>
        <w:tab w:val="left" w:pos="1728"/>
        <w:tab w:val="left" w:pos="2304"/>
        <w:tab w:val="left" w:pos="2880"/>
        <w:tab w:val="left" w:pos="3456"/>
        <w:tab w:val="left" w:pos="4032"/>
      </w:tabs>
    </w:pPr>
    <w:rPr>
      <w:rFonts w:ascii="Courier" w:eastAsia="MS Mincho" w:hAnsi="Courier" w:cs="Times New Roman"/>
      <w:sz w:val="20"/>
      <w:szCs w:val="20"/>
      <w:lang w:val="en-US"/>
    </w:rPr>
  </w:style>
  <w:style w:type="character" w:customStyle="1" w:styleId="aff0">
    <w:name w:val="Текст макроса Знак"/>
    <w:basedOn w:val="a2"/>
    <w:link w:val="aff"/>
    <w:uiPriority w:val="99"/>
    <w:rsid w:val="00AA2478"/>
    <w:rPr>
      <w:rFonts w:ascii="Courier" w:eastAsia="MS Mincho" w:hAnsi="Courier" w:cs="Times New Roman"/>
      <w:sz w:val="20"/>
      <w:szCs w:val="20"/>
      <w:lang w:val="en-US"/>
    </w:rPr>
  </w:style>
  <w:style w:type="paragraph" w:styleId="27">
    <w:name w:val="Quote"/>
    <w:basedOn w:val="a1"/>
    <w:next w:val="a1"/>
    <w:link w:val="28"/>
    <w:uiPriority w:val="29"/>
    <w:qFormat/>
    <w:rsid w:val="00AA2478"/>
    <w:pPr>
      <w:jc w:val="left"/>
    </w:pPr>
    <w:rPr>
      <w:rFonts w:ascii="Cambria" w:eastAsia="MS Mincho" w:hAnsi="Cambria" w:cs="Times New Roman"/>
      <w:i/>
      <w:iCs/>
      <w:color w:val="000000"/>
      <w:sz w:val="22"/>
      <w:lang w:val="en-US"/>
    </w:rPr>
  </w:style>
  <w:style w:type="character" w:customStyle="1" w:styleId="28">
    <w:name w:val="Цитата 2 Знак"/>
    <w:basedOn w:val="a2"/>
    <w:link w:val="27"/>
    <w:uiPriority w:val="29"/>
    <w:rsid w:val="00AA2478"/>
    <w:rPr>
      <w:rFonts w:ascii="Cambria" w:eastAsia="MS Mincho" w:hAnsi="Cambria" w:cs="Times New Roman"/>
      <w:i/>
      <w:iCs/>
      <w:color w:val="000000"/>
      <w:lang w:val="en-US"/>
    </w:rPr>
  </w:style>
  <w:style w:type="paragraph" w:styleId="aff1">
    <w:name w:val="caption"/>
    <w:basedOn w:val="a1"/>
    <w:next w:val="a1"/>
    <w:uiPriority w:val="35"/>
    <w:semiHidden/>
    <w:unhideWhenUsed/>
    <w:qFormat/>
    <w:rsid w:val="00AA2478"/>
    <w:pPr>
      <w:spacing w:line="240" w:lineRule="auto"/>
      <w:jc w:val="left"/>
    </w:pPr>
    <w:rPr>
      <w:rFonts w:ascii="Cambria" w:eastAsia="MS Mincho" w:hAnsi="Cambria" w:cs="Times New Roman"/>
      <w:b/>
      <w:bCs/>
      <w:color w:val="4F81BD"/>
      <w:sz w:val="18"/>
      <w:szCs w:val="18"/>
      <w:lang w:val="en-US"/>
    </w:rPr>
  </w:style>
  <w:style w:type="character" w:styleId="aff2">
    <w:name w:val="Strong"/>
    <w:basedOn w:val="a2"/>
    <w:uiPriority w:val="22"/>
    <w:qFormat/>
    <w:rsid w:val="00AA2478"/>
    <w:rPr>
      <w:b/>
      <w:bCs/>
    </w:rPr>
  </w:style>
  <w:style w:type="character" w:styleId="aff3">
    <w:name w:val="Emphasis"/>
    <w:basedOn w:val="a2"/>
    <w:uiPriority w:val="20"/>
    <w:qFormat/>
    <w:rsid w:val="00AA2478"/>
    <w:rPr>
      <w:i/>
      <w:iCs/>
    </w:rPr>
  </w:style>
  <w:style w:type="paragraph" w:styleId="aff4">
    <w:name w:val="Intense Quote"/>
    <w:basedOn w:val="a1"/>
    <w:next w:val="a1"/>
    <w:link w:val="aff5"/>
    <w:uiPriority w:val="30"/>
    <w:qFormat/>
    <w:rsid w:val="00AA2478"/>
    <w:pPr>
      <w:pBdr>
        <w:bottom w:val="single" w:sz="4" w:space="4" w:color="4F81BD"/>
      </w:pBdr>
      <w:spacing w:before="200" w:after="280"/>
      <w:ind w:left="936" w:right="936"/>
      <w:jc w:val="left"/>
    </w:pPr>
    <w:rPr>
      <w:rFonts w:ascii="Cambria" w:eastAsia="MS Mincho" w:hAnsi="Cambria" w:cs="Times New Roman"/>
      <w:b/>
      <w:bCs/>
      <w:i/>
      <w:iCs/>
      <w:color w:val="4F81BD"/>
      <w:sz w:val="22"/>
      <w:lang w:val="en-US"/>
    </w:rPr>
  </w:style>
  <w:style w:type="character" w:customStyle="1" w:styleId="aff5">
    <w:name w:val="Выделенная цитата Знак"/>
    <w:basedOn w:val="a2"/>
    <w:link w:val="aff4"/>
    <w:uiPriority w:val="30"/>
    <w:rsid w:val="00AA2478"/>
    <w:rPr>
      <w:rFonts w:ascii="Cambria" w:eastAsia="MS Mincho" w:hAnsi="Cambria" w:cs="Times New Roman"/>
      <w:b/>
      <w:bCs/>
      <w:i/>
      <w:iCs/>
      <w:color w:val="4F81BD"/>
      <w:lang w:val="en-US"/>
    </w:rPr>
  </w:style>
  <w:style w:type="character" w:styleId="aff6">
    <w:name w:val="Subtle Emphasis"/>
    <w:basedOn w:val="a2"/>
    <w:uiPriority w:val="19"/>
    <w:qFormat/>
    <w:rsid w:val="00AA2478"/>
    <w:rPr>
      <w:i/>
      <w:iCs/>
      <w:color w:val="808080"/>
    </w:rPr>
  </w:style>
  <w:style w:type="character" w:styleId="aff7">
    <w:name w:val="Intense Emphasis"/>
    <w:basedOn w:val="a2"/>
    <w:uiPriority w:val="21"/>
    <w:qFormat/>
    <w:rsid w:val="00AA2478"/>
    <w:rPr>
      <w:b/>
      <w:bCs/>
      <w:i/>
      <w:iCs/>
      <w:color w:val="4F81BD"/>
    </w:rPr>
  </w:style>
  <w:style w:type="character" w:styleId="aff8">
    <w:name w:val="Subtle Reference"/>
    <w:basedOn w:val="a2"/>
    <w:uiPriority w:val="31"/>
    <w:qFormat/>
    <w:rsid w:val="00AA2478"/>
    <w:rPr>
      <w:smallCaps/>
      <w:color w:val="C0504D"/>
      <w:u w:val="single"/>
    </w:rPr>
  </w:style>
  <w:style w:type="character" w:styleId="aff9">
    <w:name w:val="Intense Reference"/>
    <w:basedOn w:val="a2"/>
    <w:uiPriority w:val="32"/>
    <w:qFormat/>
    <w:rsid w:val="00AA2478"/>
    <w:rPr>
      <w:b/>
      <w:bCs/>
      <w:smallCaps/>
      <w:color w:val="C0504D"/>
      <w:spacing w:val="5"/>
      <w:u w:val="single"/>
    </w:rPr>
  </w:style>
  <w:style w:type="character" w:styleId="affa">
    <w:name w:val="Book Title"/>
    <w:basedOn w:val="a2"/>
    <w:uiPriority w:val="33"/>
    <w:qFormat/>
    <w:rsid w:val="00AA2478"/>
    <w:rPr>
      <w:b/>
      <w:bCs/>
      <w:smallCaps/>
      <w:spacing w:val="5"/>
    </w:rPr>
  </w:style>
  <w:style w:type="paragraph" w:styleId="affb">
    <w:name w:val="TOC Heading"/>
    <w:basedOn w:val="1"/>
    <w:next w:val="a1"/>
    <w:uiPriority w:val="39"/>
    <w:semiHidden/>
    <w:unhideWhenUsed/>
    <w:qFormat/>
    <w:rsid w:val="00AA2478"/>
    <w:pPr>
      <w:outlineLvl w:val="9"/>
    </w:pPr>
  </w:style>
  <w:style w:type="table" w:customStyle="1" w:styleId="29">
    <w:name w:val="Сетка таблицы2"/>
    <w:basedOn w:val="a3"/>
    <w:next w:val="af1"/>
    <w:uiPriority w:val="59"/>
    <w:rsid w:val="00AA2478"/>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ветлая заливка1"/>
    <w:basedOn w:val="a3"/>
    <w:uiPriority w:val="60"/>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uiPriority w:val="60"/>
    <w:rsid w:val="00AA2478"/>
    <w:pPr>
      <w:spacing w:after="0" w:line="240" w:lineRule="auto"/>
    </w:pPr>
    <w:rPr>
      <w:rFonts w:ascii="Cambria" w:eastAsia="MS Mincho" w:hAnsi="Cambria"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AA2478"/>
    <w:pPr>
      <w:spacing w:after="0" w:line="240" w:lineRule="auto"/>
    </w:pPr>
    <w:rPr>
      <w:rFonts w:ascii="Cambria" w:eastAsia="MS Mincho" w:hAnsi="Cambria"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AA2478"/>
    <w:pPr>
      <w:spacing w:after="0" w:line="240" w:lineRule="auto"/>
    </w:pPr>
    <w:rPr>
      <w:rFonts w:ascii="Cambria" w:eastAsia="MS Mincho" w:hAnsi="Cambria"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AA2478"/>
    <w:pPr>
      <w:spacing w:after="0" w:line="240" w:lineRule="auto"/>
    </w:pPr>
    <w:rPr>
      <w:rFonts w:ascii="Cambria" w:eastAsia="MS Mincho" w:hAnsi="Cambria" w:cs="Times New Roman"/>
      <w:color w:val="5F497A"/>
      <w:sz w:val="20"/>
      <w:szCs w:val="20"/>
      <w:lang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AA2478"/>
    <w:pPr>
      <w:spacing w:after="0" w:line="240" w:lineRule="auto"/>
    </w:pPr>
    <w:rPr>
      <w:rFonts w:ascii="Cambria" w:eastAsia="MS Mincho" w:hAnsi="Cambria"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AA2478"/>
    <w:pPr>
      <w:spacing w:after="0" w:line="240" w:lineRule="auto"/>
    </w:pPr>
    <w:rPr>
      <w:rFonts w:ascii="Cambria" w:eastAsia="MS Mincho" w:hAnsi="Cambria"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5">
    <w:name w:val="Светлый список1"/>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6">
    <w:name w:val="Светлая сетка1"/>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0">
    <w:name w:val="Средняя заливка 21"/>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1">
    <w:name w:val="Средний список 21"/>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2">
    <w:name w:val="Средняя сетка 21"/>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0">
    <w:name w:val="Medium Grid 2 Accent 1"/>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0">
    <w:name w:val="Средняя сетка 31"/>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7">
    <w:name w:val="Темный список1"/>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
    <w:name w:val="Dark List Accent 1"/>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8">
    <w:name w:val="Цветная заливка1"/>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0">
    <w:name w:val="Colorful Shading Accent 1"/>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9">
    <w:name w:val="Цветной список1"/>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2">
    <w:name w:val="Colorful List Accent 1"/>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a">
    <w:name w:val="Цветная сетка1"/>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3">
    <w:name w:val="Colorful Grid Accent 1"/>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D60EA"/>
    <w:pPr>
      <w:jc w:val="both"/>
    </w:pPr>
    <w:rPr>
      <w:rFonts w:ascii="Times New Roman" w:hAnsi="Times New Roman"/>
      <w:sz w:val="28"/>
    </w:rPr>
  </w:style>
  <w:style w:type="paragraph" w:styleId="1">
    <w:name w:val="heading 1"/>
    <w:basedOn w:val="a1"/>
    <w:next w:val="a1"/>
    <w:link w:val="10"/>
    <w:uiPriority w:val="9"/>
    <w:qFormat/>
    <w:rsid w:val="00AA2478"/>
    <w:pPr>
      <w:keepNext/>
      <w:keepLines/>
      <w:spacing w:before="480" w:after="0"/>
      <w:jc w:val="left"/>
      <w:outlineLvl w:val="0"/>
    </w:pPr>
    <w:rPr>
      <w:rFonts w:ascii="Calibri" w:eastAsia="MS Gothic" w:hAnsi="Calibri" w:cs="Times New Roman"/>
      <w:b/>
      <w:bCs/>
      <w:color w:val="365F91"/>
      <w:szCs w:val="28"/>
      <w:lang w:val="en-US"/>
    </w:rPr>
  </w:style>
  <w:style w:type="paragraph" w:styleId="21">
    <w:name w:val="heading 2"/>
    <w:basedOn w:val="a1"/>
    <w:next w:val="a1"/>
    <w:link w:val="22"/>
    <w:uiPriority w:val="9"/>
    <w:unhideWhenUsed/>
    <w:qFormat/>
    <w:rsid w:val="00AA2478"/>
    <w:pPr>
      <w:keepNext/>
      <w:keepLines/>
      <w:spacing w:before="200" w:after="0"/>
      <w:jc w:val="left"/>
      <w:outlineLvl w:val="1"/>
    </w:pPr>
    <w:rPr>
      <w:rFonts w:ascii="Calibri" w:eastAsia="MS Gothic" w:hAnsi="Calibri" w:cs="Times New Roman"/>
      <w:b/>
      <w:bCs/>
      <w:color w:val="4F81BD"/>
      <w:sz w:val="26"/>
      <w:szCs w:val="26"/>
      <w:lang w:val="en-US"/>
    </w:rPr>
  </w:style>
  <w:style w:type="paragraph" w:styleId="31">
    <w:name w:val="heading 3"/>
    <w:basedOn w:val="a1"/>
    <w:link w:val="32"/>
    <w:uiPriority w:val="9"/>
    <w:qFormat/>
    <w:rsid w:val="00ED1446"/>
    <w:pPr>
      <w:spacing w:before="100" w:beforeAutospacing="1" w:after="100" w:afterAutospacing="1" w:line="240" w:lineRule="auto"/>
      <w:jc w:val="left"/>
      <w:outlineLvl w:val="2"/>
    </w:pPr>
    <w:rPr>
      <w:rFonts w:eastAsia="Times New Roman" w:cs="Times New Roman"/>
      <w:b/>
      <w:bCs/>
      <w:sz w:val="27"/>
      <w:szCs w:val="27"/>
      <w:lang w:eastAsia="ru-RU"/>
    </w:rPr>
  </w:style>
  <w:style w:type="paragraph" w:styleId="4">
    <w:name w:val="heading 4"/>
    <w:basedOn w:val="a1"/>
    <w:next w:val="a1"/>
    <w:link w:val="40"/>
    <w:uiPriority w:val="9"/>
    <w:semiHidden/>
    <w:unhideWhenUsed/>
    <w:qFormat/>
    <w:rsid w:val="00AA2478"/>
    <w:pPr>
      <w:keepNext/>
      <w:keepLines/>
      <w:spacing w:before="200" w:after="0"/>
      <w:jc w:val="left"/>
      <w:outlineLvl w:val="3"/>
    </w:pPr>
    <w:rPr>
      <w:rFonts w:ascii="Calibri" w:eastAsia="MS Gothic" w:hAnsi="Calibri" w:cs="Times New Roman"/>
      <w:b/>
      <w:bCs/>
      <w:i/>
      <w:iCs/>
      <w:color w:val="4F81BD"/>
      <w:sz w:val="22"/>
      <w:lang w:val="en-US"/>
    </w:rPr>
  </w:style>
  <w:style w:type="paragraph" w:styleId="5">
    <w:name w:val="heading 5"/>
    <w:basedOn w:val="a1"/>
    <w:next w:val="a1"/>
    <w:link w:val="50"/>
    <w:uiPriority w:val="9"/>
    <w:semiHidden/>
    <w:unhideWhenUsed/>
    <w:qFormat/>
    <w:rsid w:val="00AA2478"/>
    <w:pPr>
      <w:keepNext/>
      <w:keepLines/>
      <w:spacing w:before="200" w:after="0"/>
      <w:jc w:val="left"/>
      <w:outlineLvl w:val="4"/>
    </w:pPr>
    <w:rPr>
      <w:rFonts w:ascii="Calibri" w:eastAsia="MS Gothic" w:hAnsi="Calibri" w:cs="Times New Roman"/>
      <w:color w:val="243F60"/>
      <w:sz w:val="22"/>
      <w:lang w:val="en-US"/>
    </w:rPr>
  </w:style>
  <w:style w:type="paragraph" w:styleId="6">
    <w:name w:val="heading 6"/>
    <w:basedOn w:val="a1"/>
    <w:next w:val="a1"/>
    <w:link w:val="60"/>
    <w:uiPriority w:val="9"/>
    <w:semiHidden/>
    <w:unhideWhenUsed/>
    <w:qFormat/>
    <w:rsid w:val="00AA2478"/>
    <w:pPr>
      <w:keepNext/>
      <w:keepLines/>
      <w:spacing w:before="200" w:after="0"/>
      <w:jc w:val="left"/>
      <w:outlineLvl w:val="5"/>
    </w:pPr>
    <w:rPr>
      <w:rFonts w:ascii="Calibri" w:eastAsia="MS Gothic" w:hAnsi="Calibri" w:cs="Times New Roman"/>
      <w:i/>
      <w:iCs/>
      <w:color w:val="243F60"/>
      <w:sz w:val="22"/>
      <w:lang w:val="en-US"/>
    </w:rPr>
  </w:style>
  <w:style w:type="paragraph" w:styleId="7">
    <w:name w:val="heading 7"/>
    <w:basedOn w:val="a1"/>
    <w:next w:val="a1"/>
    <w:link w:val="70"/>
    <w:uiPriority w:val="9"/>
    <w:semiHidden/>
    <w:unhideWhenUsed/>
    <w:qFormat/>
    <w:rsid w:val="00AA2478"/>
    <w:pPr>
      <w:keepNext/>
      <w:keepLines/>
      <w:spacing w:before="200" w:after="0"/>
      <w:jc w:val="left"/>
      <w:outlineLvl w:val="6"/>
    </w:pPr>
    <w:rPr>
      <w:rFonts w:ascii="Calibri" w:eastAsia="MS Gothic" w:hAnsi="Calibri" w:cs="Times New Roman"/>
      <w:i/>
      <w:iCs/>
      <w:color w:val="404040"/>
      <w:sz w:val="22"/>
      <w:lang w:val="en-US"/>
    </w:rPr>
  </w:style>
  <w:style w:type="paragraph" w:styleId="8">
    <w:name w:val="heading 8"/>
    <w:basedOn w:val="a1"/>
    <w:next w:val="a1"/>
    <w:link w:val="80"/>
    <w:uiPriority w:val="9"/>
    <w:semiHidden/>
    <w:unhideWhenUsed/>
    <w:qFormat/>
    <w:rsid w:val="00AA2478"/>
    <w:pPr>
      <w:keepNext/>
      <w:keepLines/>
      <w:spacing w:before="200" w:after="0"/>
      <w:jc w:val="left"/>
      <w:outlineLvl w:val="7"/>
    </w:pPr>
    <w:rPr>
      <w:rFonts w:ascii="Calibri" w:eastAsia="MS Gothic" w:hAnsi="Calibri" w:cs="Times New Roman"/>
      <w:color w:val="4F81BD"/>
      <w:sz w:val="20"/>
      <w:szCs w:val="20"/>
      <w:lang w:val="en-US"/>
    </w:rPr>
  </w:style>
  <w:style w:type="paragraph" w:styleId="9">
    <w:name w:val="heading 9"/>
    <w:basedOn w:val="a1"/>
    <w:next w:val="a1"/>
    <w:link w:val="90"/>
    <w:uiPriority w:val="9"/>
    <w:semiHidden/>
    <w:unhideWhenUsed/>
    <w:qFormat/>
    <w:rsid w:val="00AA2478"/>
    <w:pPr>
      <w:keepNext/>
      <w:keepLines/>
      <w:spacing w:before="200" w:after="0"/>
      <w:jc w:val="left"/>
      <w:outlineLvl w:val="8"/>
    </w:pPr>
    <w:rPr>
      <w:rFonts w:ascii="Calibri" w:eastAsia="MS Gothic" w:hAnsi="Calibri" w:cs="Times New Roman"/>
      <w:i/>
      <w:iCs/>
      <w:color w:val="404040"/>
      <w:sz w:val="20"/>
      <w:szCs w:val="20"/>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C64F5B"/>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C64F5B"/>
    <w:rPr>
      <w:rFonts w:ascii="Segoe UI" w:hAnsi="Segoe UI" w:cs="Segoe UI"/>
      <w:sz w:val="18"/>
      <w:szCs w:val="18"/>
    </w:rPr>
  </w:style>
  <w:style w:type="character" w:styleId="a7">
    <w:name w:val="annotation reference"/>
    <w:basedOn w:val="a2"/>
    <w:uiPriority w:val="99"/>
    <w:semiHidden/>
    <w:unhideWhenUsed/>
    <w:rsid w:val="00101942"/>
    <w:rPr>
      <w:sz w:val="16"/>
      <w:szCs w:val="16"/>
    </w:rPr>
  </w:style>
  <w:style w:type="paragraph" w:styleId="a8">
    <w:name w:val="annotation text"/>
    <w:basedOn w:val="a1"/>
    <w:link w:val="a9"/>
    <w:uiPriority w:val="99"/>
    <w:semiHidden/>
    <w:unhideWhenUsed/>
    <w:rsid w:val="00101942"/>
    <w:pPr>
      <w:spacing w:line="240" w:lineRule="auto"/>
    </w:pPr>
    <w:rPr>
      <w:sz w:val="20"/>
      <w:szCs w:val="20"/>
    </w:rPr>
  </w:style>
  <w:style w:type="character" w:customStyle="1" w:styleId="a9">
    <w:name w:val="Текст примечания Знак"/>
    <w:basedOn w:val="a2"/>
    <w:link w:val="a8"/>
    <w:uiPriority w:val="99"/>
    <w:semiHidden/>
    <w:rsid w:val="00101942"/>
    <w:rPr>
      <w:rFonts w:ascii="Times New Roman" w:hAnsi="Times New Roman"/>
      <w:sz w:val="20"/>
      <w:szCs w:val="20"/>
    </w:rPr>
  </w:style>
  <w:style w:type="paragraph" w:styleId="aa">
    <w:name w:val="annotation subject"/>
    <w:basedOn w:val="a8"/>
    <w:next w:val="a8"/>
    <w:link w:val="ab"/>
    <w:uiPriority w:val="99"/>
    <w:semiHidden/>
    <w:unhideWhenUsed/>
    <w:rsid w:val="00101942"/>
    <w:rPr>
      <w:b/>
      <w:bCs/>
    </w:rPr>
  </w:style>
  <w:style w:type="character" w:customStyle="1" w:styleId="ab">
    <w:name w:val="Тема примечания Знак"/>
    <w:basedOn w:val="a9"/>
    <w:link w:val="aa"/>
    <w:uiPriority w:val="99"/>
    <w:semiHidden/>
    <w:rsid w:val="00101942"/>
    <w:rPr>
      <w:rFonts w:ascii="Times New Roman" w:hAnsi="Times New Roman"/>
      <w:b/>
      <w:bCs/>
      <w:sz w:val="20"/>
      <w:szCs w:val="20"/>
    </w:rPr>
  </w:style>
  <w:style w:type="paragraph" w:styleId="ac">
    <w:name w:val="List Paragraph"/>
    <w:basedOn w:val="a1"/>
    <w:uiPriority w:val="34"/>
    <w:qFormat/>
    <w:rsid w:val="001B52D6"/>
    <w:pPr>
      <w:ind w:left="720"/>
      <w:contextualSpacing/>
    </w:pPr>
  </w:style>
  <w:style w:type="paragraph" w:styleId="ad">
    <w:name w:val="header"/>
    <w:basedOn w:val="a1"/>
    <w:link w:val="ae"/>
    <w:uiPriority w:val="99"/>
    <w:unhideWhenUsed/>
    <w:rsid w:val="00B104CA"/>
    <w:pPr>
      <w:tabs>
        <w:tab w:val="center" w:pos="4677"/>
        <w:tab w:val="right" w:pos="9355"/>
      </w:tabs>
      <w:spacing w:after="0" w:line="240" w:lineRule="auto"/>
    </w:pPr>
  </w:style>
  <w:style w:type="character" w:customStyle="1" w:styleId="ae">
    <w:name w:val="Верхний колонтитул Знак"/>
    <w:basedOn w:val="a2"/>
    <w:link w:val="ad"/>
    <w:uiPriority w:val="99"/>
    <w:rsid w:val="00B104CA"/>
    <w:rPr>
      <w:rFonts w:ascii="Times New Roman" w:hAnsi="Times New Roman"/>
      <w:sz w:val="28"/>
    </w:rPr>
  </w:style>
  <w:style w:type="paragraph" w:styleId="af">
    <w:name w:val="footer"/>
    <w:basedOn w:val="a1"/>
    <w:link w:val="af0"/>
    <w:uiPriority w:val="99"/>
    <w:unhideWhenUsed/>
    <w:rsid w:val="00B104CA"/>
    <w:pPr>
      <w:tabs>
        <w:tab w:val="center" w:pos="4677"/>
        <w:tab w:val="right" w:pos="9355"/>
      </w:tabs>
      <w:spacing w:after="0" w:line="240" w:lineRule="auto"/>
    </w:pPr>
  </w:style>
  <w:style w:type="character" w:customStyle="1" w:styleId="af0">
    <w:name w:val="Нижний колонтитул Знак"/>
    <w:basedOn w:val="a2"/>
    <w:link w:val="af"/>
    <w:uiPriority w:val="99"/>
    <w:rsid w:val="00B104CA"/>
    <w:rPr>
      <w:rFonts w:ascii="Times New Roman" w:hAnsi="Times New Roman"/>
      <w:sz w:val="28"/>
    </w:rPr>
  </w:style>
  <w:style w:type="character" w:customStyle="1" w:styleId="phone">
    <w:name w:val="phone"/>
    <w:basedOn w:val="a2"/>
    <w:rsid w:val="000E7201"/>
  </w:style>
  <w:style w:type="character" w:customStyle="1" w:styleId="quetip">
    <w:name w:val="quetip"/>
    <w:basedOn w:val="a2"/>
    <w:rsid w:val="000E7201"/>
  </w:style>
  <w:style w:type="table" w:styleId="af1">
    <w:name w:val="Table Grid"/>
    <w:basedOn w:val="a3"/>
    <w:uiPriority w:val="59"/>
    <w:rsid w:val="000E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3"/>
    <w:next w:val="af1"/>
    <w:uiPriority w:val="59"/>
    <w:rsid w:val="000E72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2"/>
    <w:uiPriority w:val="99"/>
    <w:unhideWhenUsed/>
    <w:rsid w:val="000E7201"/>
    <w:rPr>
      <w:color w:val="0000FF" w:themeColor="hyperlink"/>
      <w:u w:val="single"/>
    </w:rPr>
  </w:style>
  <w:style w:type="paragraph" w:customStyle="1" w:styleId="af3">
    <w:name w:val="Слева_Т"/>
    <w:basedOn w:val="a1"/>
    <w:link w:val="af4"/>
    <w:qFormat/>
    <w:rsid w:val="000E7201"/>
    <w:pPr>
      <w:spacing w:after="0" w:line="360" w:lineRule="auto"/>
      <w:jc w:val="left"/>
    </w:pPr>
    <w:rPr>
      <w:rFonts w:cs="Times New Roman"/>
      <w:sz w:val="24"/>
      <w:szCs w:val="24"/>
    </w:rPr>
  </w:style>
  <w:style w:type="character" w:customStyle="1" w:styleId="af4">
    <w:name w:val="Слева_Т Знак"/>
    <w:basedOn w:val="a2"/>
    <w:link w:val="af3"/>
    <w:rsid w:val="000E7201"/>
    <w:rPr>
      <w:rFonts w:ascii="Times New Roman" w:hAnsi="Times New Roman" w:cs="Times New Roman"/>
      <w:sz w:val="24"/>
      <w:szCs w:val="24"/>
    </w:rPr>
  </w:style>
  <w:style w:type="paragraph" w:customStyle="1" w:styleId="Default">
    <w:name w:val="Default"/>
    <w:rsid w:val="000E720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rsid w:val="000E7201"/>
    <w:pPr>
      <w:spacing w:before="100" w:beforeAutospacing="1" w:after="100" w:afterAutospacing="1" w:line="240" w:lineRule="auto"/>
      <w:jc w:val="left"/>
    </w:pPr>
    <w:rPr>
      <w:rFonts w:ascii="Tahoma" w:eastAsia="Times New Roman" w:hAnsi="Tahoma" w:cs="Tahoma"/>
      <w:sz w:val="20"/>
      <w:szCs w:val="20"/>
      <w:lang w:val="en-US"/>
    </w:rPr>
  </w:style>
  <w:style w:type="character" w:customStyle="1" w:styleId="32">
    <w:name w:val="Заголовок 3 Знак"/>
    <w:basedOn w:val="a2"/>
    <w:link w:val="31"/>
    <w:uiPriority w:val="9"/>
    <w:rsid w:val="00ED1446"/>
    <w:rPr>
      <w:rFonts w:ascii="Times New Roman" w:eastAsia="Times New Roman" w:hAnsi="Times New Roman" w:cs="Times New Roman"/>
      <w:b/>
      <w:bCs/>
      <w:sz w:val="27"/>
      <w:szCs w:val="27"/>
      <w:lang w:eastAsia="ru-RU"/>
    </w:rPr>
  </w:style>
  <w:style w:type="character" w:customStyle="1" w:styleId="inline-block">
    <w:name w:val="inline-block"/>
    <w:basedOn w:val="a2"/>
    <w:rsid w:val="00ED1446"/>
  </w:style>
  <w:style w:type="character" w:styleId="af5">
    <w:name w:val="FollowedHyperlink"/>
    <w:basedOn w:val="a2"/>
    <w:uiPriority w:val="99"/>
    <w:semiHidden/>
    <w:unhideWhenUsed/>
    <w:rsid w:val="00AA2478"/>
    <w:rPr>
      <w:color w:val="800080" w:themeColor="followedHyperlink"/>
      <w:u w:val="single"/>
    </w:rPr>
  </w:style>
  <w:style w:type="character" w:customStyle="1" w:styleId="10">
    <w:name w:val="Заголовок 1 Знак"/>
    <w:basedOn w:val="a2"/>
    <w:link w:val="1"/>
    <w:uiPriority w:val="9"/>
    <w:rsid w:val="00AA2478"/>
    <w:rPr>
      <w:rFonts w:ascii="Calibri" w:eastAsia="MS Gothic" w:hAnsi="Calibri" w:cs="Times New Roman"/>
      <w:b/>
      <w:bCs/>
      <w:color w:val="365F91"/>
      <w:sz w:val="28"/>
      <w:szCs w:val="28"/>
      <w:lang w:val="en-US"/>
    </w:rPr>
  </w:style>
  <w:style w:type="character" w:customStyle="1" w:styleId="22">
    <w:name w:val="Заголовок 2 Знак"/>
    <w:basedOn w:val="a2"/>
    <w:link w:val="21"/>
    <w:uiPriority w:val="9"/>
    <w:rsid w:val="00AA2478"/>
    <w:rPr>
      <w:rFonts w:ascii="Calibri" w:eastAsia="MS Gothic" w:hAnsi="Calibri" w:cs="Times New Roman"/>
      <w:b/>
      <w:bCs/>
      <w:color w:val="4F81BD"/>
      <w:sz w:val="26"/>
      <w:szCs w:val="26"/>
      <w:lang w:val="en-US"/>
    </w:rPr>
  </w:style>
  <w:style w:type="character" w:customStyle="1" w:styleId="40">
    <w:name w:val="Заголовок 4 Знак"/>
    <w:basedOn w:val="a2"/>
    <w:link w:val="4"/>
    <w:uiPriority w:val="9"/>
    <w:semiHidden/>
    <w:rsid w:val="00AA2478"/>
    <w:rPr>
      <w:rFonts w:ascii="Calibri" w:eastAsia="MS Gothic" w:hAnsi="Calibri" w:cs="Times New Roman"/>
      <w:b/>
      <w:bCs/>
      <w:i/>
      <w:iCs/>
      <w:color w:val="4F81BD"/>
      <w:lang w:val="en-US"/>
    </w:rPr>
  </w:style>
  <w:style w:type="character" w:customStyle="1" w:styleId="50">
    <w:name w:val="Заголовок 5 Знак"/>
    <w:basedOn w:val="a2"/>
    <w:link w:val="5"/>
    <w:uiPriority w:val="9"/>
    <w:semiHidden/>
    <w:rsid w:val="00AA2478"/>
    <w:rPr>
      <w:rFonts w:ascii="Calibri" w:eastAsia="MS Gothic" w:hAnsi="Calibri" w:cs="Times New Roman"/>
      <w:color w:val="243F60"/>
      <w:lang w:val="en-US"/>
    </w:rPr>
  </w:style>
  <w:style w:type="character" w:customStyle="1" w:styleId="60">
    <w:name w:val="Заголовок 6 Знак"/>
    <w:basedOn w:val="a2"/>
    <w:link w:val="6"/>
    <w:uiPriority w:val="9"/>
    <w:semiHidden/>
    <w:rsid w:val="00AA2478"/>
    <w:rPr>
      <w:rFonts w:ascii="Calibri" w:eastAsia="MS Gothic" w:hAnsi="Calibri" w:cs="Times New Roman"/>
      <w:i/>
      <w:iCs/>
      <w:color w:val="243F60"/>
      <w:lang w:val="en-US"/>
    </w:rPr>
  </w:style>
  <w:style w:type="character" w:customStyle="1" w:styleId="70">
    <w:name w:val="Заголовок 7 Знак"/>
    <w:basedOn w:val="a2"/>
    <w:link w:val="7"/>
    <w:uiPriority w:val="9"/>
    <w:semiHidden/>
    <w:rsid w:val="00AA2478"/>
    <w:rPr>
      <w:rFonts w:ascii="Calibri" w:eastAsia="MS Gothic" w:hAnsi="Calibri" w:cs="Times New Roman"/>
      <w:i/>
      <w:iCs/>
      <w:color w:val="404040"/>
      <w:lang w:val="en-US"/>
    </w:rPr>
  </w:style>
  <w:style w:type="character" w:customStyle="1" w:styleId="80">
    <w:name w:val="Заголовок 8 Знак"/>
    <w:basedOn w:val="a2"/>
    <w:link w:val="8"/>
    <w:uiPriority w:val="9"/>
    <w:semiHidden/>
    <w:rsid w:val="00AA2478"/>
    <w:rPr>
      <w:rFonts w:ascii="Calibri" w:eastAsia="MS Gothic" w:hAnsi="Calibri" w:cs="Times New Roman"/>
      <w:color w:val="4F81BD"/>
      <w:sz w:val="20"/>
      <w:szCs w:val="20"/>
      <w:lang w:val="en-US"/>
    </w:rPr>
  </w:style>
  <w:style w:type="character" w:customStyle="1" w:styleId="90">
    <w:name w:val="Заголовок 9 Знак"/>
    <w:basedOn w:val="a2"/>
    <w:link w:val="9"/>
    <w:uiPriority w:val="9"/>
    <w:semiHidden/>
    <w:rsid w:val="00AA2478"/>
    <w:rPr>
      <w:rFonts w:ascii="Calibri" w:eastAsia="MS Gothic" w:hAnsi="Calibri" w:cs="Times New Roman"/>
      <w:i/>
      <w:iCs/>
      <w:color w:val="404040"/>
      <w:sz w:val="20"/>
      <w:szCs w:val="20"/>
      <w:lang w:val="en-US"/>
    </w:rPr>
  </w:style>
  <w:style w:type="numbering" w:customStyle="1" w:styleId="13">
    <w:name w:val="Нет списка1"/>
    <w:next w:val="a4"/>
    <w:uiPriority w:val="99"/>
    <w:semiHidden/>
    <w:unhideWhenUsed/>
    <w:rsid w:val="00AA2478"/>
  </w:style>
  <w:style w:type="paragraph" w:styleId="af6">
    <w:name w:val="No Spacing"/>
    <w:uiPriority w:val="1"/>
    <w:qFormat/>
    <w:rsid w:val="00AA2478"/>
    <w:pPr>
      <w:spacing w:after="0" w:line="240" w:lineRule="auto"/>
    </w:pPr>
    <w:rPr>
      <w:rFonts w:ascii="Cambria" w:eastAsia="MS Mincho" w:hAnsi="Cambria" w:cs="Times New Roman"/>
      <w:lang w:val="en-US"/>
    </w:rPr>
  </w:style>
  <w:style w:type="paragraph" w:styleId="af7">
    <w:name w:val="Title"/>
    <w:basedOn w:val="a1"/>
    <w:next w:val="a1"/>
    <w:link w:val="af8"/>
    <w:uiPriority w:val="10"/>
    <w:qFormat/>
    <w:rsid w:val="00AA2478"/>
    <w:pPr>
      <w:pBdr>
        <w:bottom w:val="single" w:sz="8" w:space="4" w:color="4F81BD"/>
      </w:pBdr>
      <w:spacing w:after="300" w:line="240" w:lineRule="auto"/>
      <w:contextualSpacing/>
      <w:jc w:val="left"/>
    </w:pPr>
    <w:rPr>
      <w:rFonts w:ascii="Calibri" w:eastAsia="MS Gothic" w:hAnsi="Calibri" w:cs="Times New Roman"/>
      <w:color w:val="17365D"/>
      <w:spacing w:val="5"/>
      <w:kern w:val="28"/>
      <w:sz w:val="52"/>
      <w:szCs w:val="52"/>
      <w:lang w:val="en-US"/>
    </w:rPr>
  </w:style>
  <w:style w:type="character" w:customStyle="1" w:styleId="af8">
    <w:name w:val="Название Знак"/>
    <w:basedOn w:val="a2"/>
    <w:link w:val="af7"/>
    <w:uiPriority w:val="10"/>
    <w:rsid w:val="00AA2478"/>
    <w:rPr>
      <w:rFonts w:ascii="Calibri" w:eastAsia="MS Gothic" w:hAnsi="Calibri" w:cs="Times New Roman"/>
      <w:color w:val="17365D"/>
      <w:spacing w:val="5"/>
      <w:kern w:val="28"/>
      <w:sz w:val="52"/>
      <w:szCs w:val="52"/>
      <w:lang w:val="en-US"/>
    </w:rPr>
  </w:style>
  <w:style w:type="paragraph" w:styleId="af9">
    <w:name w:val="Subtitle"/>
    <w:basedOn w:val="a1"/>
    <w:next w:val="a1"/>
    <w:link w:val="afa"/>
    <w:uiPriority w:val="11"/>
    <w:qFormat/>
    <w:rsid w:val="00AA2478"/>
    <w:pPr>
      <w:numPr>
        <w:ilvl w:val="1"/>
      </w:numPr>
      <w:jc w:val="left"/>
    </w:pPr>
    <w:rPr>
      <w:rFonts w:ascii="Calibri" w:eastAsia="MS Gothic" w:hAnsi="Calibri" w:cs="Times New Roman"/>
      <w:i/>
      <w:iCs/>
      <w:color w:val="4F81BD"/>
      <w:spacing w:val="15"/>
      <w:sz w:val="24"/>
      <w:szCs w:val="24"/>
      <w:lang w:val="en-US"/>
    </w:rPr>
  </w:style>
  <w:style w:type="character" w:customStyle="1" w:styleId="afa">
    <w:name w:val="Подзаголовок Знак"/>
    <w:basedOn w:val="a2"/>
    <w:link w:val="af9"/>
    <w:uiPriority w:val="11"/>
    <w:rsid w:val="00AA2478"/>
    <w:rPr>
      <w:rFonts w:ascii="Calibri" w:eastAsia="MS Gothic" w:hAnsi="Calibri" w:cs="Times New Roman"/>
      <w:i/>
      <w:iCs/>
      <w:color w:val="4F81BD"/>
      <w:spacing w:val="15"/>
      <w:sz w:val="24"/>
      <w:szCs w:val="24"/>
      <w:lang w:val="en-US"/>
    </w:rPr>
  </w:style>
  <w:style w:type="paragraph" w:styleId="afb">
    <w:name w:val="Body Text"/>
    <w:basedOn w:val="a1"/>
    <w:link w:val="afc"/>
    <w:uiPriority w:val="99"/>
    <w:unhideWhenUsed/>
    <w:rsid w:val="00AA2478"/>
    <w:pPr>
      <w:spacing w:after="120"/>
      <w:jc w:val="left"/>
    </w:pPr>
    <w:rPr>
      <w:rFonts w:ascii="Cambria" w:eastAsia="MS Mincho" w:hAnsi="Cambria" w:cs="Times New Roman"/>
      <w:sz w:val="22"/>
      <w:lang w:val="en-US"/>
    </w:rPr>
  </w:style>
  <w:style w:type="character" w:customStyle="1" w:styleId="afc">
    <w:name w:val="Основной текст Знак"/>
    <w:basedOn w:val="a2"/>
    <w:link w:val="afb"/>
    <w:uiPriority w:val="99"/>
    <w:rsid w:val="00AA2478"/>
    <w:rPr>
      <w:rFonts w:ascii="Cambria" w:eastAsia="MS Mincho" w:hAnsi="Cambria" w:cs="Times New Roman"/>
      <w:lang w:val="en-US"/>
    </w:rPr>
  </w:style>
  <w:style w:type="paragraph" w:styleId="23">
    <w:name w:val="Body Text 2"/>
    <w:basedOn w:val="a1"/>
    <w:link w:val="24"/>
    <w:uiPriority w:val="99"/>
    <w:unhideWhenUsed/>
    <w:rsid w:val="00AA2478"/>
    <w:pPr>
      <w:spacing w:after="120" w:line="480" w:lineRule="auto"/>
      <w:jc w:val="left"/>
    </w:pPr>
    <w:rPr>
      <w:rFonts w:ascii="Cambria" w:eastAsia="MS Mincho" w:hAnsi="Cambria" w:cs="Times New Roman"/>
      <w:sz w:val="22"/>
      <w:lang w:val="en-US"/>
    </w:rPr>
  </w:style>
  <w:style w:type="character" w:customStyle="1" w:styleId="24">
    <w:name w:val="Основной текст 2 Знак"/>
    <w:basedOn w:val="a2"/>
    <w:link w:val="23"/>
    <w:uiPriority w:val="99"/>
    <w:rsid w:val="00AA2478"/>
    <w:rPr>
      <w:rFonts w:ascii="Cambria" w:eastAsia="MS Mincho" w:hAnsi="Cambria" w:cs="Times New Roman"/>
      <w:lang w:val="en-US"/>
    </w:rPr>
  </w:style>
  <w:style w:type="paragraph" w:styleId="33">
    <w:name w:val="Body Text 3"/>
    <w:basedOn w:val="a1"/>
    <w:link w:val="34"/>
    <w:uiPriority w:val="99"/>
    <w:unhideWhenUsed/>
    <w:rsid w:val="00AA2478"/>
    <w:pPr>
      <w:spacing w:after="120"/>
      <w:jc w:val="left"/>
    </w:pPr>
    <w:rPr>
      <w:rFonts w:ascii="Cambria" w:eastAsia="MS Mincho" w:hAnsi="Cambria" w:cs="Times New Roman"/>
      <w:sz w:val="16"/>
      <w:szCs w:val="16"/>
      <w:lang w:val="en-US"/>
    </w:rPr>
  </w:style>
  <w:style w:type="character" w:customStyle="1" w:styleId="34">
    <w:name w:val="Основной текст 3 Знак"/>
    <w:basedOn w:val="a2"/>
    <w:link w:val="33"/>
    <w:uiPriority w:val="99"/>
    <w:rsid w:val="00AA2478"/>
    <w:rPr>
      <w:rFonts w:ascii="Cambria" w:eastAsia="MS Mincho" w:hAnsi="Cambria" w:cs="Times New Roman"/>
      <w:sz w:val="16"/>
      <w:szCs w:val="16"/>
      <w:lang w:val="en-US"/>
    </w:rPr>
  </w:style>
  <w:style w:type="paragraph" w:styleId="afd">
    <w:name w:val="List"/>
    <w:basedOn w:val="a1"/>
    <w:uiPriority w:val="99"/>
    <w:unhideWhenUsed/>
    <w:rsid w:val="00AA2478"/>
    <w:pPr>
      <w:ind w:left="360" w:hanging="360"/>
      <w:contextualSpacing/>
      <w:jc w:val="left"/>
    </w:pPr>
    <w:rPr>
      <w:rFonts w:ascii="Cambria" w:eastAsia="MS Mincho" w:hAnsi="Cambria" w:cs="Times New Roman"/>
      <w:sz w:val="22"/>
      <w:lang w:val="en-US"/>
    </w:rPr>
  </w:style>
  <w:style w:type="paragraph" w:styleId="25">
    <w:name w:val="List 2"/>
    <w:basedOn w:val="a1"/>
    <w:uiPriority w:val="99"/>
    <w:unhideWhenUsed/>
    <w:rsid w:val="00AA2478"/>
    <w:pPr>
      <w:ind w:left="720" w:hanging="360"/>
      <w:contextualSpacing/>
      <w:jc w:val="left"/>
    </w:pPr>
    <w:rPr>
      <w:rFonts w:ascii="Cambria" w:eastAsia="MS Mincho" w:hAnsi="Cambria" w:cs="Times New Roman"/>
      <w:sz w:val="22"/>
      <w:lang w:val="en-US"/>
    </w:rPr>
  </w:style>
  <w:style w:type="paragraph" w:styleId="35">
    <w:name w:val="List 3"/>
    <w:basedOn w:val="a1"/>
    <w:uiPriority w:val="99"/>
    <w:unhideWhenUsed/>
    <w:rsid w:val="00AA2478"/>
    <w:pPr>
      <w:ind w:left="1080" w:hanging="360"/>
      <w:contextualSpacing/>
      <w:jc w:val="left"/>
    </w:pPr>
    <w:rPr>
      <w:rFonts w:ascii="Cambria" w:eastAsia="MS Mincho" w:hAnsi="Cambria" w:cs="Times New Roman"/>
      <w:sz w:val="22"/>
      <w:lang w:val="en-US"/>
    </w:rPr>
  </w:style>
  <w:style w:type="paragraph" w:styleId="a0">
    <w:name w:val="List Bullet"/>
    <w:basedOn w:val="a1"/>
    <w:uiPriority w:val="99"/>
    <w:unhideWhenUsed/>
    <w:rsid w:val="00AA2478"/>
    <w:pPr>
      <w:numPr>
        <w:numId w:val="24"/>
      </w:numPr>
      <w:contextualSpacing/>
      <w:jc w:val="left"/>
    </w:pPr>
    <w:rPr>
      <w:rFonts w:ascii="Cambria" w:eastAsia="MS Mincho" w:hAnsi="Cambria" w:cs="Times New Roman"/>
      <w:sz w:val="22"/>
      <w:lang w:val="en-US"/>
    </w:rPr>
  </w:style>
  <w:style w:type="paragraph" w:styleId="20">
    <w:name w:val="List Bullet 2"/>
    <w:basedOn w:val="a1"/>
    <w:uiPriority w:val="99"/>
    <w:unhideWhenUsed/>
    <w:rsid w:val="00AA2478"/>
    <w:pPr>
      <w:numPr>
        <w:numId w:val="25"/>
      </w:numPr>
      <w:contextualSpacing/>
      <w:jc w:val="left"/>
    </w:pPr>
    <w:rPr>
      <w:rFonts w:ascii="Cambria" w:eastAsia="MS Mincho" w:hAnsi="Cambria" w:cs="Times New Roman"/>
      <w:sz w:val="22"/>
      <w:lang w:val="en-US"/>
    </w:rPr>
  </w:style>
  <w:style w:type="paragraph" w:styleId="30">
    <w:name w:val="List Bullet 3"/>
    <w:basedOn w:val="a1"/>
    <w:uiPriority w:val="99"/>
    <w:unhideWhenUsed/>
    <w:rsid w:val="00AA2478"/>
    <w:pPr>
      <w:numPr>
        <w:numId w:val="26"/>
      </w:numPr>
      <w:contextualSpacing/>
      <w:jc w:val="left"/>
    </w:pPr>
    <w:rPr>
      <w:rFonts w:ascii="Cambria" w:eastAsia="MS Mincho" w:hAnsi="Cambria" w:cs="Times New Roman"/>
      <w:sz w:val="22"/>
      <w:lang w:val="en-US"/>
    </w:rPr>
  </w:style>
  <w:style w:type="paragraph" w:styleId="a">
    <w:name w:val="List Number"/>
    <w:basedOn w:val="a1"/>
    <w:uiPriority w:val="99"/>
    <w:unhideWhenUsed/>
    <w:rsid w:val="00AA2478"/>
    <w:pPr>
      <w:numPr>
        <w:numId w:val="28"/>
      </w:numPr>
      <w:contextualSpacing/>
      <w:jc w:val="left"/>
    </w:pPr>
    <w:rPr>
      <w:rFonts w:ascii="Cambria" w:eastAsia="MS Mincho" w:hAnsi="Cambria" w:cs="Times New Roman"/>
      <w:sz w:val="22"/>
      <w:lang w:val="en-US"/>
    </w:rPr>
  </w:style>
  <w:style w:type="paragraph" w:styleId="2">
    <w:name w:val="List Number 2"/>
    <w:basedOn w:val="a1"/>
    <w:uiPriority w:val="99"/>
    <w:unhideWhenUsed/>
    <w:rsid w:val="00AA2478"/>
    <w:pPr>
      <w:numPr>
        <w:numId w:val="29"/>
      </w:numPr>
      <w:contextualSpacing/>
      <w:jc w:val="left"/>
    </w:pPr>
    <w:rPr>
      <w:rFonts w:ascii="Cambria" w:eastAsia="MS Mincho" w:hAnsi="Cambria" w:cs="Times New Roman"/>
      <w:sz w:val="22"/>
      <w:lang w:val="en-US"/>
    </w:rPr>
  </w:style>
  <w:style w:type="paragraph" w:styleId="3">
    <w:name w:val="List Number 3"/>
    <w:basedOn w:val="a1"/>
    <w:uiPriority w:val="99"/>
    <w:unhideWhenUsed/>
    <w:rsid w:val="00AA2478"/>
    <w:pPr>
      <w:numPr>
        <w:numId w:val="30"/>
      </w:numPr>
      <w:contextualSpacing/>
      <w:jc w:val="left"/>
    </w:pPr>
    <w:rPr>
      <w:rFonts w:ascii="Cambria" w:eastAsia="MS Mincho" w:hAnsi="Cambria" w:cs="Times New Roman"/>
      <w:sz w:val="22"/>
      <w:lang w:val="en-US"/>
    </w:rPr>
  </w:style>
  <w:style w:type="paragraph" w:styleId="afe">
    <w:name w:val="List Continue"/>
    <w:basedOn w:val="a1"/>
    <w:uiPriority w:val="99"/>
    <w:unhideWhenUsed/>
    <w:rsid w:val="00AA2478"/>
    <w:pPr>
      <w:spacing w:after="120"/>
      <w:ind w:left="360"/>
      <w:contextualSpacing/>
      <w:jc w:val="left"/>
    </w:pPr>
    <w:rPr>
      <w:rFonts w:ascii="Cambria" w:eastAsia="MS Mincho" w:hAnsi="Cambria" w:cs="Times New Roman"/>
      <w:sz w:val="22"/>
      <w:lang w:val="en-US"/>
    </w:rPr>
  </w:style>
  <w:style w:type="paragraph" w:styleId="26">
    <w:name w:val="List Continue 2"/>
    <w:basedOn w:val="a1"/>
    <w:uiPriority w:val="99"/>
    <w:unhideWhenUsed/>
    <w:rsid w:val="00AA2478"/>
    <w:pPr>
      <w:spacing w:after="120"/>
      <w:ind w:left="720"/>
      <w:contextualSpacing/>
      <w:jc w:val="left"/>
    </w:pPr>
    <w:rPr>
      <w:rFonts w:ascii="Cambria" w:eastAsia="MS Mincho" w:hAnsi="Cambria" w:cs="Times New Roman"/>
      <w:sz w:val="22"/>
      <w:lang w:val="en-US"/>
    </w:rPr>
  </w:style>
  <w:style w:type="paragraph" w:styleId="36">
    <w:name w:val="List Continue 3"/>
    <w:basedOn w:val="a1"/>
    <w:uiPriority w:val="99"/>
    <w:unhideWhenUsed/>
    <w:rsid w:val="00AA2478"/>
    <w:pPr>
      <w:spacing w:after="120"/>
      <w:ind w:left="1080"/>
      <w:contextualSpacing/>
      <w:jc w:val="left"/>
    </w:pPr>
    <w:rPr>
      <w:rFonts w:ascii="Cambria" w:eastAsia="MS Mincho" w:hAnsi="Cambria" w:cs="Times New Roman"/>
      <w:sz w:val="22"/>
      <w:lang w:val="en-US"/>
    </w:rPr>
  </w:style>
  <w:style w:type="paragraph" w:styleId="aff">
    <w:name w:val="macro"/>
    <w:link w:val="aff0"/>
    <w:uiPriority w:val="99"/>
    <w:unhideWhenUsed/>
    <w:rsid w:val="00AA2478"/>
    <w:pPr>
      <w:tabs>
        <w:tab w:val="left" w:pos="576"/>
        <w:tab w:val="left" w:pos="1152"/>
        <w:tab w:val="left" w:pos="1728"/>
        <w:tab w:val="left" w:pos="2304"/>
        <w:tab w:val="left" w:pos="2880"/>
        <w:tab w:val="left" w:pos="3456"/>
        <w:tab w:val="left" w:pos="4032"/>
      </w:tabs>
    </w:pPr>
    <w:rPr>
      <w:rFonts w:ascii="Courier" w:eastAsia="MS Mincho" w:hAnsi="Courier" w:cs="Times New Roman"/>
      <w:sz w:val="20"/>
      <w:szCs w:val="20"/>
      <w:lang w:val="en-US"/>
    </w:rPr>
  </w:style>
  <w:style w:type="character" w:customStyle="1" w:styleId="aff0">
    <w:name w:val="Текст макроса Знак"/>
    <w:basedOn w:val="a2"/>
    <w:link w:val="aff"/>
    <w:uiPriority w:val="99"/>
    <w:rsid w:val="00AA2478"/>
    <w:rPr>
      <w:rFonts w:ascii="Courier" w:eastAsia="MS Mincho" w:hAnsi="Courier" w:cs="Times New Roman"/>
      <w:sz w:val="20"/>
      <w:szCs w:val="20"/>
      <w:lang w:val="en-US"/>
    </w:rPr>
  </w:style>
  <w:style w:type="paragraph" w:styleId="27">
    <w:name w:val="Quote"/>
    <w:basedOn w:val="a1"/>
    <w:next w:val="a1"/>
    <w:link w:val="28"/>
    <w:uiPriority w:val="29"/>
    <w:qFormat/>
    <w:rsid w:val="00AA2478"/>
    <w:pPr>
      <w:jc w:val="left"/>
    </w:pPr>
    <w:rPr>
      <w:rFonts w:ascii="Cambria" w:eastAsia="MS Mincho" w:hAnsi="Cambria" w:cs="Times New Roman"/>
      <w:i/>
      <w:iCs/>
      <w:color w:val="000000"/>
      <w:sz w:val="22"/>
      <w:lang w:val="en-US"/>
    </w:rPr>
  </w:style>
  <w:style w:type="character" w:customStyle="1" w:styleId="28">
    <w:name w:val="Цитата 2 Знак"/>
    <w:basedOn w:val="a2"/>
    <w:link w:val="27"/>
    <w:uiPriority w:val="29"/>
    <w:rsid w:val="00AA2478"/>
    <w:rPr>
      <w:rFonts w:ascii="Cambria" w:eastAsia="MS Mincho" w:hAnsi="Cambria" w:cs="Times New Roman"/>
      <w:i/>
      <w:iCs/>
      <w:color w:val="000000"/>
      <w:lang w:val="en-US"/>
    </w:rPr>
  </w:style>
  <w:style w:type="paragraph" w:styleId="aff1">
    <w:name w:val="caption"/>
    <w:basedOn w:val="a1"/>
    <w:next w:val="a1"/>
    <w:uiPriority w:val="35"/>
    <w:semiHidden/>
    <w:unhideWhenUsed/>
    <w:qFormat/>
    <w:rsid w:val="00AA2478"/>
    <w:pPr>
      <w:spacing w:line="240" w:lineRule="auto"/>
      <w:jc w:val="left"/>
    </w:pPr>
    <w:rPr>
      <w:rFonts w:ascii="Cambria" w:eastAsia="MS Mincho" w:hAnsi="Cambria" w:cs="Times New Roman"/>
      <w:b/>
      <w:bCs/>
      <w:color w:val="4F81BD"/>
      <w:sz w:val="18"/>
      <w:szCs w:val="18"/>
      <w:lang w:val="en-US"/>
    </w:rPr>
  </w:style>
  <w:style w:type="character" w:styleId="aff2">
    <w:name w:val="Strong"/>
    <w:basedOn w:val="a2"/>
    <w:uiPriority w:val="22"/>
    <w:qFormat/>
    <w:rsid w:val="00AA2478"/>
    <w:rPr>
      <w:b/>
      <w:bCs/>
    </w:rPr>
  </w:style>
  <w:style w:type="character" w:styleId="aff3">
    <w:name w:val="Emphasis"/>
    <w:basedOn w:val="a2"/>
    <w:uiPriority w:val="20"/>
    <w:qFormat/>
    <w:rsid w:val="00AA2478"/>
    <w:rPr>
      <w:i/>
      <w:iCs/>
    </w:rPr>
  </w:style>
  <w:style w:type="paragraph" w:styleId="aff4">
    <w:name w:val="Intense Quote"/>
    <w:basedOn w:val="a1"/>
    <w:next w:val="a1"/>
    <w:link w:val="aff5"/>
    <w:uiPriority w:val="30"/>
    <w:qFormat/>
    <w:rsid w:val="00AA2478"/>
    <w:pPr>
      <w:pBdr>
        <w:bottom w:val="single" w:sz="4" w:space="4" w:color="4F81BD"/>
      </w:pBdr>
      <w:spacing w:before="200" w:after="280"/>
      <w:ind w:left="936" w:right="936"/>
      <w:jc w:val="left"/>
    </w:pPr>
    <w:rPr>
      <w:rFonts w:ascii="Cambria" w:eastAsia="MS Mincho" w:hAnsi="Cambria" w:cs="Times New Roman"/>
      <w:b/>
      <w:bCs/>
      <w:i/>
      <w:iCs/>
      <w:color w:val="4F81BD"/>
      <w:sz w:val="22"/>
      <w:lang w:val="en-US"/>
    </w:rPr>
  </w:style>
  <w:style w:type="character" w:customStyle="1" w:styleId="aff5">
    <w:name w:val="Выделенная цитата Знак"/>
    <w:basedOn w:val="a2"/>
    <w:link w:val="aff4"/>
    <w:uiPriority w:val="30"/>
    <w:rsid w:val="00AA2478"/>
    <w:rPr>
      <w:rFonts w:ascii="Cambria" w:eastAsia="MS Mincho" w:hAnsi="Cambria" w:cs="Times New Roman"/>
      <w:b/>
      <w:bCs/>
      <w:i/>
      <w:iCs/>
      <w:color w:val="4F81BD"/>
      <w:lang w:val="en-US"/>
    </w:rPr>
  </w:style>
  <w:style w:type="character" w:styleId="aff6">
    <w:name w:val="Subtle Emphasis"/>
    <w:basedOn w:val="a2"/>
    <w:uiPriority w:val="19"/>
    <w:qFormat/>
    <w:rsid w:val="00AA2478"/>
    <w:rPr>
      <w:i/>
      <w:iCs/>
      <w:color w:val="808080"/>
    </w:rPr>
  </w:style>
  <w:style w:type="character" w:styleId="aff7">
    <w:name w:val="Intense Emphasis"/>
    <w:basedOn w:val="a2"/>
    <w:uiPriority w:val="21"/>
    <w:qFormat/>
    <w:rsid w:val="00AA2478"/>
    <w:rPr>
      <w:b/>
      <w:bCs/>
      <w:i/>
      <w:iCs/>
      <w:color w:val="4F81BD"/>
    </w:rPr>
  </w:style>
  <w:style w:type="character" w:styleId="aff8">
    <w:name w:val="Subtle Reference"/>
    <w:basedOn w:val="a2"/>
    <w:uiPriority w:val="31"/>
    <w:qFormat/>
    <w:rsid w:val="00AA2478"/>
    <w:rPr>
      <w:smallCaps/>
      <w:color w:val="C0504D"/>
      <w:u w:val="single"/>
    </w:rPr>
  </w:style>
  <w:style w:type="character" w:styleId="aff9">
    <w:name w:val="Intense Reference"/>
    <w:basedOn w:val="a2"/>
    <w:uiPriority w:val="32"/>
    <w:qFormat/>
    <w:rsid w:val="00AA2478"/>
    <w:rPr>
      <w:b/>
      <w:bCs/>
      <w:smallCaps/>
      <w:color w:val="C0504D"/>
      <w:spacing w:val="5"/>
      <w:u w:val="single"/>
    </w:rPr>
  </w:style>
  <w:style w:type="character" w:styleId="affa">
    <w:name w:val="Book Title"/>
    <w:basedOn w:val="a2"/>
    <w:uiPriority w:val="33"/>
    <w:qFormat/>
    <w:rsid w:val="00AA2478"/>
    <w:rPr>
      <w:b/>
      <w:bCs/>
      <w:smallCaps/>
      <w:spacing w:val="5"/>
    </w:rPr>
  </w:style>
  <w:style w:type="paragraph" w:styleId="affb">
    <w:name w:val="TOC Heading"/>
    <w:basedOn w:val="1"/>
    <w:next w:val="a1"/>
    <w:uiPriority w:val="39"/>
    <w:semiHidden/>
    <w:unhideWhenUsed/>
    <w:qFormat/>
    <w:rsid w:val="00AA2478"/>
    <w:pPr>
      <w:outlineLvl w:val="9"/>
    </w:pPr>
  </w:style>
  <w:style w:type="table" w:customStyle="1" w:styleId="29">
    <w:name w:val="Сетка таблицы2"/>
    <w:basedOn w:val="a3"/>
    <w:next w:val="af1"/>
    <w:uiPriority w:val="59"/>
    <w:rsid w:val="00AA2478"/>
    <w:pPr>
      <w:spacing w:after="0" w:line="240" w:lineRule="auto"/>
    </w:pPr>
    <w:rPr>
      <w:rFonts w:ascii="Cambria" w:eastAsia="MS Mincho" w:hAnsi="Cambria"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ветлая заливка1"/>
    <w:basedOn w:val="a3"/>
    <w:uiPriority w:val="60"/>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uiPriority w:val="60"/>
    <w:rsid w:val="00AA2478"/>
    <w:pPr>
      <w:spacing w:after="0" w:line="240" w:lineRule="auto"/>
    </w:pPr>
    <w:rPr>
      <w:rFonts w:ascii="Cambria" w:eastAsia="MS Mincho" w:hAnsi="Cambria"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AA2478"/>
    <w:pPr>
      <w:spacing w:after="0" w:line="240" w:lineRule="auto"/>
    </w:pPr>
    <w:rPr>
      <w:rFonts w:ascii="Cambria" w:eastAsia="MS Mincho" w:hAnsi="Cambria"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AA2478"/>
    <w:pPr>
      <w:spacing w:after="0" w:line="240" w:lineRule="auto"/>
    </w:pPr>
    <w:rPr>
      <w:rFonts w:ascii="Cambria" w:eastAsia="MS Mincho" w:hAnsi="Cambria"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AA2478"/>
    <w:pPr>
      <w:spacing w:after="0" w:line="240" w:lineRule="auto"/>
    </w:pPr>
    <w:rPr>
      <w:rFonts w:ascii="Cambria" w:eastAsia="MS Mincho" w:hAnsi="Cambria" w:cs="Times New Roman"/>
      <w:color w:val="5F497A"/>
      <w:sz w:val="20"/>
      <w:szCs w:val="20"/>
      <w:lang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AA2478"/>
    <w:pPr>
      <w:spacing w:after="0" w:line="240" w:lineRule="auto"/>
    </w:pPr>
    <w:rPr>
      <w:rFonts w:ascii="Cambria" w:eastAsia="MS Mincho" w:hAnsi="Cambria"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3"/>
    <w:uiPriority w:val="60"/>
    <w:rsid w:val="00AA2478"/>
    <w:pPr>
      <w:spacing w:after="0" w:line="240" w:lineRule="auto"/>
    </w:pPr>
    <w:rPr>
      <w:rFonts w:ascii="Cambria" w:eastAsia="MS Mincho" w:hAnsi="Cambria"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5">
    <w:name w:val="Светлый список1"/>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0">
    <w:name w:val="Light List Accent 2"/>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0">
    <w:name w:val="Light List Accent 3"/>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0">
    <w:name w:val="Light List Accent 4"/>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0">
    <w:name w:val="Light List Accent 5"/>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0">
    <w:name w:val="Light List Accent 6"/>
    <w:basedOn w:val="a3"/>
    <w:uiPriority w:val="61"/>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6">
    <w:name w:val="Светлая сетка1"/>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1">
    <w:name w:val="Light Grid Accent 2"/>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1">
    <w:name w:val="Light Grid Accent 3"/>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1">
    <w:name w:val="Light Grid Accent 4"/>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1">
    <w:name w:val="Light Grid Accent 5"/>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1">
    <w:name w:val="Light Grid Accent 6"/>
    <w:basedOn w:val="a3"/>
    <w:uiPriority w:val="62"/>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0">
    <w:name w:val="Средняя заливка 11"/>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Medium Shading 1 Accent 2"/>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
    <w:name w:val="Medium Shading 1 Accent 3"/>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
    <w:name w:val="Medium Shading 1 Accent 4"/>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
    <w:name w:val="Medium Shading 1 Accent 5"/>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
    <w:name w:val="Medium Shading 1 Accent 6"/>
    <w:basedOn w:val="a3"/>
    <w:uiPriority w:val="63"/>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0">
    <w:name w:val="Средняя заливка 21"/>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Средний список 11"/>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0">
    <w:name w:val="Medium List 1 Accent 2"/>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0">
    <w:name w:val="Medium List 1 Accent 3"/>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0">
    <w:name w:val="Medium List 1 Accent 4"/>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0">
    <w:name w:val="Medium List 1 Accent 5"/>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0">
    <w:name w:val="Medium List 1 Accent 6"/>
    <w:basedOn w:val="a3"/>
    <w:uiPriority w:val="65"/>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1">
    <w:name w:val="Средний список 21"/>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
    <w:name w:val="Medium List 2 Accent 1"/>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0">
    <w:name w:val="Medium List 2 Accent 2"/>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0">
    <w:name w:val="Medium List 2 Accent 3"/>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0">
    <w:name w:val="Medium List 2 Accent 4"/>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0">
    <w:name w:val="Medium List 2 Accent 5"/>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0">
    <w:name w:val="Medium List 2 Accent 6"/>
    <w:basedOn w:val="a3"/>
    <w:uiPriority w:val="66"/>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2">
    <w:name w:val="Средняя сетка 11"/>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
    <w:name w:val="Medium Grid 1 Accent 1"/>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1">
    <w:name w:val="Medium Grid 1 Accent 2"/>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1">
    <w:name w:val="Medium Grid 1 Accent 3"/>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1">
    <w:name w:val="Medium Grid 1 Accent 4"/>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1">
    <w:name w:val="Medium Grid 1 Accent 5"/>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1">
    <w:name w:val="Medium Grid 1 Accent 6"/>
    <w:basedOn w:val="a3"/>
    <w:uiPriority w:val="67"/>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2">
    <w:name w:val="Средняя сетка 21"/>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0">
    <w:name w:val="Medium Grid 2 Accent 1"/>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1">
    <w:name w:val="Medium Grid 2 Accent 2"/>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1">
    <w:name w:val="Medium Grid 2 Accent 3"/>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1">
    <w:name w:val="Medium Grid 2 Accent 4"/>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1">
    <w:name w:val="Medium Grid 2 Accent 5"/>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1">
    <w:name w:val="Medium Grid 2 Accent 6"/>
    <w:basedOn w:val="a3"/>
    <w:uiPriority w:val="68"/>
    <w:rsid w:val="00AA2478"/>
    <w:pPr>
      <w:spacing w:after="0" w:line="240" w:lineRule="auto"/>
    </w:pPr>
    <w:rPr>
      <w:rFonts w:ascii="Calibri" w:eastAsia="MS Gothic" w:hAnsi="Calibri" w:cs="Times New Roman"/>
      <w:color w:val="000000"/>
      <w:sz w:val="20"/>
      <w:szCs w:val="20"/>
      <w:lang w:eastAsia="ru-RU"/>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0">
    <w:name w:val="Средняя сетка 31"/>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
    <w:name w:val="Medium Grid 3 Accent 2"/>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
    <w:name w:val="Medium Grid 3 Accent 3"/>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
    <w:name w:val="Medium Grid 3 Accent 4"/>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
    <w:name w:val="Medium Grid 3 Accent 5"/>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
    <w:name w:val="Medium Grid 3 Accent 6"/>
    <w:basedOn w:val="a3"/>
    <w:uiPriority w:val="69"/>
    <w:rsid w:val="00AA2478"/>
    <w:pPr>
      <w:spacing w:after="0" w:line="240" w:lineRule="auto"/>
    </w:pPr>
    <w:rPr>
      <w:rFonts w:ascii="Cambria" w:eastAsia="MS Mincho" w:hAnsi="Cambria"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7">
    <w:name w:val="Темный список1"/>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
    <w:name w:val="Dark List Accent 1"/>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
    <w:name w:val="Dark List Accent 2"/>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2">
    <w:name w:val="Dark List Accent 3"/>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2">
    <w:name w:val="Dark List Accent 4"/>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2">
    <w:name w:val="Dark List Accent 5"/>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2">
    <w:name w:val="Dark List Accent 6"/>
    <w:basedOn w:val="a3"/>
    <w:uiPriority w:val="70"/>
    <w:rsid w:val="00AA2478"/>
    <w:pPr>
      <w:spacing w:after="0" w:line="240" w:lineRule="auto"/>
    </w:pPr>
    <w:rPr>
      <w:rFonts w:ascii="Cambria" w:eastAsia="MS Mincho" w:hAnsi="Cambria"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8">
    <w:name w:val="Цветная заливка1"/>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0">
    <w:name w:val="Colorful Shading Accent 1"/>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
    <w:name w:val="Colorful Shading Accent 2"/>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3">
    <w:name w:val="Colorful Shading Accent 3"/>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3">
    <w:name w:val="Colorful Shading Accent 4"/>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3">
    <w:name w:val="Colorful Shading Accent 5"/>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3">
    <w:name w:val="Colorful Shading Accent 6"/>
    <w:basedOn w:val="a3"/>
    <w:uiPriority w:val="71"/>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9">
    <w:name w:val="Цветной список1"/>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2">
    <w:name w:val="Colorful List Accent 1"/>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4">
    <w:name w:val="Colorful List Accent 2"/>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4">
    <w:name w:val="Colorful List Accent 3"/>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4">
    <w:name w:val="Colorful List Accent 4"/>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4">
    <w:name w:val="Colorful List Accent 5"/>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4">
    <w:name w:val="Colorful List Accent 6"/>
    <w:basedOn w:val="a3"/>
    <w:uiPriority w:val="72"/>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a">
    <w:name w:val="Цветная сетка1"/>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3">
    <w:name w:val="Colorful Grid Accent 1"/>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5">
    <w:name w:val="Colorful Grid Accent 2"/>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5">
    <w:name w:val="Colorful Grid Accent 3"/>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5">
    <w:name w:val="Colorful Grid Accent 4"/>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5">
    <w:name w:val="Colorful Grid Accent 5"/>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5">
    <w:name w:val="Colorful Grid Accent 6"/>
    <w:basedOn w:val="a3"/>
    <w:uiPriority w:val="73"/>
    <w:rsid w:val="00AA2478"/>
    <w:pPr>
      <w:spacing w:after="0" w:line="240" w:lineRule="auto"/>
    </w:pPr>
    <w:rPr>
      <w:rFonts w:ascii="Cambria" w:eastAsia="MS Mincho" w:hAnsi="Cambria"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19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tatarstan.ru/razrabotki-urokov-po-rodnomu-tatarskomu-yaziku-i.htm" TargetMode="External"/><Relationship Id="rId18" Type="http://schemas.openxmlformats.org/officeDocument/2006/relationships/hyperlink" Target="https://mon.tatarstan.ru/razrabotki-urokov-po-rodnomu-tatarskomu-yaziku-i.htm" TargetMode="External"/><Relationship Id="rId26" Type="http://schemas.openxmlformats.org/officeDocument/2006/relationships/hyperlink" Target="http://www.antat.ru/ru/iyli/publishing/book/2019/&#1084;&#1077;&#1090;&#1086;&#1076;_2%20&#1082;&#1083;-&#1085;&#1086;&#1074;&#1099;&#1081;.pdf" TargetMode="External"/><Relationship Id="rId39" Type="http://schemas.openxmlformats.org/officeDocument/2006/relationships/hyperlink" Target="https://mon.tatarstan.ru/razrabotki-urokov-po-rodnomu-tatarskomu-yaziku-i.htm" TargetMode="External"/><Relationship Id="rId21" Type="http://schemas.openxmlformats.org/officeDocument/2006/relationships/hyperlink" Target="https://mon.tatarstan.ru/razrabotki-urokov-po-rodnomu-tatarskomu-yaziku-i.htm" TargetMode="External"/><Relationship Id="rId34" Type="http://schemas.openxmlformats.org/officeDocument/2006/relationships/hyperlink" Target="https://mon.tatarstan.ru/razrabotki-urokov-po-rodnomu-tatarskomu-yaziku-i.htm" TargetMode="External"/><Relationship Id="rId42" Type="http://schemas.openxmlformats.org/officeDocument/2006/relationships/hyperlink" Target="https://mon.tatarstan.ru/razrabotki-urokov-po-rodnomu-tatarskomu-yaziku-i.htm" TargetMode="External"/><Relationship Id="rId47" Type="http://schemas.openxmlformats.org/officeDocument/2006/relationships/hyperlink" Target="https://mon.tatarstan.ru/razrabotki-urokov-po-rodnomu-tatarskomu-yaziku-i.htm" TargetMode="External"/><Relationship Id="rId50" Type="http://schemas.openxmlformats.org/officeDocument/2006/relationships/hyperlink" Target="https://mon.tatarstan.ru/razrabotki-urokov-po-rodnomu-tatarskomu-yaziku-i.htm" TargetMode="External"/><Relationship Id="rId55" Type="http://schemas.openxmlformats.org/officeDocument/2006/relationships/hyperlink" Target="https://infourok.ru/prezentaciya-na-temu-po-tatarskomu-yaziku-krst-almashliklari-kl-3231908.html" TargetMode="External"/><Relationship Id="rId63" Type="http://schemas.openxmlformats.org/officeDocument/2006/relationships/hyperlink" Target="https://nsportal.ru/nachalnaya-shkola/regionalnyy-komponent/2020/12/16/hikya-figylnen-kilchk-zaman-formalary"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shubino-video.ru/tatarskie-bukvyi.html" TargetMode="External"/><Relationship Id="rId29" Type="http://schemas.openxmlformats.org/officeDocument/2006/relationships/hyperlink" Target="https://infourok.ru/razrabotka-uroka-po-rodnomu-tatarskomu-yazyku-dlya-1-klassa-po-teme-&#1175;&#1257;ml&#1241;-ahyrynda-tynysh-bilgel&#1241;re-audiozapis-s-obyasneniem-5131573.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isk.yandex.ru/d/z8T8CjAwkDi3lQ?w=1" TargetMode="External"/><Relationship Id="rId24" Type="http://schemas.openxmlformats.org/officeDocument/2006/relationships/hyperlink" Target="http://www.antat.ru/ru/iyli/publishing/book/2019/&#1084;&#1077;&#1090;&#1086;&#1076;_2%20&#1082;&#1083;-&#1085;&#1086;&#1074;&#1099;&#1081;.pdf" TargetMode="External"/><Relationship Id="rId32" Type="http://schemas.openxmlformats.org/officeDocument/2006/relationships/hyperlink" Target="https://infourok.ru/material.html?mid=50521" TargetMode="External"/><Relationship Id="rId37" Type="http://schemas.openxmlformats.org/officeDocument/2006/relationships/hyperlink" Target="https://mon.tatarstan.ru/razrabotki-urokov-po-rodnomu-tatarskomu-yaziku-i.htm" TargetMode="External"/><Relationship Id="rId40" Type="http://schemas.openxmlformats.org/officeDocument/2006/relationships/hyperlink" Target="https://mon.tatarstan.ru/razrabotki-urokov-po-rodnomu-tatarskomu-yaziku-i.htm" TargetMode="External"/><Relationship Id="rId45" Type="http://schemas.openxmlformats.org/officeDocument/2006/relationships/hyperlink" Target="https://mon.tatarstan.ru/razrabotki-urokov-po-rodnomu-tatarskomu-yaziku-i.htm" TargetMode="External"/><Relationship Id="rId53" Type="http://schemas.openxmlformats.org/officeDocument/2006/relationships/hyperlink" Target="https://infourok.ru/prezentaciya_po_tatarskomu_yazyku_na_temu-177693.htm" TargetMode="External"/><Relationship Id="rId58" Type="http://schemas.openxmlformats.org/officeDocument/2006/relationships/hyperlink" Target="https://mon.tatarstan.ru/razrabotki-urokov-po-rodnomu-tatarskomu-yaziku-i.htm" TargetMode="External"/><Relationship Id="rId66" Type="http://schemas.openxmlformats.org/officeDocument/2006/relationships/hyperlink" Target="https://mon.tatarstan.ru/razrabotki-urokov-po-rodnomu-tatarskomu-yaziku-i.htm" TargetMode="External"/><Relationship Id="rId5" Type="http://schemas.openxmlformats.org/officeDocument/2006/relationships/settings" Target="settings.xml"/><Relationship Id="rId15" Type="http://schemas.openxmlformats.org/officeDocument/2006/relationships/hyperlink" Target="https://mon.tatarstan.ru/razrabotki-urokov-po-rodnomu-tatarskomu-yaziku-i.htm" TargetMode="External"/><Relationship Id="rId23" Type="http://schemas.openxmlformats.org/officeDocument/2006/relationships/hyperlink" Target="https://disk.yandex.ru/d/RN-ecVugobgVUQ?w=1" TargetMode="External"/><Relationship Id="rId28" Type="http://schemas.openxmlformats.org/officeDocument/2006/relationships/hyperlink" Target="https://disk.yandex.ru/d/RN-ecVugobgVUQ?w=1" TargetMode="External"/><Relationship Id="rId36" Type="http://schemas.openxmlformats.org/officeDocument/2006/relationships/hyperlink" Target="https://infourok.ru/material.html?mid=6469&amp;ysclid=lmaai2w9po933920915" TargetMode="External"/><Relationship Id="rId49" Type="http://schemas.openxmlformats.org/officeDocument/2006/relationships/hyperlink" Target="https://mon.tatarstan.ru/razrabotki-urokov-po-rodnomu-tatarskomu-yaziku-i.htm" TargetMode="External"/><Relationship Id="rId57" Type="http://schemas.openxmlformats.org/officeDocument/2006/relationships/hyperlink" Target="https://mon.tatarstan.ru/razrabotki-urokov-po-rodnomu-tatarskomu-yaziku-i.htm" TargetMode="External"/><Relationship Id="rId61" Type="http://schemas.openxmlformats.org/officeDocument/2006/relationships/hyperlink" Target="https://mon.tatarstan.ru/razrabotki-urokov-po-rodnomu-tatarskomu-yaziku-i.htm" TargetMode="External"/><Relationship Id="rId10" Type="http://schemas.openxmlformats.org/officeDocument/2006/relationships/footer" Target="footer1.xml"/><Relationship Id="rId19" Type="http://schemas.openxmlformats.org/officeDocument/2006/relationships/hyperlink" Target="http://www.antat.ru/ru/iyli/publishing/book/2019/&#1084;&#1077;&#1090;&#1086;&#1076;_2%20&#1082;&#1083;-&#1085;&#1086;&#1074;&#1099;&#1081;.pdf" TargetMode="External"/><Relationship Id="rId31" Type="http://schemas.openxmlformats.org/officeDocument/2006/relationships/hyperlink" Target="https://mon.tatarstan.ru/razrabotki-urokov-po-rodnomu-tatarskomu-yaziku-i.htm" TargetMode="External"/><Relationship Id="rId44" Type="http://schemas.openxmlformats.org/officeDocument/2006/relationships/hyperlink" Target="https://mon.tatarstan.ru/razrabotki-urokov-po-rodnomu-tatarskomu-yaziku-i.htm" TargetMode="External"/><Relationship Id="rId52" Type="http://schemas.openxmlformats.org/officeDocument/2006/relationships/hyperlink" Target="https://mon.tatarstan.ru/razrabotki-urokov-po-rodnomu-tatarskomu-yaziku-i.htm" TargetMode="External"/><Relationship Id="rId60" Type="http://schemas.openxmlformats.org/officeDocument/2006/relationships/hyperlink" Target="https://mon.tatarstan.ru/razrabotki-urokov-po-rodnomu-tatarskomu-yaziku-i.htm" TargetMode="External"/><Relationship Id="rId65" Type="http://schemas.openxmlformats.org/officeDocument/2006/relationships/hyperlink" Target="https://infourok.ru/&#1175;&#1257;ml&#1241;ne&#1187;-iyarchen-kis&#1241;kl&#1241;re-aergych-4-nche-syjnyf-6084435.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on.tatarstan.ru/razrabotki-urokov-po-rodnomu-tatarskomu-yaziku-i.htm" TargetMode="External"/><Relationship Id="rId22" Type="http://schemas.openxmlformats.org/officeDocument/2006/relationships/hyperlink" Target="https://disk.yandex.ru/d/RN-ecVugobgVUQ?w=1" TargetMode="External"/><Relationship Id="rId27" Type="http://schemas.openxmlformats.org/officeDocument/2006/relationships/hyperlink" Target="https://disk.yandex.ru/d/RN-ecVugobgVUQ?w=1" TargetMode="External"/><Relationship Id="rId30" Type="http://schemas.openxmlformats.org/officeDocument/2006/relationships/hyperlink" Target="https://mon.tatarstan.ru/razrabotki-urokov-po-rodnomu-tatarskomu-yaziku-i.htm" TargetMode="External"/><Relationship Id="rId35" Type="http://schemas.openxmlformats.org/officeDocument/2006/relationships/hyperlink" Target="https://mon.tatarstan.ru/razrabotki-urokov-po-rodnomu-tatarskomu-yaziku-i.htm" TargetMode="External"/><Relationship Id="rId43" Type="http://schemas.openxmlformats.org/officeDocument/2006/relationships/hyperlink" Target="https://mon.tatarstan.ru/razrabotki-urokov-po-rodnomu-tatarskomu-yaziku-i.htm" TargetMode="External"/><Relationship Id="rId48" Type="http://schemas.openxmlformats.org/officeDocument/2006/relationships/hyperlink" Target="https://mon.tatarstan.ru/razrabotki-urokov-po-rodnomu-tatarskomu-yaziku-i.htm" TargetMode="External"/><Relationship Id="rId56" Type="http://schemas.openxmlformats.org/officeDocument/2006/relationships/hyperlink" Target="https://nsportal.ru/shkola/rodnoy-yazyk-i-literatura/library/2019/10/24/mikdar-hm-trtip-sannary" TargetMode="External"/><Relationship Id="rId64" Type="http://schemas.openxmlformats.org/officeDocument/2006/relationships/hyperlink" Target="https://nsportal.ru/nachalnaya-shkola/regionalnyy-komponent/2019/09/22/zhomlnen-bash-kisklre" TargetMode="External"/><Relationship Id="rId8" Type="http://schemas.openxmlformats.org/officeDocument/2006/relationships/endnotes" Target="endnotes.xml"/><Relationship Id="rId51" Type="http://schemas.openxmlformats.org/officeDocument/2006/relationships/hyperlink" Target="https://infourok.ru/dres-eshkrtmsesz-tzeleshen-kabatlau-1320894.html" TargetMode="External"/><Relationship Id="rId3" Type="http://schemas.openxmlformats.org/officeDocument/2006/relationships/styles" Target="styles.xml"/><Relationship Id="rId12" Type="http://schemas.openxmlformats.org/officeDocument/2006/relationships/hyperlink" Target="http://www.antat.ru/ru/iyli/publishing/book/2019/&#1084;&#1077;&#1090;&#1086;&#1076;_2%20&#1082;&#1083;-&#1085;&#1086;&#1074;&#1099;&#1081;.pdf" TargetMode="External"/><Relationship Id="rId17" Type="http://schemas.openxmlformats.org/officeDocument/2006/relationships/hyperlink" Target="http://www.antat.ru/ru/iyli/publishing/book/2019/&#1084;&#1077;&#1090;&#1086;&#1076;_2%20&#1082;&#1083;-&#1085;&#1086;&#1074;&#1099;&#1081;.pdf" TargetMode="External"/><Relationship Id="rId25" Type="http://schemas.openxmlformats.org/officeDocument/2006/relationships/hyperlink" Target="http://www.antat.ru/ru/iyli/publishing/book/2019/&#1084;&#1077;&#1090;&#1086;&#1076;_2%20&#1082;&#1083;-&#1085;&#1086;&#1074;&#1099;&#1081;.pdf" TargetMode="External"/><Relationship Id="rId33" Type="http://schemas.openxmlformats.org/officeDocument/2006/relationships/hyperlink" Target="https://mon.tatarstan.ru/razrabotki-urokov-po-rodnomu-tatarskomu-yaziku-i.htm" TargetMode="External"/><Relationship Id="rId38" Type="http://schemas.openxmlformats.org/officeDocument/2006/relationships/hyperlink" Target="https://mon.tatarstan.ru/razrabotki-urokov-po-rodnomu-tatarskomu-yaziku-i.htm" TargetMode="External"/><Relationship Id="rId46" Type="http://schemas.openxmlformats.org/officeDocument/2006/relationships/hyperlink" Target="https://mon.tatarstan.ru/razrabotki-urokov-po-rodnomu-tatarskomu-yaziku-i.htm" TargetMode="External"/><Relationship Id="rId59" Type="http://schemas.openxmlformats.org/officeDocument/2006/relationships/hyperlink" Target="https://mon.tatarstan.ru/razrabotki-urokov-po-rodnomu-tatarskomu-yaziku-i.htm" TargetMode="External"/><Relationship Id="rId67" Type="http://schemas.openxmlformats.org/officeDocument/2006/relationships/fontTable" Target="fontTable.xml"/><Relationship Id="rId20" Type="http://schemas.openxmlformats.org/officeDocument/2006/relationships/hyperlink" Target="https://nsportal.ru/shkola/rodnoy-yazyk-i-literatura/library/2021/01/12/4-syynyf-tatar-tele-r-z-haydarova-g-m-1" TargetMode="External"/><Relationship Id="rId41" Type="http://schemas.openxmlformats.org/officeDocument/2006/relationships/hyperlink" Target="https://mon.tatarstan.ru/razrabotki-urokov-po-rodnomu-tatarskomu-yaziku-i.htm" TargetMode="External"/><Relationship Id="rId54" Type="http://schemas.openxmlformats.org/officeDocument/2006/relationships/hyperlink" Target="https://mon.tatarstan.ru/razrabotki-urokov-po-rodnomu-tatarskomu-yaziku-i.htm" TargetMode="External"/><Relationship Id="rId62" Type="http://schemas.openxmlformats.org/officeDocument/2006/relationships/hyperlink" Target="https://nsportal.ru/shkola/rodnoy-yazyk-i-literatura/library/2018/11/19/3nche-syynyf-rus-torkeme-utkn-zaman-hik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83935-2ADC-452B-AB2D-4F4528A5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8558</Words>
  <Characters>48786</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2023-02-10T11:18:00Z</cp:lastPrinted>
  <dcterms:created xsi:type="dcterms:W3CDTF">2023-10-19T07:46:00Z</dcterms:created>
  <dcterms:modified xsi:type="dcterms:W3CDTF">2023-10-19T07:46:00Z</dcterms:modified>
</cp:coreProperties>
</file>